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3</w:t>
      </w:r>
    </w:p>
    <w:p>
      <w:pPr>
        <w:keepNext/>
        <w:spacing w:after="40"/>
      </w:pPr>
      <w:r>
        <w:rPr>
          <w:rFonts w:ascii="Nirmala UI" w:hAnsi="Nirmala UI" w:cs="Nirmala UI"/>
          <w:b/>
          <w:color w:val="1F4E79"/>
          <w:sz w:val="52"/>
        </w:rPr>
        <w:t xml:space="preserve">യേശു നിക്കോദേമൊസിനോടു സംസാരിക്കുന്നു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ദൈവപുത്രനാണെന്ന് തന്റെ ഉപദേശത്തിലൂടെ അവൻ എങ്ങനെ കാണിച്ചു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യോഹന്നാൻ 3:1-17; സംഖ്യാപുസ്തകം 21:4-9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1:2</w:t>
            </w:r>
          </w:p>
          <w:p>
            <w:pPr>
              <w:spacing w:after="40"/>
            </w:pPr>
            <w:r>
              <w:rPr>
                <w:rFonts w:ascii="Nirmala UI" w:hAnsi="Nirmala UI" w:cs="Nirmala UI"/>
                <w:b w:val="0"/>
                <w:i/>
                <w:sz w:val="22"/>
              </w:rPr>
              <w:t xml:space="preserve">[വചനം] ആദിയിൽ ദൈവത്തോടുകൂടെ ആയിരുന്നു.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നിങ്ങൾക്ക് ആരെയെങ്കിലും സന്ദർശിക്കണം, എന്നാൽ മറ്റാരും നിങ്ങളെ കാണരുത് എന്ന് ആഗ്രഹിക്കുന്നു എന്നു കരുതുക. നിങ്ങൾ അത് എങ്ങനെ ചെയ്യും? കുട്ടികൾക്കു പ്രതികരിക്കാൻ സമയം കൊടുക്കുക. നിങ്ങൾ ഒരു വലിയ കോട്ടോ തോർത്തോ കൊണ്ട് മൂടുകയോ രാത്രിയുടെ ഇരുട്ടിൽ പുറത്തിറങ്ങുകയോ ചെയ്തേക്കാം.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ഒരു രാത്രി നിക്കോദേമൊസ് എന്ന പ്രമുഖനായ ഒരു യഹൂദ മതനേതാവ് യേശുവിനെ സന്ദർശിച്ചു. താൻ ചെയ്യുന്നത് മറ്റു മതനേതാക്കൾ അറിയരുതെന്ന് ആഗ്രഹിച്ചതിനാൽ അവൻ രഹസ്യമായി വന്നു. അവർ യേശുവിനെ വെറുത്തിരുന്നു, എന്നാൽ നിക്കോദേമൊസിനു ചോദിക്കാൻ ചോദ്യങ്ങളുണ്ടായിരുന്നു. യേശു പറഞ്ഞതും ചെയ്തതുമായ കാര്യങ്ങൾ നിമിത്തം യേശു ദൈവത്തിൽനിന്നു വന്നവനാണെന്ന് നിക്കോദേമൊസ് തിരിച്ചറിഞ്ഞു. എങ്കിലും ദൈവത്തിന്റെ ദൂതൻ എങ്ങനെയുള്ളവനായിരിക്കണമെന്ന് യഹൂദർ പ്രതീക്ഷിച്ചിരുന്നുവോ അങ്ങനെയുള്ളവനായിരുന്നില്ല യേശു (3:1-2).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ദൈവരാജ്യത്തിൽ പ്രവേശിക്കണമെങ്കിൽ വീണ്ടും ജനിക്കണമെന്ന് യേശു നിക്കോദേമൊസിനോടു പറഞ്ഞു. അത് അസാധ്യമാണെന്ന് നിക്കോദേമൊസ് സ്വാഭാവികമായും കരുതി! </w:t>
      </w:r>
      <w:r>
        <w:rPr>
          <w:rFonts w:ascii="Nirmala UI" w:hAnsi="Nirmala UI" w:cs="Nirmala UI"/>
          <w:b/>
          <w:sz w:val="22"/>
        </w:rPr>
        <w:t xml:space="preserve">ചിത്രം 3 കാണിക്കുക. </w:t>
      </w:r>
      <w:r>
        <w:rPr>
          <w:rFonts w:ascii="Nirmala UI" w:hAnsi="Nirmala UI" w:cs="Nirmala UI"/>
          <w:b w:val="0"/>
          <w:sz w:val="22"/>
        </w:rPr>
        <w:t xml:space="preserve">ഇവിടെ മൂലയിൽ ഒരു അമ്മയെയും കുഞ്ഞിനെയും കാണാം; ഈ ചിത്രം ശാരീരിക ജനനത്തെ സൂചിപ്പിക്കുന്നു (3:3-4).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താൻ പറയുന്നത് ആത്മീയ ജനനത്തെക്കുറിച്ചാണെന്ന് യേശു വിശദീകരിച്ചു. നിത്യജീവൻ പ്രാപിക്കുന്ന ഓരോരുത്തരും തങ്ങളുടെ പാപത്തെക്കുറിച്ച് മാനസാന്തരപ്പെട്ടവരാണ്, അവരുടെ പാപം കഴുകപ്പെട്ടിരിക്കുന്നു. പിന്നെ ദൈവം ആ വ്യക്തിക്കു തന്റെ ആത്മാവിനെ ദാനമായി നല്കുന്നു, അങ്ങനെ അവർ ആത്മാവിനാൽ ജനിച്ചവരാകുന്നു. അതാണ് “രണ്ടാം ജനനം” (3:5-7). കാറ്റിന്റെ ചലനത്തെ നിയന്ത്രിക്കാൻ നമുക്കു കഴിയാത്തതുപോലെ, നമ്മുടെ രക്ഷയുടെമേലും നമുക്കു നിയന്ത്രണമില്ല; അത് ദൈവത്തിൽനിന്നുള്ള ദാനമാണ് (3:8).</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ഇതൊക്കെയും മനസ്സിലാക്കാൻ നിക്കോദേമൊസിന് വളരെ ബുദ്ധിമുട്ടായിരുന്നു; അവൻ ഒരു പ്രമുഖ മതോപദേഷ്ടാവായിരുന്നിട്ടും! യേശു പറഞ്ഞു, “ഭൂമിയിലെ കാര്യങ്ങളെക്കുറിച്ച് ഞാൻ പറഞ്ഞിട്ടു നിങ്ങൾ വിശ്വസിക്കുന്നില്ലെങ്കിൽ, ഞാൻ ഒഴികെ ഭൂമിയിൽ ആരും കയറിയിട്ടില്ലാത്ത സ്വർഗ്ഗത്തിലെ കാര്യങ്ങളെക്കുറിച്ച് ഞാൻ പറഞ്ഞാൽ നിങ്ങൾ എങ്ങനെ വിശ്വസിക്കും?” (3:9-13).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യേശു എക്കാലത്തെയും ഏറ്റവും മികച്ച ഗുരുവായിരുന്നു. ഒരു ദൃഷ്ടാന്തം — ഒരു വാക്കുചിത്രം — ഉപയോഗിക്കുമ്പോൾ വിശദീകരണം ഏറ്റവും നന്നായി പ്രവർത്തിക്കുമെന്ന് അവൻ അറിഞ്ഞിരുന്നു. യേശു ഇവിടെ പരാമർശിക്കുന്ന പാമ്പുകളുടെ കഥ പുസ്തകം 2, പാഠം 20 ൽ പറഞ്ഞിട്ടുണ്ട്. </w:t>
      </w:r>
      <w:r>
        <w:rPr>
          <w:rFonts w:ascii="Nirmala UI" w:hAnsi="Nirmala UI" w:cs="Nirmala UI"/>
          <w:b/>
          <w:sz w:val="22"/>
        </w:rPr>
        <w:t xml:space="preserve">അതോടൊപ്പമുള്ള ചിത്രം കാണിക്കുകയും സംഖ്യാപുസ്തകം 21:4-9 ലെ കഥ ചുരുക്കി ഓർമ്മിപ്പിക്കുകയും ചെയ്യുന്നത് ഉപയോഗപ്രദമായിരിക്കും. </w:t>
      </w:r>
      <w:r>
        <w:rPr>
          <w:rFonts w:ascii="Nirmala UI" w:hAnsi="Nirmala UI" w:cs="Nirmala UI"/>
          <w:b w:val="0"/>
          <w:sz w:val="22"/>
        </w:rPr>
        <w:t xml:space="preserve">മരുഭൂമിയിൽ ഓട്ടുസർപ്പത്തെ ഉയർത്തിയതുപോലെ യേശുവിനെ ഒരു ക്രൂശിൽ ഉയർത്തും. മരുഭൂമിയിൽ പാമ്പുകടിയേറ്റാൽ ജീവൻ രക്ഷിക്കാനുള്ള ഏക വഴി ഓട്ടുസർപ്പത്തെ നോക്കുക മാത്രമായിരുന്നതുപോലെ, യേശുവിനെ സ്വീകരിക്കുക മാത്രമാണ് രക്ഷയിലേക്കുള്ള ഏക വഴി (3:14-17).</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തന്നിൽ ആശ്രയിക്കണമെന്ന് യേശു നിക്കോദേമൊസിനോട് ആവശ്യപ്പെട്ടു. നാമും തന്നിൽ ആശ്രയിച്ച് രക്ഷയെന്ന അവന്റെ ദാനം സ്വീകരിക്കണമെന്ന് യേശു നമ്മോടും ആവശ്യപ്പെടുന്നു.</w:t>
      </w:r>
    </w:p>
    <w:p>
      <w:r>
        <w:rPr>
          <w:rFonts w:ascii="Nirmala UI" w:hAnsi="Nirmala UI" w:cs="Nirmala UI"/>
          <w:b/>
          <w:sz w:val="22"/>
        </w:rPr>
        <w:t xml:space="preserve">യോഹന്നാൻ 3:16 ഉറക്കെ വായിക്കുക. അല്ലെങ്കിൽ ക്ലാസ്സ് ഇതിനകം അത് ഓർമ്മവാക്യമായി പഠിച്ചിട്ടുണ്ടെങ്കിൽ കുട്ടികളെക്കൊണ്ട് അത് ചൊല്ലിക്കുക.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3 – Jesus Speaks to Nicodemus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3 – Jesus Speaks to Nicodemus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