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21</w:t>
      </w:r>
    </w:p>
    <w:p>
      <w:pPr>
        <w:keepNext/>
        <w:spacing w:after="40"/>
      </w:pPr>
      <w:r>
        <w:rPr>
          <w:rFonts w:ascii="Nirmala UI" w:hAnsi="Nirmala UI" w:cs="Nirmala UI"/>
          <w:b/>
          <w:color w:val="1F4E79"/>
          <w:sz w:val="52"/>
        </w:rPr>
        <w:t xml:space="preserve">ഒരു വിദേശിയുടെ വിശ്വാസം</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6: യേശു ഗുരുവും സൗഖ്യദായകനും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എല്ലാ ഗോത്രങ്ങളിലെയും വംശങ്ങളിലെയും ആളുകളെ യേശു സ്നേഹിക്കുന്നുവെന്ന് കുട്ടികളെ പഠിപ്പിക്കുക. നാമെല്ലാവരും തന്നിൽ ആശ്രയിച്ച് തിന്മയുടെ ശക്തിയിൽനിന്ന് വിടുതൽ പ്രാപിക്കണമെന്ന് അവൻ ആഗ്രഹിക്കുന്നു.</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മർക്കോസ് 7:25-30</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യോഹന്നാൻ 10:16</w:t>
            </w:r>
          </w:p>
          <w:p>
            <w:pPr>
              <w:spacing w:after="40"/>
            </w:pPr>
            <w:r>
              <w:rPr>
                <w:rFonts w:ascii="Nirmala UI" w:hAnsi="Nirmala UI" w:cs="Nirmala UI"/>
                <w:b w:val="0"/>
                <w:i/>
                <w:sz w:val="22"/>
              </w:rPr>
              <w:t xml:space="preserve">“ഈ തൊഴുത്തിൽ ഉൾപ്പെടാത്ത വേറെ ആടുകളും എനിക്കുണ്ട് … അവയും എന്റെ ശബ്ദം കേൾക്കും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മറ്റൊരു ഗോത്രത്തിൽനിന്നുള്ള ഒരാൾ നിങ്ങളുടെ അടുത്ത വളപ്പിൽ താമസിക്കാൻ വന്നാൽ എന്തു സംഭവിക്കും? അവർ വ്യത്യസ്തമായ ഭാഷ സംസാരിക്കുന്നു, വ്യത്യസ്തമായ ഭക്ഷണം കഴിക്കുന്നു അല്ലെങ്കിൽ വ്യത്യസ്തമായി പാകം ചെയ്യുന്നു, വ്യത്യസ്തമായ ആചാരങ്ങൾ പാലിക്കുന്നു. നമുക്ക് അവരെ അറിയാത്തതിനാലും മനസ്സിലാകാത്തതിനാലും നാം പലപ്പോഴും അവരെ അവിശ്വസിക്കുന്നു.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ഒരു വിദേശി സ്ത്രീ ഒരിക്കൽ യേശുവിനെ കാണാൻ വന്നു. അവൾ യഹൂദയായിരുന്നില്ല. തങ്ങളുടെ ജനതയിൽ ഉൾപ്പെടാത്ത എല്ലാവരെയും യഹൂദർ ജാതീയർ എന്നു വിളിച്ചിരുന്നു.</w:t>
      </w:r>
    </w:p>
    <w:p>
      <w:pPr>
        <w:ind w:left="567"/>
      </w:pPr>
      <w:r>
        <w:rPr>
          <w:rFonts w:ascii="Nirmala UI" w:hAnsi="Nirmala UI" w:cs="Nirmala UI"/>
          <w:b w:val="0"/>
          <w:sz w:val="22"/>
        </w:rPr>
        <w:t xml:space="preserve">ആ സ്ത്രീയുടെ മകൾക്ക് ദുരാത്മാവ് ബാധിച്ചിരുന്നതിനാൽ അവൾ വളരെ വിഷമിച്ചു. തന്നെ സഹായിക്കണമെന്ന് അവൾ യേശുവിനോട് അപേക്ഷിച്ചു (മർക്കോ 7:25-26).</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യേശു അവളുടെ അപേക്ഷയ്ക്ക് ഒരു കഥയിലൂടെ മറുപടി നല്കി. </w:t>
      </w:r>
      <w:r>
        <w:rPr>
          <w:rFonts w:ascii="Nirmala UI" w:hAnsi="Nirmala UI" w:cs="Nirmala UI"/>
          <w:b/>
          <w:sz w:val="22"/>
        </w:rPr>
        <w:t xml:space="preserve">7:27 ക്ലാസ്സിനു വായിച്ചുകേൾപ്പിക്കുക. </w:t>
      </w:r>
      <w:r>
        <w:rPr>
          <w:rFonts w:ascii="Nirmala UI" w:hAnsi="Nirmala UI" w:cs="Nirmala UI"/>
          <w:b w:val="0"/>
          <w:sz w:val="22"/>
        </w:rPr>
        <w:t xml:space="preserve">യേശു ഉദ്ദേശിച്ചത്, താൻ വന്നത് യഹൂദരെ (കഥയിലെ കുട്ടികളെ) സഹായിക്കാനാണ് എന്നാണ്. അവർക്കുള്ളത് മറ്റുള്ളവർക്കു (കഥയിലെ നായ്ക്കൾക്ക്) കൊടുത്തുകൂടാ; യഹൂദർ മറ്റു ജനതകളിലെ ആളുകളെ പലപ്പോഴും നായ്ക്കൾ എന്നു വിളിച്ചിരുന്നു, കാരണം അവർ അവരെ നിന്ദിച്ചിരുന്നു.</w:t>
      </w:r>
    </w:p>
    <w:p>
      <w:pPr>
        <w:ind w:left="567"/>
      </w:pPr>
      <w:r>
        <w:rPr>
          <w:rFonts w:ascii="Nirmala UI" w:hAnsi="Nirmala UI" w:cs="Nirmala UI"/>
          <w:b w:val="0"/>
          <w:sz w:val="22"/>
        </w:rPr>
        <w:t xml:space="preserve">യഹൂദരെ സഹായിക്കുന്നതിനു മുമ്പ് വിദേശികളെ സഹായിച്ചാൽ, അത് കുട്ടികൾക്കു മുമ്പ് നായ്ക്കൾക്ക് ഭക്ഷണം കൊടുക്കുന്നതുപോലെ ആയിരിക്കും എന്നാണ് യേശു പറഞ്ഞത്!</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എന്നാൽ ആ സ്ത്രീ അത്ര എളുപ്പത്തിൽ പിന്മാറിയില്ല. “അതെ, കർത്താവേ,” അവൾ മറുപടി പറഞ്ഞു, “എന്നാൽ മേശയുടെ കീഴെയുള്ള നായ്ക്കളും കുട്ടികളുടെ നുറുക്കുകൾ തിന്നുന്നുവല്ലോ” (7:28).</w:t>
      </w:r>
    </w:p>
    <w:p>
      <w:pPr>
        <w:ind w:left="567"/>
      </w:pPr>
      <w:r>
        <w:rPr>
          <w:rFonts w:ascii="Nirmala UI" w:hAnsi="Nirmala UI" w:cs="Nirmala UI"/>
          <w:b/>
          <w:sz w:val="22"/>
        </w:rPr>
        <w:t xml:space="preserve">ചിത്രം 21 കാണിക്കുക. </w:t>
      </w:r>
      <w:r>
        <w:rPr>
          <w:rFonts w:ascii="Nirmala UI" w:hAnsi="Nirmala UI" w:cs="Nirmala UI"/>
          <w:b w:val="0"/>
          <w:sz w:val="22"/>
        </w:rPr>
        <w:t xml:space="preserve">ചിത്രത്തിൽ നായയെ ശ്രദ്ധിച്ചോ? ഇടതുവശത്തുള്ള മനുഷ്യൻ ഒരുപക്ഷേ യേശു താമസിച്ചിരുന്ന വീടിന്റെ ഉടമസ്ഥനായിരിക്കും (7:24).</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ഈ വിദേശി സ്ത്രീക്ക് തന്നിലുണ്ടായിരുന്ന വിശ്വാസത്തിനും ആശ്രയത്തിനും യേശു പ്രതിഫലം നല്കി. വീട്ടിൽ തിരിച്ചെത്തുമ്പോൾ തന്റെ കൊച്ചുമകൾ സൗഖ്യം പ്രാപിച്ചിരിക്കുന്നതായി കാണുമെന്ന് അവൻ അവളോടു പറഞ്ഞു (7:29-30).</w:t>
      </w:r>
    </w:p>
    <w:p>
      <w:r>
        <w:rPr>
          <w:rFonts w:ascii="Nirmala UI" w:hAnsi="Nirmala UI" w:cs="Nirmala UI"/>
          <w:b w:val="0"/>
          <w:sz w:val="22"/>
        </w:rPr>
        <w:t xml:space="preserve">എല്ലാ ഗോത്രങ്ങളിലെയും ജനതകളിലെയും ആളുകളെ യേശു സ്നേഹിക്കുന്നു. ലോകത്തിലെ എല്ലാവരും തന്നിൽ വിശ്വസിച്ച് തിന്മയുടെ ശക്തിയിൽനിന്ന് വിടുതൽ പ്രാപിക്കണമെന്ന് അവൻ ആഗ്രഹിക്കുന്നു.</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ലോകത്തിലെ എല്ലാ ഗോത്രങ്ങളിലെയും ആളുകളെ യേശു സ്നേഹിക്കുന്നുവെന്ന് നമുക്കറിയാം. അതുകൊണ്ട്, നമ്മുടെ അടുത്ത് താമസിക്കാൻ വരുന്ന മറ്റൊരു ഗോത്രത്തിലെ ആളുകളോട് നാം എങ്ങനെ പെരുമാറണം? </w:t>
      </w:r>
      <w:r>
        <w:rPr>
          <w:rFonts w:ascii="Nirmala UI" w:hAnsi="Nirmala UI" w:cs="Nirmala UI"/>
          <w:b/>
          <w:sz w:val="22"/>
        </w:rPr>
        <w:t xml:space="preserve">വിദേശികൾക്ക് സമൂഹത്തിന്റെ ഭാഗമാകാൻ സഹായിക്കുന്ന വ്യത്യസ്ത വഴികൾ ചിന്തിക്കാൻ ക്ലാസ്സിനെ സഹായിക്കുക. </w:t>
      </w:r>
      <w:r>
        <w:rPr>
          <w:rFonts w:ascii="Nirmala UI" w:hAnsi="Nirmala UI" w:cs="Nirmala UI"/>
          <w:b w:val="0"/>
          <w:sz w:val="22"/>
        </w:rPr>
        <w:t xml:space="preserve">നാം യേശുവിന്റെ സ്നേഹം മറ്റുള്ളവരുമായി പങ്കിടുമ്പോൾ നാം ദൈവത്തിന്റെ പ്രവൃത്തി ചെയ്യുകയാണ്.</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21 – The Faith of a Foreigner</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21 – The Faith of a Foreigner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