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മരിച്ച കുട്ടി വീണ്ടും ജീവിക്കുന്നു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യേശുവിന് ജീവന്റെയും മരണത്തിന്റെയും മേൽ അധികാരമുണ്ടെന്ന് കുട്ടികളെ പഠിപ്പിക്കുക. അവനെ അനുഗമിക്കുന്നവർ മരണത്തെ ഭയപ്പെടേണ്ടതില്ല.</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5:22-24, 35-43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5:36</w:t>
            </w:r>
          </w:p>
          <w:p>
            <w:pPr>
              <w:spacing w:after="40"/>
            </w:pPr>
            <w:r>
              <w:rPr>
                <w:rFonts w:ascii="Nirmala UI" w:hAnsi="Nirmala UI" w:cs="Nirmala UI"/>
                <w:b w:val="0"/>
                <w:i/>
                <w:sz w:val="22"/>
              </w:rPr>
              <w:t xml:space="preserve">“ഭയപ്പെടേണ്ട, വിശ്വസിക്കുക മാത്രം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നിങ്ങളിൽ ആർക്കെങ്കിലും ഈയിടെ അസുഖം വന്നിരുന്നോ? അത് എങ്ങനെ തോന്നി? അത് നിങ്ങളെ ഭയപ്പെടുത്തിയോ? ആളുകൾ വളരെ രോഗികളാകുമ്പോൾ ചിലപ്പോൾ അവർ വളരെ ഭയപ്പെടുന്നു. അവർ മരിക്കുമെന്ന് അവർ ഭയപ്പെടുന്നു.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ചെറിയ പെൺകുട്ടി വളരെ രോഗിയായിരുന്നു. അവളുടെ പിതാവ് യായീറൊസ് ഒരു പ്രധാന വ്യക്തിയായിരുന്നു, എന്നാൽ അവന്റെ സമ്പത്തു മുഴുവൻ കൊണ്ട് അവൾക്കുവേണ്ടി ഒന്നും ചെയ്യാൻ കഴിഞ്ഞില്ല. അപ്പോൾ അനേകരെ സൗഖ്യമാക്കിയ യേശു അടുത്തുണ്ടെന്ന് അവൻ കേട്ടു. യായീറൊസ് യേശുവിനെ അന്വേഷിച്ചു പുറപ്പെട്ടു.</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തന്റെ വീട്ടിൽ വന്ന് മകളെ സഹായിക്കണമെന്ന് യായീറൊസ് യേശുവിനോട് അപേക്ഷിച്ചു. യായീറൊസ് ഒരു പ്രധാന വ്യക്തിയായിരുന്നെങ്കിലും അവൻ യേശുവിന്റെ മുമ്പിൽ തന്നെത്താൻ താഴ്ത്തി (മർക്കോ 5:22-23).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 യായീറൊസിന്റെ വീട്ടിലേക്ക് അവനെ അനുഗമിച്ചു തുടങ്ങി, എന്നാൽ അവനെ കാണാൻ ആഗ്രഹിച്ച ആളുകൾ നിമിത്തം വഴിയിൽ അവന് താമസം നേരിട്ടു (5:24). യായീറൊസിന്റെ വീട്ടിലെത്തുന്നതിനു മുമ്പ് അവന്റെ മകൾ മരിച്ചുപോയി എന്ന സന്ദേശം വന്നു (5:35).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പ്രത്യാശ കൈവിടരുതെന്നും തന്നിൽ ആശ്രയിക്കണമെന്നും യേശു യായീറൊസിനോടു പറഞ്ഞു (5:36).</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യേശു യായീറൊസിന്റെ വീട്ടിൽ ചെന്നു; അവിടെ ശവസംസ്കാര ഒരുക്കങ്ങൾ ഇതിനകം തുടങ്ങിയിരുന്നു. കരച്ചിൽ നിർത്താൻ അവൻ എല്ലാവരോടും പറഞ്ഞു; കാരണം ആ പെൺകുട്ടി മരിച്ചിട്ടില്ല, ഉറങ്ങുക മാത്രമാണ്. എല്ലാവരും അവിശ്വാസത്തോടെ യേശുവിനെ നോക്കി ചിരിച്ചു (5:38-40a).</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വീടിനുള്ളിൽ, പെൺകുട്ടിയുടെ മാതാപിതാക്കളും പത്രൊസും യാക്കോബും യോഹന്നാനും മാത്രം ഉണ്ടായിരിക്കെ, യേശു ആ ചെറിയ പെൺകുട്ടിയെ ജീവിപ്പിച്ചു (5:37, 40-43). </w:t>
      </w:r>
      <w:r>
        <w:rPr>
          <w:rFonts w:ascii="Nirmala UI" w:hAnsi="Nirmala UI" w:cs="Nirmala UI"/>
          <w:b/>
          <w:sz w:val="22"/>
        </w:rPr>
        <w:t xml:space="preserve">ചിത്രം 20 കാണിക്കുക.</w:t>
      </w:r>
    </w:p>
    <w:p>
      <w:r>
        <w:rPr>
          <w:rFonts w:ascii="Nirmala UI" w:hAnsi="Nirmala UI" w:cs="Nirmala UI"/>
          <w:b w:val="0"/>
          <w:sz w:val="22"/>
        </w:rPr>
        <w:t xml:space="preserve">യേശു ദൈവമായതിനാൽ അവന് മരണത്തിന്മേൽ അധികാരമുണ്ട്. അവന് മരിച്ചവരെ ഉയിർപ്പിക്കാൻ കഴിയും.</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കുട്ടികൾ എന്തിനെയാണ് ഭയപ്പെടുന്നതെന്ന് കണ്ടെത്തുക. </w:t>
      </w:r>
      <w:r>
        <w:rPr>
          <w:rFonts w:ascii="Nirmala UI" w:hAnsi="Nirmala UI" w:cs="Nirmala UI"/>
          <w:b w:val="0"/>
          <w:sz w:val="22"/>
        </w:rPr>
        <w:t xml:space="preserve">അത് ക്ലിനിക്കിലോ ആശുപത്രിയിലോ പോകുന്നതായിരിക്കാം, അല്ലെങ്കിൽ രോഗിയാകുന്നതുതന്നെ ആയിരിക്കാം. തന്നിൽ വിശ്വസിക്കാനും ഭയപ്പെടാതിരിക്കാനും യേശു യായീറൊസിനോടു പറഞ്ഞു. നാമും ഭയപ്പെടുമ്പോൾ യേശുവിൽ ആശ്രയിക്കാം.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A Dead Child Lives Again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A Dead Child Lives Again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