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19</w:t>
      </w:r>
    </w:p>
    <w:p>
      <w:pPr>
        <w:keepNext/>
        <w:spacing w:after="40"/>
      </w:pPr>
      <w:r>
        <w:rPr>
          <w:rFonts w:ascii="Nirmala UI" w:hAnsi="Nirmala UI" w:cs="Nirmala UI"/>
          <w:b/>
          <w:color w:val="1F4E79"/>
          <w:sz w:val="52"/>
        </w:rPr>
        <w:t xml:space="preserve">ഒടുവിൽ ഒരു സ്ത്രീ സൗഖ്യം പ്രാപിക്കുന്നു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6: യേശു ഗുരുവും സൗഖ്യദായകനും</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നമ്മുടെ ഹൃദയത്തിലെ ആഗ്രഹങ്ങൾ മറ്റുള്ളവരിൽനിന്ന് മറച്ചുവച്ചാലും യേശു അവ അറിയുന്നുവെന്നും അവൻ നമ്മെ കരുതുന്നുവെന്നും കുട്ടികളെ പഠിപ്പിക്കുക.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മർക്കോസ് 5:25-34</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സങ്കീർത്തനം 44:21</w:t>
            </w:r>
          </w:p>
          <w:p>
            <w:pPr>
              <w:spacing w:after="40"/>
            </w:pPr>
            <w:r>
              <w:rPr>
                <w:rFonts w:ascii="Nirmala UI" w:hAnsi="Nirmala UI" w:cs="Nirmala UI"/>
                <w:b w:val="0"/>
                <w:i/>
                <w:sz w:val="22"/>
              </w:rPr>
              <w:t xml:space="preserve">ദൈവം … ഹൃദയരഹസ്യങ്ങളെ അറിയുന്നു …</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രഹസ്യങ്ങളെക്കുറിച്ചു സംസാരിക്കുക. </w:t>
      </w:r>
      <w:r>
        <w:rPr>
          <w:rFonts w:ascii="Nirmala UI" w:hAnsi="Nirmala UI" w:cs="Nirmala UI"/>
          <w:b w:val="0"/>
          <w:sz w:val="22"/>
        </w:rPr>
        <w:t xml:space="preserve">മറ്റാർക്കും അറിയാത്ത കാര്യങ്ങൾ സൂക്ഷിക്കാൻ ഒരാൾക്ക് ഒരു രഹസ്യ (മറഞ്ഞിരിക്കുന്ന) സ്ഥലം ഉണ്ടായിരിക്കാം. മറ്റൊരു ഉദാഹരണം ഒരു പരീക്ഷയിൽ ചോദിക്കാൻ പോകുന്ന ചോദ്യങ്ങളാണ്; അവ മുൻകൂട്ടി രഹസ്യമായി സൂക്ഷിക്കണം.</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വളരെ രോഗിയായ ഒരു സ്ത്രീ ഉണ്ടായിരുന്നു. അവൾ 12 വർഷമായി കഷ്ടപ്പെടുകയായിരുന്നു. പലരും ശ്രമിച്ചിട്ടും ഒരു ഡോക്ടർക്കും അവളെ സഹായിക്കാൻ കഴിഞ്ഞില്ല. ചികിത്സ കണ്ടെത്താൻ അവൾ തന്റെ പണം മുഴുവൻ ചെലവഴിച്ചു (5:25-26). കാര്യങ്ങൾ കൂടുതൽ മോശമാക്കിയത്, അവളുടെ രോഗം അവളെ മതഭക്തരായ യഹൂദർക്ക് സ്വീകാര്യയല്ലാതാക്കി എന്നതാണ്. മറ്റുള്ളവരുടെ വീടുകളിൽ അവൾക്ക് സ്വാഗതമില്ലായിരുന്നു. വിശ്വസ്തരായ മറ്റുള്ളവരോടൊപ്പം ദൈവത്തെ ആരാധിക്കാൻപോലും അവൾക്ക് അനുവാദമില്ലായിരുന്നു.</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പിന്നെ ഈ സ്ത്രീ യേശുവിനെക്കുറിച്ചു കേട്ടു. താൻ കേട്ടതിൽ വിശ്വസിച്ച് അവൾ അവന്റെ അടുക്കൽ വന്നു. കൂട്ടത്തിലുള്ളവർ തങ്ങളുടെ അടുത്ത് അവൾ ഉണ്ടാകുന്നത് ആഗ്രഹിക്കില്ലെന്ന് അവൾക്കറിയാമായിരുന്നതിനാൽ അവൾ ശാന്തമായും നാണത്തോടെയും വന്നു. അതുകൊണ്ട് രഹസ്യമായി സൗഖ്യം പ്രാപിക്കാൻ അവൾ ആഗ്രഹിച്ചു. അവൾക്ക് യേശുവിൽ വലിയ വിശ്വാസമുണ്ടായിരുന്നു. അവന്റെ ശക്തി വളരെ വലുതാണെന്നും അവന്റെ വസ്ത്രത്തിന്റെ വിളുമ്പ് തൊട്ടാൽ മാത്രം മതി തനിക്കു സൗഖ്യം ലഭിക്കാൻ എന്നും അവൾ വിശ്വസിച്ചു (5:27-28). </w:t>
      </w:r>
      <w:r>
        <w:rPr>
          <w:rFonts w:ascii="Nirmala UI" w:hAnsi="Nirmala UI" w:cs="Nirmala UI"/>
          <w:b/>
          <w:sz w:val="22"/>
        </w:rPr>
        <w:t xml:space="preserve">ചിത്രം 19 കാണിക്കുക.</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ആ സ്ത്രീക്ക് യേശുവിനെ തൊടാൻ കഴിഞ്ഞു; അവൾക്ക് ഉടനെ സൗഖ്യം ലഭിച്ചു. യേശു അത് അറിഞ്ഞു; സഹായം ആവശ്യമുള്ള ആരുടെയോ പ്രത്യേക സ്പർശമാണ് അതെന്ന് അവൻ അറിഞ്ഞു. തന്നെ തൊട്ടത് ആരെന്ന് അവൻ ചോദിച്ചു (5:29-30). അതൊരു വിഡ്ഢിച്ചോദ്യമാണെന്ന് ശിഷ്യന്മാർ കരുതി. എല്ലായ്പ്പോഴും എന്നപോലെ അവൻ ഒരു ജനക്കൂട്ടത്താൽ ചുറ്റപ്പെട്ടിരുന്നു; എല്ലാവരും അവന്റെ അടുത്തെത്താൻ തള്ളുകയും തിക്കുകയും ചെയ്യുകയായിരുന്നു (5:31). അവിടെയുള്ള ഏതാണ്ട് ആരും ആയിരിക്കാം!</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എങ്കിലും യേശു ആ വ്യക്തിയെ തിരഞ്ഞുകൊണ്ടിരുന്നു. തന്റെ രഹസ്യ സൗഖ്യം കണ്ടെത്തിയെന്ന് ആ സ്ത്രീ മനസ്സിലാക്കി, അവൾ മുഴുവൻ ജനക്കൂട്ടത്തിന്റെയും മുമ്പിൽ യേശുവിന്റെ അടുക്കൽ വന്നു (5:32-33).</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യേശു അവളോടു സൗമ്യമായി സംസാരിച്ചു. തന്നിലുള്ള അവളുടെ വിശ്വാസത്തെ അവൻ പ്രശംസിച്ചു. ഇനിമുതൽ അവൾ സൗഖ്യമുള്ളവളായിരിക്കുമെന്ന് ഉറപ്പിക്കാമെന്ന് അവൻ അവളോടു പറഞ്ഞു. “സമാധാനത്തോടെ പോകുക” എന്നു പറഞ്ഞ് അവൻ അവളെ അഭിവാദ്യം ചെയ്തു; അതായത് “ഇനി നീ ഭയപ്പെടേണ്ടതില്ല” (5:34).</w:t>
      </w:r>
    </w:p>
    <w:p>
      <w:pPr>
        <w:pStyle w:val="Heading2"/>
      </w:pPr>
      <w:r>
        <w:rPr>
          <w:rFonts w:ascii="Nirmala UI" w:hAnsi="Nirmala UI" w:cs="Nirmala UI"/>
        </w:rPr>
        <w:t xml:space="preserve">മനഃപാഠ വാക്യം ഹൃദിസ്ഥമാക്കൽ</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യേശുവിനെ രഹസ്യമായി തൊട്ടപ്പോൾ ആ സ്ത്രീക്ക് സൗഖ്യം ലഭിച്ചു; എന്നാൽ യേശുവിനോടു സംസാരിക്കാൻ മുന്നോട്ടു വന്നപ്പോൾ അവൾ തന്റെ സൗഖ്യത്തിന്റെ അത്ഭുതം എല്ലാവരോടും പങ്കുവച്ചു. യേശു തനിക്കുവേണ്ടി ചെയ്തത് തുറന്നു പങ്കുവച്ചപ്പോൾ അവളുടെ വിശ്വാസം ശക്തമായി. നിശ്ശബ്ദമായി പോയിരുന്നെങ്കിൽ ഉണ്ടാകുമായിരുന്നതിനെക്കാൾ കൂടുതൽ സന്തോഷവും സമാധാനവും അവൾക്കുണ്ടായി.</w:t>
      </w:r>
    </w:p>
    <w:p>
      <w:r>
        <w:rPr>
          <w:rFonts w:ascii="Nirmala UI" w:hAnsi="Nirmala UI" w:cs="Nirmala UI"/>
          <w:b w:val="0"/>
          <w:sz w:val="22"/>
        </w:rPr>
        <w:t xml:space="preserve">യേശു നമുക്കുവേണ്ടി ചെയ്തത് നാം മറ്റുള്ളവരോടു പറയുമ്പോൾ അവനിലുള്ള നമ്മുടെ വിശ്വാസവും അവനോടുള്ള നമ്മുടെ സ്നേഹവും ശക്തമാകുന്നു.</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19 – A Woman is Healed At Last</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19 – A Woman is Healed At Last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