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18</w:t>
      </w:r>
    </w:p>
    <w:p>
      <w:pPr>
        <w:keepNext/>
        <w:spacing w:after="40"/>
      </w:pPr>
      <w:r>
        <w:rPr>
          <w:rFonts w:ascii="Nirmala UI" w:hAnsi="Nirmala UI" w:cs="Nirmala UI"/>
          <w:b/>
          <w:color w:val="1F4E79"/>
          <w:sz w:val="52"/>
        </w:rPr>
        <w:t xml:space="preserve">യേശു കൊടുങ്കാറ്റിനെ ശാന്തമാക്കുന്നു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സ്വർഗ്ഗത്തിലും ഭൂമിയിലുമുള്ള മറ്റെല്ലാ ശക്തിയെക്കാളും വലുതാണ് യേശുവിന്റെ ശക്തി എന്നു കുട്ടികളെ പഠിപ്പിക്കുക. അവൻ നമ്മോടൊപ്പം ഉണ്ടായിരിക്കുമെന്നും നമ്മെ സംരക്ഷിക്കുമെന്നും നമുക്ക് അവനിൽ ആശ്രയിക്കാം.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മർക്കോസ് 4:35-41</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മത്തായി 28:18</w:t>
            </w:r>
          </w:p>
          <w:p>
            <w:pPr>
              <w:spacing w:after="40"/>
            </w:pPr>
            <w:r>
              <w:rPr>
                <w:rFonts w:ascii="Nirmala UI" w:hAnsi="Nirmala UI" w:cs="Nirmala UI"/>
                <w:b w:val="0"/>
                <w:i/>
                <w:sz w:val="22"/>
              </w:rPr>
              <w:t xml:space="preserve">യേശു അവരുടെ അടുക്കൽ വന്ന് പറഞ്ഞു, “സ്വർഗ്ഗത്തിലും ഭൂമിയിലും സകല അധികാരവും എനിക്കു നല്കപ്പെട്ടിരിക്കുന്നു.”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നിങ്ങൾക്കു ചെയ്യാൻ ഒന്നും കഴിയാത്ത എന്തോ സംഭവിക്കുന്നതിനാൽ നിങ്ങൾ വളരെ ഭയപ്പെട്ട ഒരു സമയത്തെക്കുറിച്ചു പറയുക. ഉദാഹരണം: </w:t>
      </w:r>
      <w:r>
        <w:rPr>
          <w:rFonts w:ascii="Nirmala UI" w:hAnsi="Nirmala UI" w:cs="Nirmala UI"/>
          <w:b w:val="0"/>
          <w:sz w:val="22"/>
        </w:rPr>
        <w:t xml:space="preserve">1989 ഫെബ്രുവരിയിലും 1990 ലും സുഡാന്റെ തെക്കുള്ള ജൂബയിൽ ഷെല്ലാക്രമണം നടന്നപ്പോൾ.</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ശിഷ്യന്മാർ വളരെ ഭയപ്പെട്ടു. ഒരു കൊടുങ്കാറ്റ് വന്നപ്പോൾ അവർ വള്ളത്തിൽ കടലിലായിരുന്നു. ശിഷ്യന്മാരിൽ ചിലർ യേശുവിന്റെ ശിഷ്യന്മാരാകുന്നതിനു മുമ്പ് മീൻപിടിത്തക്കാരായിരുന്നു, എന്നിട്ടും അവരും ഭയപ്പെട്ടു. </w:t>
      </w:r>
      <w:r>
        <w:rPr>
          <w:rFonts w:ascii="Nirmala UI" w:hAnsi="Nirmala UI" w:cs="Nirmala UI"/>
          <w:b/>
          <w:sz w:val="22"/>
        </w:rPr>
        <w:t xml:space="preserve">കടലിലെ ഒരു കൊടുങ്കാറ്റ് വിവരിക്കുക; അത് ഉണ്ടാക്കുന്ന ശബ്ദത്തെക്കുറിച്ച് ചിന്തിക്കുക. </w:t>
      </w:r>
      <w:r>
        <w:rPr>
          <w:rFonts w:ascii="Nirmala UI" w:hAnsi="Nirmala UI" w:cs="Nirmala UI"/>
          <w:b w:val="0"/>
          <w:sz w:val="22"/>
        </w:rPr>
        <w:t xml:space="preserve">വെള്ളം വള്ളത്തിനുള്ളിൽത്തന്നെ വന്നു (മർക്കോ 4:37)!</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യേശു അവരോടുകൂടെ ഉണ്ടായിരുന്നു, എന്നാൽ അവൻ വള്ളത്തിന്റെ പിൻഭാഗത്ത് ഉറങ്ങുകയായിരുന്നു. ശിഷ്യന്മാർ അവനെ ഉണർത്തി. അവർ യേശുവിനോടു കോപിച്ചു. തങ്ങൾക്ക് എന്തു സംഭവിച്ചാലും അവൻ കരുതുന്നില്ലെന്ന് അവർ വിചാരിച്ചു (4:38).</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യേശു എഴുന്നേറ്റ് കൊടുങ്കാറ്റിനെ നിർത്തി. </w:t>
      </w:r>
      <w:r>
        <w:rPr>
          <w:rFonts w:ascii="Nirmala UI" w:hAnsi="Nirmala UI" w:cs="Nirmala UI"/>
          <w:b/>
          <w:sz w:val="22"/>
        </w:rPr>
        <w:t xml:space="preserve">എന്തു സംഭവിച്ചുവെന്ന് വിവരിക്കുക (4:39).</w:t>
      </w:r>
    </w:p>
    <w:p>
      <w:pPr>
        <w:ind w:left="567"/>
      </w:pPr>
      <w:r>
        <w:rPr>
          <w:rFonts w:ascii="Nirmala UI" w:hAnsi="Nirmala UI" w:cs="Nirmala UI"/>
          <w:b/>
          <w:sz w:val="22"/>
        </w:rPr>
        <w:t xml:space="preserve">ചിത്രം 18 കാണിക്കുക.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പിന്നെ യേശു തന്റെ ശിഷ്യന്മാരോടു സംസാരിച്ചു. അവൻ അനേകം അത്ഭുതങ്ങൾ പ്രവർത്തിക്കുന്നത് അവർ മുമ്പ് കണ്ടിരുന്നു. </w:t>
      </w:r>
      <w:r>
        <w:rPr>
          <w:rFonts w:ascii="Nirmala UI" w:hAnsi="Nirmala UI" w:cs="Nirmala UI"/>
          <w:b/>
          <w:sz w:val="22"/>
        </w:rPr>
        <w:t xml:space="preserve">സമയമുണ്ടെങ്കിൽ, യേശു ചെയ്യുന്നത് ശിഷ്യന്മാർ കണ്ട ചില അത്ഭുതങ്ങളെക്കുറിച്ച് ക്ലാസ്സിനോടു പറയാൻ ആവശ്യപ്പെടുക.</w:t>
      </w:r>
    </w:p>
    <w:p>
      <w:pPr>
        <w:ind w:left="567"/>
      </w:pPr>
      <w:r>
        <w:rPr>
          <w:rFonts w:ascii="Nirmala UI" w:hAnsi="Nirmala UI" w:cs="Nirmala UI"/>
          <w:b w:val="0"/>
          <w:sz w:val="22"/>
        </w:rPr>
        <w:t xml:space="preserve">യേശുവിനോടൊപ്പം ജീവിച്ച്, അവൻ ചെയ്തതും പഠിപ്പിച്ചതുമെല്ലാം കണ്ടും കേട്ടും കഴിഞ്ഞിട്ടും യേശു തന്നെ ദൈവമാണെന്ന് ശിഷ്യന്മാർക്ക് ഇപ്പോഴും മനസ്സിലായില്ല. നിലവിലുള്ളതെല്ലാം അവൻ സൃഷ്ടിച്ചു, കൊടുങ്കാറ്റുപോലുള്ള പ്രകൃതിശക്തികളെപ്പോലും അവന് നിയന്ത്രിക്കാൻ കഴിയും. ശിഷ്യന്മാർക്ക് ഇത് മനസ്സിലാക്കാൻ വളരെ ബുദ്ധിമുട്ടായിരുന്നു (4:40-41).</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ചിലപ്പോൾ നാം അപകടത്തിലാണെന്നു വിശ്വസിക്കുമ്പോൾ ശിഷ്യന്മാരെപ്പോലെ തന്നെ പെരുമാറുന്നു. യേശുവിന് തങ്ങളെക്കുറിച്ചു കരുതലില്ലെന്ന് അവർ ആരോപിച്ചു. ചിലപ്പോൾ നാമും അതുപോലെ ചെയ്യുന്നു. എന്നാൽ അപകടത്തിന്റെ നടുവിൽ യേശു നമ്മോടുകൂടെ ഉണ്ട്. ദൈവത്തിന്റെ ശക്തിയായ അവന്റെ ശക്തിയെക്കാൾ വലിയ ഒരു ശക്തിയില്ല. നാം അവനിൽ ആശ്രയിക്കണം. </w:t>
      </w:r>
      <w:r>
        <w:rPr>
          <w:rFonts w:ascii="Nirmala UI" w:hAnsi="Nirmala UI" w:cs="Nirmala UI"/>
          <w:b/>
          <w:sz w:val="22"/>
        </w:rPr>
        <w:t xml:space="preserve">കുട്ടികൾക്ക് റോമർ 8:35, 37-39 വായിച്ചുകേൾപ്പിക്കുക.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18 – Jesus Calms a Storm</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18 – Jesus Calms a Storm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