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യേശു ഒരു കുഷ്ഠരോഗിയെ സൗഖ്യമാക്കുന്നു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ഈ മനുഷ്യന്റെ കുഷ്ഠം സൗഖ്യമാക്കിയതിലൂടെ മറ്റുള്ളവരുമായി ഇടപഴകാനും വീണ്ടും കൂട്ടായ ആരാധനയിൽ പങ്കെടുക്കാനും യേശു അവനു സാധ്യമാക്കിയെന്നു കുട്ടികളെ കാണിക്കുക. യേശു നമ്മെ പാപത്തിൽനിന്നു ശുദ്ധീകരിക്കുകയും ദൈവത്തോട് അടുക്കാൻ നമുക്കു സാധ്യമാക്കുകയും ചെയ്യുന്നു.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1:40-45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യോഹന്നാൻ 1:7</w:t>
            </w:r>
          </w:p>
          <w:p>
            <w:pPr>
              <w:spacing w:after="40"/>
            </w:pPr>
            <w:r>
              <w:rPr>
                <w:rFonts w:ascii="Nirmala UI" w:hAnsi="Nirmala UI" w:cs="Nirmala UI"/>
                <w:b w:val="0"/>
                <w:i/>
                <w:sz w:val="22"/>
              </w:rPr>
              <w:t xml:space="preserve">… നമുക്കു തമ്മിൽ കൂട്ടായ്മ ഉണ്ട്; അവന്റെ പുത്രനായ യേശുവിന്റെ രക്തം സകല പാപത്തിൽനിന്നും നമ്മെ ശുദ്ധീകരിക്കുന്നു.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നിങ്ങൾക്ക് പോകാൻ ഇഷ്ടമില്ലാത്ത ഒരു സ്ഥലത്തെക്കുറിച്ചോ ചെയ്യാൻ ഇഷ്ടമില്ലാത്ത ഒരു ജോലിയെക്കുറിച്ചോ ചിന്തിക്കുക. എന്തുകൊണ്ടാണ് അത് ഇഷ്ടമില്ലാത്തത്? ക്ലാസ്സ് ഉത്തരം പറയട്ടെ. </w:t>
      </w:r>
      <w:r>
        <w:rPr>
          <w:rFonts w:ascii="Nirmala UI" w:hAnsi="Nirmala UI" w:cs="Nirmala UI"/>
          <w:b w:val="0"/>
          <w:sz w:val="22"/>
        </w:rPr>
        <w:t xml:space="preserve">ചിലപ്പോൾ ഒരു സ്ഥലമോ ജോലിയോ ആളുകൾക്ക് ഇഷ്ടമല്ലാത്തത് അത് അവരെ മലിനമാക്കുന്നതുകൊണ്ടാണ്.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ഭൂമിയിൽ ജീവിച്ചിരുന്ന കാലത്ത് കുഷ്ഠത്തിന് ചികിത്സ ഇല്ലായിരുന്നു. ഇത് ഭയങ്കരമായ ഒരു ത്വഗ്രോഗമാണ്, ആളുകൾക്ക് പരസ്പരം വളരെ എളുപ്പത്തിൽ പിടിപെടും. അതുകൊണ്ട് കുഷ്ഠരോഗികളെ ആളുകൾ വളരെ ഭയപ്പെട്ടു. അവരെ തൊട്ടുകൂടാത്തവരെന്നും അശുദ്ധരെന്നും വിളിച്ചു. പട്ടണങ്ങൾക്കും ഗ്രാമങ്ങൾക്കും പുറത്തു ജീവിക്കാൻ അവർ നിർബന്ധിതരായി. അതിനർത്ഥം കുഷ്ഠരോഗികൾക്ക് സിനഗോഗിലോ ദേവാലയത്തിലോ ദൈവത്തെ ആരാധിക്കാൻ കഴിയില്ലായിരുന്നു എന്നുമാണ്. </w:t>
      </w:r>
      <w:r>
        <w:rPr>
          <w:rFonts w:ascii="Nirmala UI" w:hAnsi="Nirmala UI" w:cs="Nirmala UI"/>
          <w:b/>
          <w:sz w:val="22"/>
        </w:rPr>
        <w:t xml:space="preserve">ഈ സാഹചര്യത്തിൽ “അശുദ്ധം” എന്നതിന്റെ അർത്ഥം കുട്ടികൾക്കു മനസ്സിലായെന്ന് ഉറപ്പാക്കുക.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15 കാണിക്കുക. കുഷ്ഠരോഗിയെ ചൂണ്ടിക്കാണിക്കുക. </w:t>
      </w:r>
      <w:r>
        <w:rPr>
          <w:rFonts w:ascii="Nirmala UI" w:hAnsi="Nirmala UI" w:cs="Nirmala UI"/>
          <w:b w:val="0"/>
          <w:sz w:val="22"/>
        </w:rPr>
        <w:t xml:space="preserve">അവന്റെ കൈകളും കാലുകളും കെട്ടിയിരിക്കുന്നു, കണ്ടോ? അവന്റെ തൊലിയിലെ വ്രണങ്ങൾ കാരണമാണിത്. അവന്റെ കൈവശം ഒരു വടിയുണ്ട്; രോഗം അവനെ ബലഹീനനാക്കിയിരിക്കുന്നു എന്നാണ് അതിനർത്ഥം. അവൻ യേശുവിന്റെ മുമ്പിൽ മുട്ടുകുത്തി, അവൻ കടന്നുപോകുന്നത് തടഞ്ഞുനിൽക്കുന്നു. അവൻ യേശുവിന്റെ സഹായത്തിനായി അപേക്ഷിക്കുന്നു. “അങ്ങയ്ക്കു മനസ്സുണ്ടെങ്കിൽ,” അവൻ പറയുന്നു, “യേശുവേ, അങ്ങേയ്ക്ക് എന്നെ സൗഖ്യമാക്കി ശുദ്ധനാക്കാൻ കഴിയും!”</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കുഷ്ഠരോഗിയെ സഹായിക്കാൻ യേശു ആഗ്രഹിച്ചു. ഏറെക്കാലമായി ആരും ചെയ്യാത്തതു യേശു ചെയ്തു: അവൻ ആ പാവം മനുഷ്യനെ തൊട്ടു. നാം ആളുകളെ അഭിവാദ്യം ചെയ്യുമ്പോഴെല്ലാം നാം അവരെ തൊടുന്നു; ചിലപ്പോൾ അവരോടു സംസാരിക്കുമ്പോഴോ അവരെ കരുതുന്നുവെന്നു കാണിക്കാനോ. രോഗം പിടിപെടുമെന്ന ഭയത്താൽ ആരും ആ മനുഷ്യനെ തൊട്ടിരുന്നില്ല. “എനിക്കു മനസ്സുണ്ട്,” യേശു മറുപടി പറഞ്ഞു. “ശുദ്ധമാകുക!”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ഉടനെ ആ മനുഷ്യൻ സൗഖ്യം പ്രാപിച്ചു. അവന്റെ കുഷ്ഠത്തിന്റെ ഒരു ലക്ഷണവും ശേഷിച്ചില്ല. അവന്റെ ത്വക്ക് സുഖപ്പെട്ടു, അവൻ ഇനി അശുദ്ധനായി കണക്കാക്കപ്പെട്ടില്ല. അവൻ വളരെ സന്തോഷിച്ച് എല്ലാവരോടും പറഞ്ഞു. അത് എല്ലാവരെയും യേശുവിനെ കാണാൻ ആഗ്രഹിപ്പിച്ചു.</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പാപത്തിനും കുഷ്ഠത്തിന്റെ അതേ ഫലമാണുള്ളത്. കുഷ്ഠം ആളുകളെ അവരുടെ കുടുംബത്തിൽനിന്നും കൂട്ടുകാരിൽനിന്നും വേർപെടുത്തി. സിനഗോഗിലോ ദേവാലയത്തിലോ പ്രവേശിക്കുന്നതിൽനിന്നും അത് അവരെ തടഞ്ഞു. അതുപോലെ പാപം മറ്റുള്ളവരുമായുള്ള നമ്മുടെ ബന്ധത്തെ നശിപ്പിക്കുകയും നമ്മുടെ പിതാവായ ദൈവത്തിൽനിന്ന് നമ്മെ വേർപെടുത്തുകയും ചെയ്യുന്നു. നാം ദൈവസാന്നിധ്യത്തിൽ പ്രവേശിച്ച് അവനുമായി ഒരു ബന്ധം ആസ്വദിക്കേണ്ടതിന് യേശു നമ്മെ സൗഖ്യമാക്കി ശുദ്ധീകരിക്കാൻ വന്നു.</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പുതിയ ഷർട്ടോ വസ്ത്രമോ ധരിച്ചിരുന്ന ഒരു ആൺകുട്ടിയെയോ പെൺകുട്ടിയെയോക്കുറിച്ച്, അതിൽ ചായ ഒഴിഞ്ഞുപോയ ഒരു കഥ ഉണ്ടാക്കിപ്പറയുക. </w:t>
      </w:r>
      <w:r>
        <w:rPr>
          <w:rFonts w:ascii="Nirmala UI" w:hAnsi="Nirmala UI" w:cs="Nirmala UI"/>
          <w:b w:val="0"/>
          <w:sz w:val="22"/>
        </w:rPr>
        <w:t xml:space="preserve">അത് പുതിയ തുണിയിൽ വൃത്തികെട്ട ഒരു കറ അവശേഷിപ്പിച്ച് മുഴുവൻ വസ്ത്രവും നശിപ്പിച്ചു. കറ കഴുകിക്കളഞ്ഞപ്പോൾ ആ ആൺകുട്ടി (പെൺകുട്ടി) വളരെ സന്തോഷിച്ചു.</w:t>
      </w:r>
    </w:p>
    <w:p>
      <w:r>
        <w:rPr>
          <w:rFonts w:ascii="Nirmala UI" w:hAnsi="Nirmala UI" w:cs="Nirmala UI"/>
          <w:b w:val="0"/>
          <w:sz w:val="22"/>
        </w:rPr>
        <w:t xml:space="preserve">പാപം നമ്മുടെ ജീവിതത്തിൽ ഒരു കറ അവശേഷിപ്പിക്കുന്നു. നമുക്കുവേണ്ടി മരിച്ചുകൊണ്ട് യേശു ആ കറ കഴുകിക്കളഞ്ഞു; അങ്ങനെ നാം ചോദിക്കുമ്പോൾ ദൈവത്തിനു നമ്മോടു ക്ഷമിക്കാൻ കഴിയും. ദൈവത്തിന്റെ കണ്ണിൽ നാം ശുദ്ധരും നിഷ്കളങ്കരും ആകാൻ യേശു സാധ്യമാക്കി.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Jesus Heals a Leper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Jesus Heals a Leper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