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14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യേശു തന്റെ ശിഷ്യന്മാരെ വിളിക്കുന്നു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6: യേശു ഗുരുവും സൗഖ്യദായകനും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തന്നെ സഹായിക്കാൻ യേശു ചിലരെ വിളിച്ചുവെന്നും ഇന്നും അവന് സഹായികളെ വേണമെന്നും കുട്ടികളെ കാണിക്കുക.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മർക്കോസ് 1:14-20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മർക്കോസ് 1:17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“എന്റെ പിന്നാലെ വരുവിൻ, ഞാൻ നിങ്ങളെ മനുഷ്യരെ പിടിക്കുന്നവരാക്കും” എന്നു യേശു പറഞ്ഞു.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നിങ്ങൾ ഒറ്റയ്ക്കു ചെയ്യാൻ കഴിയാതിരുന്ന ഒരു ജോലിയെക്കുറിച്ചു പറയുക. </w:t>
      </w:r>
      <w:r>
        <w:rPr>
          <w:rFonts w:ascii="Nirmala UI" w:hAnsi="Nirmala UI" w:cs="Nirmala UI"/>
          <w:b w:val="0"/>
          <w:sz w:val="22"/>
        </w:rPr>
        <w:t xml:space="preserve">നിങ്ങളെ സഹായിക്കാൻ മറ്റൊരാൾ വേണമായിരുന്നു.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ഭൂമിയിലെ ജീവിതകാലത്ത് യേശുവിന് ഒരു വലിയ ദൗത്യമുണ്ടായിരുന്നതിനാൽ അവൻ വളരെ തിരക്കുള്ളവനായിരുന്നു. തന്നെ സഹായിക്കാൻ അവൻ ചിലരെ വിളിച്ചു. നമ്മുടെ സ്വർഗ്ഗീയ പിതാവായ ദൈവത്തെക്കുറിച്ച് അവരെ പഠിപ്പിക്കാൻ അവൻ ആഗ്രഹിച്ചു, അങ്ങനെ അവർ മറ്റുള്ളവരെ പഠിപ്പിക്കട്ടെ.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/>
          <w:sz w:val="22"/>
        </w:rPr>
        <w:t xml:space="preserve">ഒരു ദിവസം യേശു ഗലീല കടലിന്റെ തീരത്തുകൂടി നടക്കുമ്പോൾ ചിലർ മീൻപിടിക്കുന്നത് ശ്രദ്ധിച്ചതെങ്ങനെയെന്നു പറയുക. </w:t>
      </w:r>
      <w:r>
        <w:rPr>
          <w:rFonts w:ascii="Nirmala UI" w:hAnsi="Nirmala UI" w:cs="Nirmala UI"/>
          <w:b w:val="0"/>
          <w:sz w:val="22"/>
        </w:rPr>
        <w:t xml:space="preserve">അത് നൈൽ നദിയുടെ തീരത്തുകൂടി നടക്കുന്നതുപോലെയായിരുന്നു.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/>
          <w:sz w:val="22"/>
        </w:rPr>
        <w:t xml:space="preserve">ചിത്രം 14 കാണിക്കുക. </w:t>
      </w:r>
      <w:r>
        <w:rPr>
          <w:rFonts w:ascii="Nirmala UI" w:hAnsi="Nirmala UI" w:cs="Nirmala UI"/>
          <w:b w:val="0"/>
          <w:sz w:val="22"/>
        </w:rPr>
        <w:t xml:space="preserve">ശിമോനും അവന്റെ സഹോദരൻ അന്ത്രെയാസും വല ഉപയോഗിച്ച് മീൻ പിടിക്കുന്നത് യേശു കണ്ടു. യേശു അവരോടു പറഞ്ഞു, “എന്റെ പിന്നാലെ വരുവിൻ, ഞാൻ നിങ്ങളെ മനുഷ്യരെ പിടിക്കുന്നവരാക്കും.” </w:t>
      </w:r>
      <w:r>
        <w:rPr>
          <w:rFonts w:ascii="Nirmala UI" w:hAnsi="Nirmala UI" w:cs="Nirmala UI"/>
          <w:b/>
          <w:sz w:val="22"/>
        </w:rPr>
        <w:t xml:space="preserve">ഇതു മനഃപാഠ വാക്യമായതിനാൽ പല തവണ ആവർത്തിക്കുക. രണ്ടോ മൂന്നോ തവണയ്ക്കുശേഷം കുട്ടികളും നിങ്ങളോടൊപ്പം ചൊല്ലട്ടെ.</w:t>
      </w:r>
    </w:p>
    <w:p>
      <w:pPr>
        <w:ind w:left="567"/>
      </w:pPr>
      <w:r>
        <w:rPr>
          <w:rFonts w:ascii="Nirmala UI" w:hAnsi="Nirmala UI" w:cs="Nirmala UI"/>
          <w:b/>
          <w:sz w:val="22"/>
        </w:rPr>
        <w:t xml:space="preserve">യേശു അർത്ഥമാക്കിയത് വിശദീകരിക്കുക: </w:t>
      </w:r>
      <w:r>
        <w:rPr>
          <w:rFonts w:ascii="Nirmala UI" w:hAnsi="Nirmala UI" w:cs="Nirmala UI"/>
          <w:b w:val="0"/>
          <w:sz w:val="22"/>
        </w:rPr>
        <w:t xml:space="preserve">ശിമോനും അന്ത്രെയാസും തന്നെ അനുഗമിക്കുകയും തന്നിൽനിന്നു പഠിക്കുകയും ചെയ്യണമെന്ന് അവൻ ആഗ്രഹിച്ചു. അങ്ങനെ യേശുവിനെ അനുഗമിക്കാൻ മറ്റുള്ളവരെ പഠിപ്പിക്കാൻ അവർക്കു കഴിയും.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/>
          <w:sz w:val="22"/>
        </w:rPr>
        <w:t xml:space="preserve">ചിത്രത്തിൽ വലകൾ നന്നാക്കുന്ന യോഹന്നാനെയും യാക്കോബിനെയും കാണിക്കുക. യേശു വിളിച്ചപ്പോൾ ഈ രണ്ടു സഹോദരന്മാർ എന്തു ചെയ്തുവെന്നു വിശദീകരിക്കുക (1:19-20).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യേശുവിന് ഇന്നും സഹായികളെ വേണം. നാം അവനെ അനുസരിക്കുകയും അനുഗമിക്കുകയും ചെയ്താൽ നാം അവന്റെ സഹായികളോ ശിഷ്യന്മാരോ ആകുന്നു. അവന്റെ സന്ദേശം മറ്റുള്ളവരിലെത്തിച്ചുകൊണ്ട് നമുക്ക് അവനെ എങ്ങനെ സഹായിക്കാം? </w:t>
      </w:r>
      <w:r>
        <w:rPr>
          <w:rFonts w:ascii="Nirmala UI" w:hAnsi="Nirmala UI" w:cs="Nirmala UI"/>
          <w:b/>
          <w:sz w:val="22"/>
        </w:rPr>
        <w:t xml:space="preserve">കുട്ടികൾ ചില നിർദ്ദേശങ്ങൾ പറയട്ടെ. ഉദാഹരണം: </w:t>
      </w:r>
      <w:r>
        <w:rPr>
          <w:rFonts w:ascii="Nirmala UI" w:hAnsi="Nirmala UI" w:cs="Nirmala UI"/>
          <w:b w:val="0"/>
          <w:sz w:val="22"/>
        </w:rPr>
        <w:t xml:space="preserve">ഒരു കൂട്ടുകാരനെ സൺഡേ സ്കൂളിലേക്കു കൊണ്ടുവരിക.</w:t>
      </w:r>
    </w:p>
    <w:p>
      <w:r>
        <w:rPr>
          <w:rFonts w:ascii="Nirmala UI" w:hAnsi="Nirmala UI" w:cs="Nirmala UI"/>
          <w:b/>
          <w:sz w:val="22"/>
        </w:rPr>
        <w:t xml:space="preserve">ശ്രദ്ധിക്കുക: ഈ കഥ ചെറുതാണ്. അഭിനയിക്കാൻ പറ്റിയ നല്ല കഥയാണിത്. കുട്ടികളെ സംഘങ്ങളായി തിരിച്ച് ഓരോ സംഘവും കഥ അവതരിപ്പിക്കട്ടെ; അങ്ങനെ എല്ലാവർക്കും പങ്കെടുക്കാം. അവരുടെ “നാടക”ത്തിന്റെ ഭാഗമായി അവർക്കു മനഃപാഠ വാക്യം ചൊല്ലാം.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14 – Jesus Calls His Disciples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14 – Jesus Calls His Disciples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