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9</w:t>
      </w:r>
    </w:p>
    <w:p>
      <w:pPr>
        <w:keepNext/>
        <w:spacing w:after="40"/>
      </w:pPr>
      <w:r>
        <w:rPr>
          <w:rFonts w:ascii="Nirmala UI" w:hAnsi="Nirmala UI" w:cs="Nirmala UI"/>
          <w:b/>
          <w:color w:val="1F4E79"/>
          <w:sz w:val="52"/>
        </w:rPr>
        <w:t xml:space="preserve">കണക്കു സൂക്ഷിക്കുന്നത് ക്ഷമയല്ല</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നമ്മോടു ക്ഷമിക്കുന്നതുപോലെ നമ്മോടു തെറ്റു ചെയ്തവരോടു നാമും ക്ഷമിക്കണമെന്നു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18:21-35; 6:14-15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6:14</w:t>
            </w:r>
          </w:p>
          <w:p>
            <w:pPr>
              <w:spacing w:after="40"/>
            </w:pPr>
            <w:r>
              <w:rPr>
                <w:rFonts w:ascii="Nirmala UI" w:hAnsi="Nirmala UI" w:cs="Nirmala UI"/>
                <w:b w:val="0"/>
                <w:i/>
                <w:sz w:val="22"/>
              </w:rPr>
              <w:t xml:space="preserve">“[നിങ്ങൾ] മനുഷ്യർ നിങ്ങളോടു പാപം ചെയ്യുമ്പോൾ അവരോടു ക്ഷമിച്ചാൽ നിങ്ങളുടെ സ്വർഗ്ഗീയപിതാവും നിങ്ങളോടു ക്ഷമിക്കും.”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വീട്ടിലോ സ്കൂളിലോ രണ്ടു കുട്ടികൾ തമ്മിൽ വഴക്കോ അടിപിടിയോ ഉണ്ടാകുമ്പോൾ എന്തു സംഭവിക്കുന്നുവെന്നു ക്ലാസ്സിനോടു ചോദിക്കുക.</w:t>
      </w:r>
    </w:p>
    <w:p>
      <w:r>
        <w:rPr>
          <w:rFonts w:ascii="Nirmala UI" w:hAnsi="Nirmala UI" w:cs="Nirmala UI"/>
          <w:b w:val="0"/>
          <w:sz w:val="22"/>
        </w:rPr>
        <w:t xml:space="preserve">ചോദ്യം: അവരെ തടഞ്ഞുകഴിഞ്ഞാൽ മാതാപിതാക്കളോ അധ്യാപകനോ അവരോട് എന്തു ചെയ്യാൻ ആവശ്യപ്പെടുന്നു? ഉത്തരം: അവർ പരസ്പരം ക്ഷമ ചോദിക്കുകയോ ഖേദം പറയുകയോ വേണം. പരസ്പരം ക്ഷമിക്കാൻ അവരോടു പറയുന്നു.</w:t>
      </w:r>
    </w:p>
    <w:p>
      <w:r>
        <w:rPr>
          <w:rFonts w:ascii="Nirmala UI" w:hAnsi="Nirmala UI" w:cs="Nirmala UI"/>
          <w:b w:val="0"/>
          <w:sz w:val="22"/>
        </w:rPr>
        <w:t xml:space="preserve">ചോദ്യം: ക്ഷമിക്കുന്നത് ആളുകൾക്ക് എളുപ്പമാണോ?</w:t>
      </w:r>
    </w:p>
    <w:p>
      <w:r>
        <w:rPr>
          <w:rFonts w:ascii="Nirmala UI" w:hAnsi="Nirmala UI" w:cs="Nirmala UI"/>
          <w:b w:val="0"/>
          <w:sz w:val="22"/>
        </w:rPr>
        <w:t xml:space="preserve">ഉത്തരം: അല്ല, പലപ്പോഴും വളരെ ബുദ്ധിമുട്ടാണ്.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ശിഷ്യന്മാരിൽ ഒരാൾ ഒരിക്കൽ യേശുവിനോടു ചോദിച്ചു: “എന്നോടു തെറ്റു ചെയ്ത ഒരാളോടു ഞാൻ എത്ര പ്രാവശ്യം ക്ഷമിക്കണം?” ഉത്തരമായി യേശു ഒരു കഥ പറഞ്ഞു.</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മത്തായി 18:23-34 ലെ കഥ പറയുക. ശ്രദ്ധിക്കുക: രണ്ടു ദാസന്മാർക്കും പേരുകൾ നൽകിയാൽ ഈ കഥ പറയാനും കുട്ടികൾക്കു പിന്തുടരാനും എളുപ്പമായിരിക്കും.</w:t>
      </w:r>
    </w:p>
    <w:p>
      <w:pPr>
        <w:ind w:left="567"/>
      </w:pPr>
      <w:r>
        <w:rPr>
          <w:rFonts w:ascii="Nirmala UI" w:hAnsi="Nirmala UI" w:cs="Nirmala UI"/>
          <w:b w:val="0"/>
          <w:sz w:val="22"/>
        </w:rPr>
        <w:t xml:space="preserve">ഒരു ദിവസം ഒരു വലിയ പ്രധാന ഭരണാധികാരി തന്റെ ഓരോ ദാസനും തനിക്ക് എത്ര കടപ്പെട്ടിരിക്കുന്നുവെന്നു പരിശോധിക്കാൻ തീരുമാനിച്ചു (18:23).</w:t>
      </w:r>
    </w:p>
    <w:p>
      <w:pPr>
        <w:ind w:left="567"/>
      </w:pPr>
      <w:r>
        <w:rPr>
          <w:rFonts w:ascii="Nirmala UI" w:hAnsi="Nirmala UI" w:cs="Nirmala UI"/>
          <w:b w:val="0"/>
          <w:sz w:val="22"/>
        </w:rPr>
        <w:t xml:space="preserve">ദാസന്മാരിൽ ഒരാൾ അവന് ഒരു വലിയ തുക കടപ്പെട്ടിരുന്നു; തന്റെ യജമാനന് ഒരിക്കലും തിരിച്ചുകൊടുക്കാൻ കഴിയുന്നതിലും വളരെയധികം (18:24).</w:t>
      </w:r>
    </w:p>
    <w:p>
      <w:pPr>
        <w:ind w:left="567"/>
      </w:pPr>
      <w:r>
        <w:rPr>
          <w:rFonts w:ascii="Nirmala UI" w:hAnsi="Nirmala UI" w:cs="Nirmala UI"/>
          <w:b w:val="0"/>
          <w:sz w:val="22"/>
        </w:rPr>
        <w:t xml:space="preserve">ദാസന് കടം വീട്ടാൻ കഴിയാത്തതിനാൽ അവനെയും കുടുംബത്തെയും അടിമകളായി വിൽക്കാൻ രാജാവ് കല്പിച്ചു (18:25).</w:t>
      </w:r>
    </w:p>
    <w:p>
      <w:pPr>
        <w:ind w:left="567"/>
      </w:pPr>
      <w:r>
        <w:rPr>
          <w:rFonts w:ascii="Nirmala UI" w:hAnsi="Nirmala UI" w:cs="Nirmala UI"/>
          <w:b w:val="0"/>
          <w:sz w:val="22"/>
        </w:rPr>
        <w:t xml:space="preserve">എന്നാൽ അവരെ വിറ്റാലും രാജാവിനു കൊടുക്കാനുള്ളത് തികയുമായിരുന്നില്ല. അതുകൊണ്ട് തങ്ങളെ വിൽക്കരുതെന്നും തിരിച്ചടയ്ക്കാൻ കൂടുതൽ സമയം തരണമെന്നും ദാസൻ രാജാവിനോടു യാചിച്ചു (18:26).</w:t>
      </w:r>
    </w:p>
    <w:p>
      <w:pPr>
        <w:ind w:left="567"/>
      </w:pPr>
      <w:r>
        <w:rPr>
          <w:rFonts w:ascii="Nirmala UI" w:hAnsi="Nirmala UI" w:cs="Nirmala UI"/>
          <w:b w:val="0"/>
          <w:sz w:val="22"/>
        </w:rPr>
        <w:t xml:space="preserve">പകരം രാജാവ് കടം ഇളച്ചുകൊടുത്തു. ഇത്രയധികം കടപ്പെട്ടിരുന്നിട്ടും അവൻ ദാസനെ സ്വതന്ത്രനായി വിട്ടയച്ചു (18:27).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പുറത്തുവന്നപ്പോൾ അതേ ദാസൻ തനിക്കു ചെറിയൊരു തുക കടപ്പെട്ടിരുന്ന മറ്റൊരു ദാസനെ കണ്ടു. അവൻ തനിക്കു കടപ്പെട്ടവനെ മിക്കവാറും കൊല്ലുമാറാക്കി കടം തിരിച്ചടയ്ക്കണമെന്ന് ആവശ്യപ്പെട്ടു (18:28). മറ്റേ ദാസൻ യാചിച്ചിട്ടും അടയ്ക്കാൻ കൂടുതൽ സമയം നൽകാൻ അവൻ വിസമ്മതിച്ചു (18:29-30).</w:t>
      </w:r>
    </w:p>
    <w:p>
      <w:pPr>
        <w:ind w:left="567"/>
      </w:pPr>
      <w:r>
        <w:rPr>
          <w:rFonts w:ascii="Nirmala UI" w:hAnsi="Nirmala UI" w:cs="Nirmala UI"/>
          <w:b/>
          <w:sz w:val="22"/>
        </w:rPr>
        <w:t xml:space="preserve">ചിത്രം 9 കാണിക്കുക. </w:t>
      </w:r>
      <w:r>
        <w:rPr>
          <w:rFonts w:ascii="Nirmala UI" w:hAnsi="Nirmala UI" w:cs="Nirmala UI"/>
          <w:b w:val="0"/>
          <w:sz w:val="22"/>
        </w:rPr>
        <w:t xml:space="preserve">മറ്റു ദാസന്മാർ നോക്കിനിൽക്കുന്നത് ചൂണ്ടിക്കാണിക്കുക.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മറ്റു ദാസന്മാർ സംഭവിച്ചത് രാജാവിനെ അറിയിച്ചു. ഇത്ര വലിയ കരുണ ലഭിച്ച അതേ ദാസൻ സഹദാസനോട് ക്ഷമിക്കാത്തവനാണെന്നു കേട്ടപ്പോൾ രാജാവ് അവനെ കഠിനമായി ശിക്ഷിച്ചു (18:31-34).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നിങ്ങളിൽ മിക്കവരും ഒരാൾ തൂമ്പ ഉപയോഗിച്ച് തോട്ടത്തിലോ വയലിലോ കിളയ്ക്കുന്നത് കാണുകയോ സഹായിക്കുകയോ ചെയ്തിട്ടുണ്ടെന്നു ഞാൻ കരുതുന്നു. തൂമ്പയ്ക്ക് തന്റെ ജോലി ചെയ്യാൻ വളരെ മൂർച്ച വേണം. ആ വ്യക്തിക്ക് സ്വയം മുറിവേറ്റെന്നിരിക്കട്ടെ. മുറിവ് കഴുകി വൃത്തിയാക്കിയില്ലെങ്കിൽ എന്തു സംഭവിക്കും? അത് കൂടുതൽ വഷളാകും, താമസിയാതെ നടക്കാൻ ബുദ്ധിമുട്ടും വേദനയും ഉണ്ടാകും.</w:t>
      </w:r>
    </w:p>
    <w:p>
      <w:r>
        <w:rPr>
          <w:rFonts w:ascii="Nirmala UI" w:hAnsi="Nirmala UI" w:cs="Nirmala UI"/>
          <w:b w:val="0"/>
          <w:sz w:val="22"/>
        </w:rPr>
        <w:t xml:space="preserve">നമ്മോടു തെറ്റു ചെയ്തവരോടു നാം ക്ഷമിക്കുന്നില്ലെങ്കിൽ, അവരോടുള്ള മോശമായ വികാരങ്ങളും വഷളാകും. നാം പുറത്തു കാണിക്കുന്നില്ലെങ്കിലും ദേഷ്യവും കയ്പും ഉള്ളവരായിത്തീരുന്നു.</w:t>
      </w:r>
    </w:p>
    <w:p>
      <w:r>
        <w:rPr>
          <w:rFonts w:ascii="Nirmala UI" w:hAnsi="Nirmala UI" w:cs="Nirmala UI"/>
          <w:b w:val="0"/>
          <w:sz w:val="22"/>
        </w:rPr>
        <w:t xml:space="preserve">ക്ഷമിക്കുന്നത് എത്ര ബുദ്ധിമുട്ടാണെന്ന് നമുക്കെല്ലാവർക്കും അറിയാം, പ്രത്യേകിച്ച് കഥയിലെ ദാസൻ രാജാവിനു കടപ്പെട്ട തുകപോലെ വലിയ തെറ്റായിരിക്കുമ്പോൾ! എങ്കിലും ദൈവം നമ്മുടെ എല്ലാ പാപങ്ങളും ക്ഷമിച്ചിരിക്കുന്നതിനാൽ ക്രിസ്ത്യാനികളായ നമുക്ക് മറ്റുള്ളവർ നമ്മോടു ചെയ്ത പാപങ്ങൾ ക്ഷമിക്കാൻ കഴിയും. ദൈവം കഥയിലെ രാജാവിനെപ്പോലെയാണ്. നമുക്കു ലഭിച്ച അതേ കരുണ നാം മറ്റുള്ളവരോടും കാണിക്കണമെന്ന് അവൻ പ്രതീക്ഷിക്കുന്നു. നാം മറ്റുള്ളവരോടു ക്ഷമിക്കുമ്പോൾ ദൈവത്തിന്റെ ക്ഷമ നമുക്കു നന്നായി മനസ്സിലാകുകയും മറ്റുള്ളവരോടു ക്ഷമിക്കുന്നത് എളുപ്പമാകുകയും ചെയ്യുന്നു.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9 – Keeping Score Is Not Forgiveness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9 – Keeping Score Is Not Forgiveness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