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ദൈവത്തിന്റെ മക്കൾ</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എല്ലാവരും ചെറിയ കുട്ടികളെപ്പോലെ തന്റെ അടുക്കൽ വന്ന് തന്നിൽ വിശ്വസിക്കണമെന്ന് യേശു ആഗ്രഹിക്കുന്നുവെന്നു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10:13-16; 9:33-37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10:14</w:t>
            </w:r>
          </w:p>
          <w:p>
            <w:pPr>
              <w:spacing w:after="40"/>
            </w:pPr>
            <w:r>
              <w:rPr>
                <w:rFonts w:ascii="Nirmala UI" w:hAnsi="Nirmala UI" w:cs="Nirmala UI"/>
                <w:b w:val="0"/>
                <w:i/>
                <w:sz w:val="22"/>
              </w:rPr>
              <w:t xml:space="preserve">“ശിശുക്കളെ എന്റെ അടുക്കൽ വരുവാൻ അനുവദിപ്പിൻ; അവരെ തടയരുതു; ദൈവരാജ്യം ഇങ്ങനെയുള്ളവരുടേതല്ലോ.”</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ഈ വാക്യം പഠിപ്പിക്കുമ്പോൾ “ദൈവരാജ്യം” എന്നാൽ “ദൈവം ഭരിക്കുന്ന ഇടം” എന്നാണ് അർത്ഥമെന്നു വിശദീകരിക്കുക.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വീട്ടിൽ ഒരു അതിഥി ഉള്ളപ്പോൾ കുട്ടികൾ എങ്ങനെ പെരുമാറണമെന്ന് ആളുകൾ ആഗ്രഹിക്കുന്നു എന്നതിനെക്കുറിച്ചു സംസാരിക്കുക. </w:t>
      </w:r>
      <w:r>
        <w:rPr>
          <w:rFonts w:ascii="Nirmala UI" w:hAnsi="Nirmala UI" w:cs="Nirmala UI"/>
          <w:b w:val="0"/>
          <w:sz w:val="22"/>
        </w:rPr>
        <w:t xml:space="preserve">അവർ അതിഥിയെ അഭിവാദ്യം ചെയ്തിട്ട് പോകണം. മുതിർന്നവർ അതിഥിയെ കുട്ടികൾ ശല്യപ്പെടുത്തുന്നത് ആഗ്രഹിക്കുന്നില്ല.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തന്റെ വാക്കുകൾ കേൾക്കാൻ വന്നവരോട് യേശു പ്രധാനപ്പെട്ട കാര്യങ്ങൾ സംസാരിക്കുകയായിരുന്നു. അപ്പോൾ ചില അമ്മമാർ തങ്ങളുടെ കുട്ടികളെ യേശു അനുഗ്രഹിക്കേണ്ടതിന് അവന്റെ അടുക്കൽ കൊണ്ടുവന്നു.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ശിഷ്യന്മാർ തങ്ങളുടെ ഗുരുവിനെ ശല്യപ്പെടുത്തുന്നതോ ചർച്ച തടസ്സപ്പെടുന്നതോ ആഗ്രഹിച്ചില്ല. അമ്മമാരെയും അവരുടെ കുട്ടികളെയും യേശുവിൽനിന്ന് അകറ്റിനിർത്താൻ അവർ ശ്രമിച്ചു.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എന്തു സംഭവിക്കുന്നുവെന്ന് യേശു ശ്രദ്ധിച്ച് ശിഷ്യന്മാരെ തടഞ്ഞു. അവൻ കുട്ടികളെ തന്റെ അടുക്കൽ വിളിച്ച് അവർക്കു പ്രത്യേക ശ്രദ്ധ നൽകി അവരെ അനുഗ്രഹിച്ചു (10:16).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ചിത്രം 7 കാണിച്ച് ചർച്ച ചെയ്യുക. </w:t>
      </w:r>
      <w:r>
        <w:rPr>
          <w:rFonts w:ascii="Nirmala UI" w:hAnsi="Nirmala UI" w:cs="Nirmala UI"/>
          <w:b w:val="0"/>
          <w:sz w:val="22"/>
        </w:rPr>
        <w:t xml:space="preserve">യേശുവിന് കുട്ടികളിൽ എത്ര താൽപര്യമുണ്ടെന്നു നിങ്ങൾ ശ്രദ്ധിക്കുന്നുണ്ടോ? അവൻ അവരോടൊപ്പം ഇരിക്കാൻ ആഗ്രഹിക്കുന്നു! അവൻ അവരെ ശ്രദ്ധിക്കുന്നു. അവർ തന്നിൽ വിശ്വസിക്കണമെന്ന് അവൻ ആഗ്രഹിക്കുന്നു.</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ഒരു ചെറിയ കുട്ടി ഒരു മുതിർന്നയാളെ വിശ്വസിക്കേണ്ടി വരുന്ന ഒരു സന്ദർഭം ഉദാഹരണമായി പറയുക, ഉദാ: ആദ്യമായി സ്കൂളിൽ പോകുന്നത് അല്ലെങ്കിൽ ആശുപത്രിയിൽ പോകുന്നത്. </w:t>
      </w:r>
      <w:r>
        <w:rPr>
          <w:rFonts w:ascii="Nirmala UI" w:hAnsi="Nirmala UI" w:cs="Nirmala UI"/>
          <w:b w:val="0"/>
          <w:sz w:val="22"/>
        </w:rPr>
        <w:t xml:space="preserve">അത്തരം സന്ദർഭങ്ങളിൽ എന്തു സംഭവിക്കുമെന്ന് കുട്ടികൾക്ക് അറിയില്ല, മനസ്സിലാകുന്നുമില്ല. തങ്ങളെ കൊണ്ടുപോകുന്ന ആളെ വിശ്വസിക്കുന്നതുകൊണ്ട് അവർ അവരോടൊപ്പം പോകുന്നു. നമുക്ക് എത്ര പ്രായമായാലും നാം ഇതുപോലെ യേശുവിനെ വിശ്വസിക്കുകയും സ്നേഹിക്കുകയും വേണമെന്ന് അവൻ ആഗ്രഹിക്കുന്നു. അതുകൊണ്ടാണ് അഹങ്കാരികൾക്ക് ഒരിക്കലും യേശുവിന്റെ അനുയായികളാകാൻ കഴിയാത്തത്. ശിശുക്കൾ തങ്ങൾക്കു ഭക്ഷണം തരാനും സുരക്ഷിതരും പരിപാലിക്കപ്പെടുന്നവരുമായി നിർത്താനും അമ്മയെ വിശ്വസിക്കുന്നതുപോലെ നാം അവനെ വിശ്വസിക്കണം.</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Children of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Children of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