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6</w:t>
      </w:r>
    </w:p>
    <w:p>
      <w:pPr>
        <w:keepNext/>
        <w:spacing w:after="40"/>
      </w:pPr>
      <w:r>
        <w:rPr>
          <w:rFonts w:ascii="Nirmala UI" w:hAnsi="Nirmala UI" w:cs="Nirmala UI"/>
          <w:b/>
          <w:color w:val="1F4E79"/>
          <w:sz w:val="52"/>
        </w:rPr>
        <w:t xml:space="preserve">ദൈവലോകത്തിലെ തിന്മ</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ക്രിസ്ത്യാനികൾ ദൈവഭയമില്ലാത്തവരോടും തിന്മയുടെ ശക്തികളോടുമൊപ്പം ഈ ലോകം പങ്കിടുന്നതിനാൽ അവർ ഉറച്ചുനിൽക്കുന്നുവെന്നു കുട്ടികളെ പഠിപ്പിക്കുക. ഒരു ദിവസം ദൈവത്തിന്റെ നീതിയുള്ള ഭരണം സ്ഥാപിക്കപ്പെടുകയും എല്ലാ തിന്മയും തുടച്ചുനീക്കപ്പെടുകയും ചെയ്യും.</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13:24-30, 36-43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യെശയ്യാവ് 32:1</w:t>
            </w:r>
          </w:p>
          <w:p>
            <w:pPr>
              <w:spacing w:after="40"/>
            </w:pPr>
            <w:r>
              <w:rPr>
                <w:rFonts w:ascii="Nirmala UI" w:hAnsi="Nirmala UI" w:cs="Nirmala UI"/>
                <w:b w:val="0"/>
                <w:i/>
                <w:sz w:val="22"/>
              </w:rPr>
              <w:t xml:space="preserve">ഇതാ, ഒരു രാജാവു നീതിയോടെ വാഴും; പ്രഭുക്കന്മാർ ന്യായത്തോടെ ഭരിക്കും.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അലീമ ഒരു പട്ടണത്തിലാണ് താമസിച്ചിരുന്നത്. ഒരു ദിവസം അവൾ ഗ്രാമപ്രദേശത്തു താമസിക്കുന്ന ബന്ധുക്കളോടൊപ്പം അവധിക്കാലം ചെലവഴിക്കാൻ പോയി. അവരോടൊപ്പം അവൾ വയലുകളിൽ കളയെടുക്കാൻ പോയി. പട്ടണത്തിൽ അവൾക്ക് ഒരു തോട്ടം പോലുമില്ലായിരുന്നതിനാൽ ഏതാണ് കള, ഏതാണ് നല്ല ചെടി എന്ന് അവൾക്ക് അറിയില്ലായിരുന്നു. അവളുടെ അമ്മായി അവൾ ചെയ്യുന്നത് നോക്കി. “അയ്യോ, നിർത്തൂ, നിർത്തൂ അലീമാ!” അവൾ നിലവിളിച്ചു. “നീ കളകളോടൊപ്പം നല്ല ചെടികളും പറിച്ചെടുക്കുന്നു!”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നല്ല ചെടികളെയും ചീത്ത ചെടികളെയും കുറിച്ച് ഒരു കഥ പറഞ്ഞു. ഒരു മനുഷ്യൻ തന്റെ വയലുകളിൽ നല്ല വിത്തു വിതച്ചു. രാത്രിയിൽ അവന്റെ ശത്രുക്കൾ വന്ന് നല്ല വിത്തുകൾക്കിടയിൽ കള വിതച്ചു (മത്താ 13:24-25). </w:t>
      </w:r>
      <w:r>
        <w:rPr>
          <w:rFonts w:ascii="Nirmala UI" w:hAnsi="Nirmala UI" w:cs="Nirmala UI"/>
          <w:b/>
          <w:sz w:val="22"/>
        </w:rPr>
        <w:t xml:space="preserve">ചിത്രം 6 കാണിക്കുക.</w:t>
      </w:r>
    </w:p>
    <w:p>
      <w:pPr>
        <w:ind w:left="567"/>
      </w:pPr>
      <w:r>
        <w:rPr>
          <w:rFonts w:ascii="Nirmala UI" w:hAnsi="Nirmala UI" w:cs="Nirmala UI"/>
          <w:b w:val="0"/>
          <w:sz w:val="22"/>
        </w:rPr>
        <w:t xml:space="preserve">നല്ല വിത്തുകളും കളകളും വളർന്നു (13:26). കളകൾ കണ്ടപ്പോൾ ആ മനുഷ്യന്റെ വേലക്കാർ വന്ന് അവന്റെ ഉപദേശം ചോദിച്ചു. കൊയ്ത്തുകാലംവരെ വയൽ അങ്ങനെ വിടാൻ വയലുടമ അവരോടു പറഞ്ഞു. ചെടികൾ മൂത്തപ്പോൾ ഏതാണ് കള, ഏതാണ് ആഹാരത്തിന് ഉപയോഗിക്കാവുന്ന ഗോതമ്പ് എന്ന് അവർക്കു വളരെ എളുപ്പത്തിൽ കാണാൻ കഴിഞ്ഞു (13:27-30).</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യേശുവിന്റെ ശിഷ്യന്മാർ വന്ന് അവന്റെ കഥയുടെ അർത്ഥമെന്തെന്നു ചോദിച്ചു. </w:t>
      </w:r>
      <w:r>
        <w:rPr>
          <w:rFonts w:ascii="Nirmala UI" w:hAnsi="Nirmala UI" w:cs="Nirmala UI"/>
          <w:b/>
          <w:sz w:val="22"/>
        </w:rPr>
        <w:t xml:space="preserve">കഥയിലെ വിവിധ വസ്തുക്കൾ എന്തിനെ പ്രതിനിധീകരിക്കുന്നുവെന്നു വിവരിക്കുക (13:37-39).</w:t>
      </w:r>
    </w:p>
    <w:p>
      <w:pPr>
        <w:ind w:left="567"/>
      </w:pPr>
      <w:r>
        <w:rPr>
          <w:rFonts w:ascii="Nirmala UI" w:hAnsi="Nirmala UI" w:cs="Nirmala UI"/>
          <w:b/>
          <w:sz w:val="22"/>
        </w:rPr>
        <w:t xml:space="preserve">ശ്രദ്ധിക്കുക: </w:t>
      </w:r>
      <w:r>
        <w:rPr>
          <w:rFonts w:ascii="Nirmala UI" w:hAnsi="Nirmala UI" w:cs="Nirmala UI"/>
          <w:b w:val="0"/>
          <w:sz w:val="22"/>
        </w:rPr>
        <w:t xml:space="preserve">കഥയിലെ കള കൊയ്ത്തിനു തയ്യാറാകുന്നതുവരെ നല്ല ഗോതമ്പുപോലെ തോന്നിക്കുകയും വളരുകയും ചെയ്യുന്ന ഒരു ചെടിയാണ്. എന്നാൽ ഗോതമ്പ് ഭക്ഷിക്കാൻ നല്ലതാണെങ്കിൽ, ഈ കള വിഷമുള്ളതാണ്.</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ദൈവത്തെ അനുസരിക്കാത്തവരും ദുഷ്ടനെ അനുഗമിക്കുന്നവരുമായ ആളുകൾ ഉള്ള ഒരു ലോകത്താണ് നാം ജീവിക്കുന്നതെന്ന് തന്റെ അനുയായികൾ ഓർക്കണമെന്ന് യേശു ആഗ്രഹിക്കുന്നു. തിന്മ കണ്ടെത്തുന്നിടത്ത് ക്രിസ്ത്യാനികൾ ഉറച്ചുനിൽക്കണം. യേശുവിന്റെ നീതിയുള്ള ഭരണം ആരംഭിക്കുകയും എല്ലാ തിന്മയും തുടച്ചുനീക്കപ്പെടുകയും ചെയ്യുന്ന ദിവസത്തിനായി നമുക്കു കാത്തിരിക്കാം.</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ഇപ്പോൾ രാജ്യം അനുഭവിക്കുന്ന ബുദ്ധിമുട്ടുകളുടെ സമയത്ത് തിന്മയുടെ മുമ്പിൽ ഉറച്ചുനിന്ന സുഡാനിലെ ക്രിസ്ത്യാനികളെക്കുറിച്ച് അനേകം കഥകളുണ്ട്. </w:t>
      </w:r>
      <w:r>
        <w:rPr>
          <w:rFonts w:ascii="Nirmala UI" w:hAnsi="Nirmala UI" w:cs="Nirmala UI"/>
          <w:b/>
          <w:sz w:val="22"/>
        </w:rPr>
        <w:t xml:space="preserve">ഒന്നു കണ്ടെത്തി ക്ലാസ്സിനോടു പറയുക.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6 – Evil in God’s World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6 – Evil in God’s World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