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4</w:t>
      </w:r>
    </w:p>
    <w:p>
      <w:pPr>
        <w:keepNext/>
        <w:spacing w:after="40"/>
      </w:pPr>
      <w:r>
        <w:rPr>
          <w:rFonts w:ascii="Nirmala UI" w:hAnsi="Nirmala UI" w:cs="Nirmala UI"/>
          <w:b/>
          <w:color w:val="1F4E79"/>
          <w:sz w:val="52"/>
        </w:rPr>
        <w:t xml:space="preserve">പ്രതികാരത്തിനു പകരം വിനയം</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ക്രിസ്തുവിന്റെ അനുയായികൾ പ്രതികാരം ചെയ്യാതെ ന്യായവിധി ദൈവത്തിനു വിടണമെന്നും നമ്മിൽ ആരും കുറ്റമറ്റവരല്ലെന്നും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മത്തായി 5:38-42; ലൂക്കോസ് 6:27-36; 1 ശമുവേൽ 24:1-22.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മത്തായി 6:15</w:t>
            </w:r>
          </w:p>
          <w:p>
            <w:pPr>
              <w:spacing w:after="40"/>
            </w:pPr>
            <w:r>
              <w:rPr>
                <w:rFonts w:ascii="Nirmala UI" w:hAnsi="Nirmala UI" w:cs="Nirmala UI"/>
                <w:b w:val="0"/>
                <w:i/>
                <w:sz w:val="22"/>
              </w:rPr>
              <w:t xml:space="preserve">“[നിങ്ങൾ] മനുഷ്യരോടു അവരുടെ പാപങ്ങളെ ക്ഷമിക്കാഞ്ഞാൽ നിങ്ങളുടെ പിതാവും നിങ്ങളുടെ പാപങ്ങളെ ക്ഷമിക്കയില്ല.”</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ഒരാൾ മറ്റൊരാളെ പിന്നിൽനിന്നു തള്ളുന്നത് നിങ്ങൾ എപ്പോഴെങ്കിലും കണ്ടിട്ടുണ്ടോ? സാധാരണ എന്തു സംഭവിക്കും? ആദ്യത്തെയാൾ മറ്റേയാളുടെ സമനില തെറ്റിക്കുകയും ഒരുപക്ഷേ വീഴ്ത്തുകയും ചെയ്യും. ആരെങ്കിലും നമ്മെ വേദനിപ്പിച്ചാൽ നമ്മിൽ മിക്കവരും അവരോടു പകരം വീട്ടാൻ – പലപ്പോഴും കൂടുതൽ മോശമായ രീതിയിൽ – ആഗ്രഹിക്കുന്നു. </w:t>
      </w:r>
      <w:r>
        <w:rPr>
          <w:rFonts w:ascii="Nirmala UI" w:hAnsi="Nirmala UI" w:cs="Nirmala UI"/>
          <w:b/>
          <w:sz w:val="22"/>
        </w:rPr>
        <w:t xml:space="preserve">രണ്ടു കുട്ടികൾ ക്ലാസ്സിനു മുമ്പിൽ ഇത് അഭിനയിച്ചാൽ ശ്രദ്ധേയമായിരിക്കും. ആർക്കും പരുക്കേൽക്കാതെ ശ്രദ്ധിക്കുക!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 നമ്മെ വളരെ വ്യത്യസ്തമായി പഠിപ്പിച്ചു.</w:t>
      </w:r>
    </w:p>
    <w:p>
      <w:pPr>
        <w:ind w:left="567"/>
      </w:pPr>
      <w:r>
        <w:rPr>
          <w:rFonts w:ascii="Nirmala UI" w:hAnsi="Nirmala UI" w:cs="Nirmala UI"/>
          <w:b/>
          <w:sz w:val="22"/>
        </w:rPr>
        <w:t xml:space="preserve">ചിത്രം 4 കാണിക്കുക. </w:t>
      </w:r>
      <w:r>
        <w:rPr>
          <w:rFonts w:ascii="Nirmala UI" w:hAnsi="Nirmala UI" w:cs="Nirmala UI"/>
          <w:b w:val="0"/>
          <w:sz w:val="22"/>
        </w:rPr>
        <w:t xml:space="preserve">ഒരു മനുഷ്യനെ ദുരുപയോഗം ചെയ്ത ഒരു പടയാളിയെ യേശു ഉദാഹരണമായി എടുത്തു. അവൻ ആ മനുഷ്യനെ അടിക്കുകയും അവന്റെ പുതപ്പ് മോഷ്ടിക്കുകയും ചെയ്തു. ആ മനുഷ്യൻ എന്തു ചെയ്യണം? പടയാളിയെ തിരിച്ചടിക്കരുതെന്ന് യേശു പറഞ്ഞു. പടയാളിയെ അടിക്കുന്നതിനു പകരം അവന് തന്റെ കുപ്പായവും കൊടുക്കണം! തന്റെ അനുയായികൾ എപ്പോഴും സാഹചര്യം മെച്ചപ്പെടുത്താൻ ശ്രമിക്കണമെന്ന് യേശു പഠിപ്പിക്കുന്നു. ഉദാഹരണത്തിന് വഴക്കു തുടങ്ങി പ്രതികാരം ചെയ്യുന്നത് കാര്യങ്ങൾ വഷളാക്കുകയേയുള്ളൂ. ഇതാണ് ക്രിസ്തുവിന്റെ വഴി; ലോകം പെരുമാറുന്ന രീതിയിൽനിന്ന് ഇത് വളരെ വ്യത്യസ്തമാണ്!</w:t>
      </w:r>
    </w:p>
    <w:p>
      <w:pPr>
        <w:ind w:left="567"/>
      </w:pPr>
      <w:r>
        <w:rPr>
          <w:rFonts w:ascii="Nirmala UI" w:hAnsi="Nirmala UI" w:cs="Nirmala UI"/>
          <w:b/>
          <w:sz w:val="22"/>
        </w:rPr>
        <w:t xml:space="preserve">മത്തായി 5:38-41 ലെ ഉദാഹരണങ്ങളെക്കുറിച്ച് സംസാരിക്കുക.</w:t>
      </w:r>
    </w:p>
    <w:p>
      <w:pPr>
        <w:ind w:left="567"/>
      </w:pPr>
      <w:r>
        <w:rPr>
          <w:rFonts w:ascii="Nirmala UI" w:hAnsi="Nirmala UI" w:cs="Nirmala UI"/>
          <w:b/>
          <w:sz w:val="22"/>
        </w:rPr>
        <w:t xml:space="preserve">ശ്രദ്ധിക്കുക: </w:t>
      </w:r>
      <w:r>
        <w:rPr>
          <w:rFonts w:ascii="Nirmala UI" w:hAnsi="Nirmala UI" w:cs="Nirmala UI"/>
          <w:b w:val="0"/>
          <w:sz w:val="22"/>
        </w:rPr>
        <w:t xml:space="preserve">മറ്റുള്ളവരെ ഉപദ്രവിക്കുന്നവർ രാജ്യത്തെ നിയമങ്ങൾ അനുസരിച്ച് ശിക്ഷിക്കപ്പെടണം. എന്നാൽ പലപ്പോഴും തെറ്റു ചെയ്തവൻ പിടിക്കപ്പെടുകയോ ശരിയായ ആൾ ഉത്തരവാദിയാക്കപ്പെടുകയോ ചെയ്യുന്നില്ല. ദൈവം മാത്രമാണ് വിശ്വസ്തനായ ന്യായാധിപൻ. മറ്റുള്ളവരെ ശിക്ഷിക്കുന്നത് നാം ദൈവത്തിനു വിടുകയും നാം പാപം ചെയ്യാതിരിക്കാൻ ശ്രദ്ധിക്കുകയും വേണം.</w:t>
      </w:r>
    </w:p>
    <w:p>
      <w:pPr>
        <w:pStyle w:val="Heading2"/>
      </w:pPr>
      <w:r>
        <w:rPr>
          <w:rFonts w:ascii="Nirmala UI" w:hAnsi="Nirmala UI" w:cs="Nirmala UI"/>
        </w:rPr>
        <w:t xml:space="preserve">മനഃപാഠ വാക്യം ഹൃദിസ്ഥമാക്കൽ</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ഗുഹയിൽ ദാവീദ് ശൗലിനെ കണ്ടെത്തിയ കഥ പറയുക (1 ശമൂ 24:1-22). </w:t>
      </w:r>
      <w:r>
        <w:rPr>
          <w:rFonts w:ascii="Nirmala UI" w:hAnsi="Nirmala UI" w:cs="Nirmala UI"/>
          <w:b w:val="0"/>
          <w:sz w:val="22"/>
        </w:rPr>
        <w:t xml:space="preserve">ദാവീദിന് പ്രതികാരം ചെയ്യാമായിരുന്നു, പക്ഷേ അവൻ ചെയ്തില്ല. അത് ദൈവത്തിന്റെ കൈയിലാണെന്ന് അവൻ അറിഞ്ഞു. താൻ ജീവിക്കുന്നത് ദൈവകൃപയാലാണ്, സ്വന്തം നീതിയാലല്ല എന്ന് ദാവീദ് അറിഞ്ഞു.</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യേശുവിന്റെ ഈ ഉപദേശം അനുസരിക്കാൻ നമുക്ക് വളരെ ബുദ്ധിമുട്ടാണ്! എന്നാൽ പ്രതികാരം പാപമാണ്; നാം ദൈവത്തെപ്പോലെ വിധിക്കാൻ കഴിയുന്നവരാണെന്ന് കരുതുന്നു എന്നാണ് അതിനർത്ഥം.</w:t>
      </w:r>
    </w:p>
    <w:p>
      <w:r>
        <w:rPr>
          <w:rFonts w:ascii="Nirmala UI" w:hAnsi="Nirmala UI" w:cs="Nirmala UI"/>
          <w:b w:val="0"/>
          <w:sz w:val="22"/>
        </w:rPr>
        <w:t xml:space="preserve">യേശുവിനെ അനുസരിച്ച ഒരു മനുഷ്യന്റെ യഥാർത്ഥ കഥ ഇതാ: ക്രിസ്ത്യാനിയായതിനാൽ അവനെ ജയിലിലടയ്ക്കുകയും വളരെ മോശമായി പെരുമാറുകയും ചെയ്തു. അവന്റെ സെൽ ഇരിക്കാൻപോലും കഴിയാത്തവിധം ചെറുതായിരുന്നു, ഉപ്പുള്ള ചോറ് മാത്രമാണ് അവന് ഭക്ഷണമായി നൽകിയത്. അധികാരികൾ അവന്റെ ബൈബിൾ കത്തിച്ചു. ഒടുവിൽ മോചിതനായപ്പോൾ ഒരു പോലീസുകാരൻ അവന്റെ വീട് എല്ലായ്പ്പോഴും നിരീക്ഷിച്ചു. പോലീസുകാരനെ അമ്പരപ്പിച്ചുകൊണ്ട് മുൻ തടവുകാരൻ അവനോടു നന്നായി പെരുമാറുകയും വായിക്കാൻ ഒരു ബൈബിൾ കൊടുക്കുകയും ചെയ്തു. ആ പോലീസുകാരൻ മാനസാന്തരപ്പെട്ടു.</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4 – Humility Instead of Revenge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4 – Humility Instead of Revenge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