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pPr>
      <w:r>
        <w:rPr>
          <w:rFonts w:ascii="Nirmala UI" w:hAnsi="Nirmala UI" w:cs="Nirmala UI"/>
          <w:b/>
          <w:caps/>
          <w:color w:val="595959"/>
          <w:sz w:val="24"/>
          <w:spacing w:val="60"/>
        </w:rPr>
        <w:t xml:space="preserve">പാഠം 1</w:t>
      </w:r>
    </w:p>
    <w:p>
      <w:pPr>
        <w:keepNext/>
        <w:spacing w:after="40"/>
      </w:pPr>
      <w:r>
        <w:rPr>
          <w:rFonts w:ascii="Nirmala UI" w:hAnsi="Nirmala UI" w:cs="Nirmala UI"/>
          <w:b/>
          <w:color w:val="1F4E79"/>
          <w:sz w:val="52"/>
        </w:rPr>
        <w:t xml:space="preserve">യേശു, നമ്മുടെ ഗുരു</w:t>
      </w:r>
    </w:p>
    <w:p>
      <w:pPr>
        <w:spacing w:after="200"/>
        <w:pBdr>
          <w:bottom w:val="single" w:sz="12" w:space="6" w:color="1F4E79"/>
        </w:pBdr>
      </w:pPr>
      <w:r>
        <w:rPr>
          <w:rFonts w:ascii="Nirmala UI" w:hAnsi="Nirmala UI" w:cs="Nirmala UI"/>
          <w:b w:val="0"/>
          <w:i/>
          <w:color w:val="595959"/>
          <w:sz w:val="20"/>
        </w:rPr>
        <w:t xml:space="preserve">അധ്യാപക മാർഗ്ഗദർശി  ·  നോക്കൂ, കേൾക്കൂ, ജീവിക്കൂ – പുസ്തകം 6: യേശു ഗുരുവും സൗഖ്യദായകനും</w:t>
      </w:r>
    </w:p>
    <w:tbl>
      <w:tblPr>
        <w:tblW w:type="auto" w:w="0"/>
        <w:jc w:val="center"/>
        <w:tblLayout w:type="fixed"/>
        <w:tblLook w:firstColumn="1" w:firstRow="1" w:lastColumn="0" w:lastRow="0" w:noHBand="0" w:noVBand="1" w:val="04A0"/>
        <w:tblBorders>
          <w:top w:val="single" w:sz="4" w:color="BFBFBF"/>
          <w:left w:val="single" w:sz="4" w:color="BFBFBF"/>
          <w:bottom w:val="single" w:sz="4" w:color="BFBFBF"/>
          <w:right w:val="single" w:sz="4" w:color="BFBFBF"/>
          <w:insideH w:val="single" w:sz="4" w:color="BFBFBF"/>
          <w:insideV w:val="single" w:sz="4" w:color="BFBFBF"/>
        </w:tblBorders>
        <w:tblCellMar>
          <w:top w:w="80" w:type="dxa"/>
          <w:left w:w="120" w:type="dxa"/>
          <w:bottom w:w="80" w:type="dxa"/>
          <w:right w:w="120" w:type="dxa"/>
        </w:tblCellMar>
      </w:tblPr>
      <w:tblGrid>
        <w:gridCol w:w="2381"/>
        <w:gridCol w:w="7030"/>
      </w:tblGrid>
      <w:tr>
        <w:tc>
          <w:tcPr>
            <w:tcW w:type="dxa" w:w="2381"/>
            <w:shd w:val="clear" w:color="auto" w:fill="DEEAF6"/>
          </w:tcPr>
          <w:p>
            <w:pPr>
              <w:spacing w:after="0"/>
            </w:pPr>
            <w:r>
              <w:rPr>
                <w:rFonts w:ascii="Nirmala UI" w:hAnsi="Nirmala UI" w:cs="Nirmala UI"/>
                <w:b/>
                <w:color w:val="1F4E79"/>
                <w:sz w:val="21"/>
              </w:rPr>
              <w:t xml:space="preserve">ലക്ഷ്യം</w:t>
            </w:r>
          </w:p>
        </w:tc>
        <w:tc>
          <w:tcPr>
            <w:tcW w:type="dxa" w:w="7030"/>
          </w:tcPr>
          <w:p>
            <w:pPr>
              <w:spacing w:after="40"/>
            </w:pPr>
            <w:r>
              <w:rPr>
                <w:rFonts w:ascii="Nirmala UI" w:hAnsi="Nirmala UI" w:cs="Nirmala UI"/>
                <w:b w:val="0"/>
                <w:i w:val="0"/>
                <w:sz w:val="22"/>
              </w:rPr>
              <w:t xml:space="preserve">യേശു ഈ ഭൂമിയിൽ ജീവിച്ചിരുന്നപ്പോൾ ഒരു മഹാഗുരുവായിരുന്നുവെന്നും അവന്റെ വചനങ്ങളും കഥകളും ഇന്നും നമ്മെ പഠിപ്പിക്കുന്നുവെന്നും കുട്ടികളെ കാണിക്കുക.</w:t>
            </w:r>
          </w:p>
        </w:tc>
      </w:tr>
      <w:tr>
        <w:tc>
          <w:tcPr>
            <w:tcW w:type="dxa" w:w="2381"/>
            <w:shd w:val="clear" w:color="auto" w:fill="DEEAF6"/>
          </w:tcPr>
          <w:p>
            <w:pPr>
              <w:spacing w:after="0"/>
            </w:pPr>
            <w:r>
              <w:rPr>
                <w:rFonts w:ascii="Nirmala UI" w:hAnsi="Nirmala UI" w:cs="Nirmala UI"/>
                <w:b/>
                <w:color w:val="1F4E79"/>
                <w:sz w:val="21"/>
              </w:rPr>
              <w:t xml:space="preserve">തിരുവെഴുത്ത് വായന</w:t>
            </w:r>
          </w:p>
        </w:tc>
        <w:tc>
          <w:tcPr>
            <w:tcW w:type="dxa" w:w="7030"/>
          </w:tcPr>
          <w:p>
            <w:pPr>
              <w:spacing w:after="40"/>
            </w:pPr>
            <w:r>
              <w:rPr>
                <w:rFonts w:ascii="Nirmala UI" w:hAnsi="Nirmala UI" w:cs="Nirmala UI"/>
                <w:b/>
                <w:i w:val="0"/>
                <w:sz w:val="22"/>
              </w:rPr>
              <w:t xml:space="preserve">മത്തായി 5:1; 6:24-34; മർക്കോസ് 1:21-22; 6:1-3</w:t>
            </w:r>
          </w:p>
        </w:tc>
      </w:tr>
      <w:tr>
        <w:tc>
          <w:tcPr>
            <w:tcW w:type="dxa" w:w="2381"/>
            <w:shd w:val="clear" w:color="auto" w:fill="DEEAF6"/>
          </w:tcPr>
          <w:p>
            <w:pPr>
              <w:spacing w:after="0"/>
            </w:pPr>
            <w:r>
              <w:rPr>
                <w:rFonts w:ascii="Nirmala UI" w:hAnsi="Nirmala UI" w:cs="Nirmala UI"/>
                <w:b/>
                <w:color w:val="1F4E79"/>
                <w:sz w:val="21"/>
              </w:rPr>
              <w:t xml:space="preserve">മനഃപാഠ വാക്യം</w:t>
            </w:r>
          </w:p>
        </w:tc>
        <w:tc>
          <w:tcPr>
            <w:tcW w:type="dxa" w:w="7030"/>
          </w:tcPr>
          <w:p>
            <w:pPr>
              <w:spacing w:after="40"/>
            </w:pPr>
            <w:r>
              <w:rPr>
                <w:rFonts w:ascii="Nirmala UI" w:hAnsi="Nirmala UI" w:cs="Nirmala UI"/>
                <w:b/>
                <w:i w:val="0"/>
                <w:sz w:val="22"/>
              </w:rPr>
              <w:t xml:space="preserve">മർക്കോസ് 1:22</w:t>
            </w:r>
          </w:p>
          <w:p>
            <w:pPr>
              <w:spacing w:after="40"/>
            </w:pPr>
            <w:r>
              <w:rPr>
                <w:rFonts w:ascii="Nirmala UI" w:hAnsi="Nirmala UI" w:cs="Nirmala UI"/>
                <w:b w:val="0"/>
                <w:i/>
                <w:sz w:val="22"/>
              </w:rPr>
              <w:t xml:space="preserve">[യേശു] അധികാരമുള്ളവനായി അവരെ ഉപദേശിച്ചു …</w:t>
            </w:r>
          </w:p>
        </w:tc>
      </w:tr>
    </w:tbl>
    <w:p>
      <w:pPr>
        <w:spacing w:after="0"/>
      </w:pPr>
    </w:p>
    <w:p>
      <w:pPr>
        <w:pStyle w:val="Heading1"/>
        <w:pBdr>
          <w:bottom w:val="single" w:sz="8" w:space="2" w:color="1F4E79"/>
        </w:pBdr>
      </w:pPr>
      <w:r>
        <w:rPr>
          <w:rFonts w:ascii="Nirmala UI" w:hAnsi="Nirmala UI" w:cs="Nirmala UI"/>
        </w:rPr>
        <w:t xml:space="preserve">പാഠം അവതരിപ്പിക്കൽ</w:t>
      </w:r>
    </w:p>
    <w:p>
      <w:pPr>
        <w:pStyle w:val="Heading2"/>
      </w:pPr>
      <w:r>
        <w:rPr>
          <w:rFonts w:ascii="Nirmala UI" w:hAnsi="Nirmala UI" w:cs="Nirmala UI"/>
        </w:rPr>
        <w:t xml:space="preserve">തുടക്കം</w:t>
      </w:r>
    </w:p>
    <w:p>
      <w:r>
        <w:rPr>
          <w:rFonts w:ascii="Nirmala UI" w:hAnsi="Nirmala UI" w:cs="Nirmala UI"/>
          <w:b/>
          <w:sz w:val="22"/>
        </w:rPr>
        <w:t xml:space="preserve">സ്കൂളിൽ നിങ്ങൾക്കുണ്ടായിരുന്ന ഒരു നല്ല അധ്യാപകനെക്കുറിച്ചു കുട്ടികളോടു പറയുക. എന്തുകൊണ്ടാണ് അവരെ ഇഷ്ടപ്പെട്ടതെന്നു പറയുക. </w:t>
      </w:r>
      <w:r>
        <w:rPr>
          <w:rFonts w:ascii="Nirmala UI" w:hAnsi="Nirmala UI" w:cs="Nirmala UI"/>
          <w:b w:val="0"/>
          <w:sz w:val="22"/>
        </w:rPr>
        <w:t xml:space="preserve">സാധ്യമായ കാരണങ്ങൾ: അവർ നീതിയുള്ളവരായിരുന്നു, പാഠങ്ങൾ രസകരമാക്കി. നിങ്ങൾക്കും ഇഷ്ടപ്പെട്ട ഒരു അധ്യാപകനുണ്ടോ?</w:t>
      </w:r>
    </w:p>
    <w:p>
      <w:pPr>
        <w:pStyle w:val="Heading2"/>
      </w:pPr>
      <w:r>
        <w:rPr>
          <w:rFonts w:ascii="Nirmala UI" w:hAnsi="Nirmala UI" w:cs="Nirmala UI"/>
        </w:rPr>
        <w:t xml:space="preserve">പാഠത്തിലെ പ്രധാന ആശയങ്ങൾ</w:t>
      </w:r>
    </w:p>
    <w:p>
      <w:pPr>
        <w:tabs>
          <w:tab w:pos="567" w:val="left"/>
        </w:tabs>
        <w:spacing w:after="120"/>
        <w:ind w:left="567" w:hanging="567"/>
      </w:pPr>
      <w:r>
        <w:rPr>
          <w:rFonts w:ascii="Calibri" w:hAnsi="Calibri" w:cs="Calibri" w:eastAsia="Calibri"/>
          <w:b/>
          <w:color w:val="1F4E79"/>
          <w:sz w:val="22"/>
        </w:rPr>
        <w:t>1.</w:t>
        <w:tab/>
      </w:r>
      <w:r>
        <w:rPr>
          <w:rFonts w:ascii="Nirmala UI" w:hAnsi="Nirmala UI" w:cs="Nirmala UI"/>
          <w:b w:val="0"/>
          <w:sz w:val="22"/>
        </w:rPr>
        <w:t xml:space="preserve">യേശു ഒരു മഹാഗുരുവായിരുന്നു. </w:t>
      </w:r>
      <w:r>
        <w:rPr>
          <w:rFonts w:ascii="Nirmala UI" w:hAnsi="Nirmala UI" w:cs="Nirmala UI"/>
          <w:b/>
          <w:sz w:val="22"/>
        </w:rPr>
        <w:t xml:space="preserve">ചിത്രം 1 കാണിക്കുക. </w:t>
      </w:r>
      <w:r>
        <w:rPr>
          <w:rFonts w:ascii="Nirmala UI" w:hAnsi="Nirmala UI" w:cs="Nirmala UI"/>
          <w:b w:val="0"/>
          <w:sz w:val="22"/>
        </w:rPr>
        <w:t xml:space="preserve">ഒരു ദിവസം ആളുകൾക്ക് അവനെ നന്നായി കാണാൻ കഴിയേണ്ടതിന് അവൻ ഒരു കുന്നിൽ അൽപ്പം കയറിനിന്നു. അന്ന് അവൻ നൂറുകണക്കിനാളുകളെ പഠിപ്പിച്ചു. ഈ ചിത്രത്തിൽ അവരിൽ ചിലരെ മാത്രമേ കാണിച്ചിട്ടുള്ളൂ. </w:t>
      </w:r>
      <w:r>
        <w:rPr>
          <w:rFonts w:ascii="Nirmala UI" w:hAnsi="Nirmala UI" w:cs="Nirmala UI"/>
          <w:b/>
          <w:sz w:val="22"/>
        </w:rPr>
        <w:t xml:space="preserve">ചിത്രത്തിലെ വിശദാംശങ്ങൾ ക്ലാസ്സുമായി ചർച്ച ചെയ്യുക. </w:t>
      </w:r>
      <w:r>
        <w:rPr>
          <w:rFonts w:ascii="Nirmala UI" w:hAnsi="Nirmala UI" w:cs="Nirmala UI"/>
          <w:b w:val="0"/>
          <w:sz w:val="22"/>
        </w:rPr>
        <w:t xml:space="preserve">പല പ്രായത്തിലുള്ള ആളുകളുണ്ട്, കണ്ടോ? ചിലർ വിദ്യാസമ്പന്നരെപ്പോലെ തോന്നുന്നു. ഇത് ഒരു മതനേതാവായിരിക്കാം. അവരുടെ മുഖഭാവങ്ങൾ നോക്കുക.</w:t>
      </w:r>
    </w:p>
    <w:p>
      <w:pPr>
        <w:tabs>
          <w:tab w:pos="567" w:val="left"/>
        </w:tabs>
        <w:spacing w:after="120"/>
        <w:ind w:left="567" w:hanging="567"/>
      </w:pPr>
      <w:r>
        <w:rPr>
          <w:rFonts w:ascii="Calibri" w:hAnsi="Calibri" w:cs="Calibri" w:eastAsia="Calibri"/>
          <w:b/>
          <w:color w:val="1F4E79"/>
          <w:sz w:val="22"/>
        </w:rPr>
        <w:t>2.</w:t>
        <w:tab/>
      </w:r>
      <w:r>
        <w:rPr>
          <w:rFonts w:ascii="Nirmala UI" w:hAnsi="Nirmala UI" w:cs="Nirmala UI"/>
          <w:b w:val="0"/>
          <w:sz w:val="22"/>
        </w:rPr>
        <w:t xml:space="preserve">മറ്റു ചില സമയങ്ങളിൽ യേശു ആളുകളെ സിനഗോഗിൽ പഠിപ്പിച്ചു. യഹൂദവിശ്വാസികൾ ദൈവത്തെ ആരാധിക്കാൻ കൂടിവരുന്ന സ്ഥലമാണ് സിനഗോഗ്. </w:t>
      </w:r>
      <w:r>
        <w:rPr>
          <w:rFonts w:ascii="Nirmala UI" w:hAnsi="Nirmala UI" w:cs="Nirmala UI"/>
          <w:b/>
          <w:sz w:val="22"/>
        </w:rPr>
        <w:t xml:space="preserve">മർക്കോസ് 6:1-3 ലെ കഥ പറയുക. </w:t>
      </w:r>
      <w:r>
        <w:rPr>
          <w:rFonts w:ascii="Nirmala UI" w:hAnsi="Nirmala UI" w:cs="Nirmala UI"/>
          <w:b w:val="0"/>
          <w:sz w:val="22"/>
        </w:rPr>
        <w:t xml:space="preserve">യേശു വളർന്ന പട്ടണത്തിലാണ് ഇതു സംഭവിച്ചത്. ആ ആളുകൾ അവനെ ഒരു ബാലനായി അറിഞ്ഞിരുന്നു. യേശു ദൈവത്തെക്കുറിച്ചു സംസാരിച്ചപ്പോൾ അവരുടെ പണ്ഡിതരായ മതോപദേഷ്ടാക്കളെക്കാൾ വളരെയേറെ അവൻ അറിയുന്നുവെന്നത് അവരെ അത്ഭുതപ്പെടുത്തി. യേശു ദൈവത്തെയും അവന്റെ രാജ്യത്തെയും കുറിച്ച് അധികാരത്തോടെ സംസാരിച്ചു.</w:t>
      </w:r>
    </w:p>
    <w:p>
      <w:pPr>
        <w:pStyle w:val="Heading2"/>
      </w:pPr>
      <w:r>
        <w:rPr>
          <w:rFonts w:ascii="Nirmala UI" w:hAnsi="Nirmala UI" w:cs="Nirmala UI"/>
        </w:rPr>
        <w:t xml:space="preserve">മനഃപാഠ വാക്യം ഹൃദിസ്ഥമാക്കൽ</w:t>
      </w:r>
    </w:p>
    <w:p>
      <w:pPr>
        <w:tabs>
          <w:tab w:pos="567" w:val="left"/>
        </w:tabs>
        <w:spacing w:after="120"/>
        <w:ind w:left="567" w:hanging="567"/>
      </w:pPr>
      <w:r>
        <w:rPr>
          <w:rFonts w:ascii="Calibri" w:hAnsi="Calibri" w:cs="Calibri" w:eastAsia="Calibri"/>
          <w:b/>
          <w:color w:val="1F4E79"/>
          <w:sz w:val="22"/>
        </w:rPr>
        <w:t>3.</w:t>
        <w:tab/>
      </w:r>
      <w:r>
        <w:rPr>
          <w:rFonts w:ascii="Nirmala UI" w:hAnsi="Nirmala UI" w:cs="Nirmala UI"/>
          <w:b w:val="0"/>
          <w:sz w:val="22"/>
        </w:rPr>
        <w:t xml:space="preserve">യേശു ആളുകളെ കഥകൾ പറഞ്ഞു പഠിപ്പിച്ചു. എല്ലാവർക്കും കഥകൾ ഇഷ്ടമാണ്. വരുന്ന ആഴ്ചകളിൽ പാഠങ്ങളായി യേശു പറഞ്ഞ ചില കഥകൾ നാം കേൾക്കും.</w:t>
      </w:r>
    </w:p>
    <w:p>
      <w:pPr>
        <w:tabs>
          <w:tab w:pos="567" w:val="left"/>
        </w:tabs>
        <w:spacing w:after="120"/>
        <w:ind w:left="567" w:hanging="567"/>
      </w:pPr>
      <w:r>
        <w:rPr>
          <w:rFonts w:ascii="Calibri" w:hAnsi="Calibri" w:cs="Calibri" w:eastAsia="Calibri"/>
          <w:b/>
          <w:color w:val="1F4E79"/>
          <w:sz w:val="22"/>
        </w:rPr>
        <w:t>4.</w:t>
        <w:tab/>
      </w:r>
      <w:r>
        <w:rPr>
          <w:rFonts w:ascii="Nirmala UI" w:hAnsi="Nirmala UI" w:cs="Nirmala UI"/>
          <w:b w:val="0"/>
          <w:sz w:val="22"/>
        </w:rPr>
        <w:t xml:space="preserve">ദൈവകാര്യങ്ങൾ വിശദീകരിക്കാൻ ആളുകൾ ദിവസവും ചുറ്റും കാണുന്ന വസ്തുക്കളെയും യേശു ഉപയോഗിച്ചു. ഒരു ഉദാഹരണം പറയാം: ഈ പൂവിനെ നോക്കൂ; അതിന്റെ നിറവും ഭംഗിയും കാണൂ. </w:t>
      </w:r>
      <w:r>
        <w:rPr>
          <w:rFonts w:ascii="Nirmala UI" w:hAnsi="Nirmala UI" w:cs="Nirmala UI"/>
          <w:b/>
          <w:sz w:val="22"/>
        </w:rPr>
        <w:t xml:space="preserve">ചിത്രത്തിലെ പൂക്കൾ ചൂണ്ടിക്കാണിക്കുക. സാധിക്കുമെങ്കിൽ ക്ലാസ്സിൽ ഒരു പൂവ് കൊണ്ടുവരിക. </w:t>
      </w:r>
      <w:r>
        <w:rPr>
          <w:rFonts w:ascii="Nirmala UI" w:hAnsi="Nirmala UI" w:cs="Nirmala UI"/>
          <w:b w:val="0"/>
          <w:sz w:val="22"/>
        </w:rPr>
        <w:t xml:space="preserve">ഒരിക്കൽ ശലോമോൻ എന്ന വളരെ ധനികനും ബുദ്ധിമാനുമായ ഒരു ഇസ്രായേൽ രാജാവുണ്ടായിരുന്നു. വിലകൂടിയ വർണ്ണത്തുണികൊണ്ടുള്ള ഏറ്റവും മനോഹരമായ വസ്ത്രങ്ങൾ അവൻ ധരിച്ചിരുന്നു. എന്നാൽ രാജകീയ വസ്ത്രം അണിഞ്ഞ ശലോമോനെക്കാൾ കാട്ടുപൂക്കൾ ഭംഗിയുള്ളവയാണെന്ന് യേശു പഠിപ്പിച്ചു. വയലിലെ പൂക്കളെ ദൈവം ഇത്ര ശ്രദ്ധയോടെ അലങ്കരിക്കുകയും നന്നായി പരിപാലിക്കുകയും ചെയ്യുന്നുവെങ്കിൽ, തന്റെ മക്കളെയും ദൈവം തീർച്ചയായും പരിപാലിക്കും.</w:t>
      </w:r>
    </w:p>
    <w:p>
      <w:pPr>
        <w:pStyle w:val="Heading2"/>
      </w:pPr>
      <w:r>
        <w:rPr>
          <w:rFonts w:ascii="Nirmala UI" w:hAnsi="Nirmala UI" w:cs="Nirmala UI"/>
        </w:rPr>
        <w:t xml:space="preserve">കഥയോടുള്ള നമ്മുടെ പ്രതികരണം</w:t>
      </w:r>
    </w:p>
    <w:p>
      <w:r>
        <w:rPr>
          <w:rFonts w:ascii="Nirmala UI" w:hAnsi="Nirmala UI" w:cs="Nirmala UI"/>
          <w:b/>
          <w:sz w:val="22"/>
        </w:rPr>
        <w:t xml:space="preserve">നിങ്ങളിൽ ഓരോരുത്തരും ഒരു കാട്ടുപൂവോ കുറച്ച് ഇലകളോ കണ്ടെത്തി വീട്ടിൽ നിങ്ങളുടെ ശ്രദ്ധയിൽപ്പെടുന്ന ഒരിടത്തു വയ്ക്കണമെന്ന് ഞാൻ ആഗ്രഹിക്കുന്നു. ഈ ആഴ്ച ആ പൂവിനെയോ ഇലകളെയോ നോക്കുമ്പോൾ യേശു പഠിപ്പിച്ചതു നിങ്ങളെ ഓർമ്മിപ്പിക്കട്ടെ. </w:t>
      </w:r>
      <w:r>
        <w:rPr>
          <w:rFonts w:ascii="Nirmala UI" w:hAnsi="Nirmala UI" w:cs="Nirmala UI"/>
          <w:b w:val="0"/>
          <w:sz w:val="22"/>
        </w:rPr>
        <w:t xml:space="preserve">അതിനെക്കുറിച്ച് വീട്ടിലുള്ളവർ ചോദിക്കുമ്പോൾ അവരോടു സാക്ഷ്യം പറയാനുള്ള അവസരവും ഇതു നിങ്ങൾക്കു നൽകും.</w:t>
      </w:r>
    </w:p>
    <w:sectPr w:rsidR="00FC693F" w:rsidRPr="0006063C" w:rsidSect="00034616">
      <w:footerReference w:type="default" r:id="rId9"/>
      <w:pgSz w:w="11906" w:h="16838"/>
      <w:pgMar w:top="1134" w:right="1247" w:bottom="1134"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Bdr>
        <w:top w:val="single" w:sz="4" w:space="4" w:color="BFBFBF"/>
      </w:pBdr>
      <w:tabs>
        <w:tab w:val="clear" w:pos="4680"/>
        <w:tab w:val="clear" w:pos="9360"/>
        <w:tab w:val="right" w:pos="9411"/>
      </w:tabs>
    </w:pPr>
    <w:r/>
    <w:r>
      <w:rPr>
        <w:rFonts w:ascii="Calibri" w:hAnsi="Calibri" w:cs="Calibri" w:eastAsia="Calibri"/>
        <w:color w:val="595959"/>
        <w:sz w:val="18"/>
      </w:rPr>
      <w:t>Lesson 1 – Jesus, Our Teacher</w:t>
    </w:r>
    <w:r>
      <w:rPr>
        <w:rFonts w:ascii="Calibri" w:hAnsi="Calibri" w:cs="Calibri" w:eastAsia="Calibri"/>
        <w:color w:val="595959"/>
        <w:sz w:val="18"/>
      </w:rPr>
      <w:tab/>
      <w:t xml:space="preserve">Page </w:t>
    </w:r>
    <w:r>
      <w:rPr>
        <w:rFonts w:ascii="Calibri" w:hAnsi="Calibri" w:cs="Calibri" w:eastAsia="Calibri"/>
        <w:color w:val="595959"/>
        <w:sz w:val="18"/>
      </w:rPr>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Nirmala UI"/>
        <w:sz w:val="22"/>
        <w:szCs w:val="22"/>
        <w:lang w:val="en-US" w:eastAsia="en-US" w:bidi="ml-IN"/>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76" w:lineRule="auto"/>
    </w:pPr>
    <w:rPr>
      <w:rFonts w:ascii="Calibri" w:hAnsi="Calibri" w:eastAsia="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rPr>
      <w:sz w:val="18"/>
    </w:r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320" w:after="120"/>
      <w:outlineLvl w:val="0"/>
    </w:pPr>
    <w:rPr>
      <w:rFonts w:ascii="Calibri" w:hAnsi="Calibri"/>
      <w:b/>
      <w:bCs/>
      <w:color w:val="1F4E79"/>
      <w:sz w:val="34"/>
      <w:szCs w:val="28"/>
    </w:rPr>
  </w:style>
  <w:style w:type="paragraph" w:styleId="Heading2">
    <w:name w:val="heading 2"/>
    <w:basedOn w:val="Normal"/>
    <w:next w:val="Normal"/>
    <w:link w:val="Heading2Char"/>
    <w:uiPriority w:val="9"/>
    <w:unhideWhenUsed/>
    <w:qFormat/>
    <w:rsid w:val="00FC693F"/>
    <w:pPr>
      <w:keepNext/>
      <w:keepLines/>
      <w:spacing w:before="240" w:after="80"/>
      <w:outlineLvl w:val="1"/>
    </w:pPr>
    <w:rPr>
      <w:rFonts w:ascii="Calibri" w:hAnsi="Calibri"/>
      <w:b/>
      <w:bCs/>
      <w:color w:val="1F4E79"/>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Lesson 1 – Jesus, Our Teacher – Teacher’s Guide</dc:title>
  <dc:subject/>
  <dc:creator>LRM India</dc:creator>
  <cp:keywords/>
  <dc:description>generated by python-docx</dc:description>
  <cp:lastModifiedBy/>
  <cp:revision>1</cp:revision>
  <dcterms:created xsi:type="dcterms:W3CDTF">2013-12-23T23:15:00Z</dcterms:created>
  <dcterms:modified xsi:type="dcterms:W3CDTF">2013-12-23T23:15:00Z</dcterms:modified>
  <cp:category/>
</cp:coreProperties>
</file>