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നിത്യജീവനിലേക്കുള്ള വഴി</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സംസാരിച്ച രണ്ടു വഴികളെക്കുറിച്ച് കുട്ടികളെ ചിന്തിപ്പിക്കുക.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സങ്കീർത്തനം 1; മത്തായി 7:13-14; യോഹന്നാൻ 14:6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പത്തു കൽപ്പനകൾ.</w:t>
            </w:r>
          </w:p>
          <w:p>
            <w:pPr>
              <w:spacing w:after="40"/>
            </w:pPr>
            <w:r>
              <w:rPr>
                <w:rFonts w:ascii="Nirmala UI" w:hAnsi="Nirmala UI" w:cs="Nirmala UI"/>
                <w:b w:val="0"/>
                <w:i/>
                <w:sz w:val="22"/>
              </w:rPr>
              <w:t xml:space="preserve">പുതിയ വാക്യങ്ങൾ ഇല്ല. കുട്ടികൾ പഠിച്ച ഭാഗം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ധാന്യം പാറ്റുന്നതിനെക്കുറിച്ച് സംസാരിക്കുക. ഒരു മുറം ക്ലാസ്സിൽ കൊണ്ടുവന്ന് അത് എന്തിനാണ് ഉപയോഗിക്കുന്നതെന്ന് കുട്ടികളോടു ചോദിക്കാൻ കഴിഞ്ഞാൽ വളരെ നന്നായിരിക്കും. </w:t>
      </w:r>
      <w:r>
        <w:rPr>
          <w:rFonts w:ascii="Nirmala UI" w:hAnsi="Nirmala UI" w:cs="Nirmala UI"/>
          <w:b w:val="0"/>
          <w:sz w:val="22"/>
        </w:rPr>
        <w:t xml:space="preserve">ധാന്യത്തെ അതിന് ചുറ്റുമുള്ള പരുപരുത്ത തൊലിയായ പതിരിൽ നിന്ന് വേർതിരിക്കുമ്പോൾ ധാന്യം പിടിച്ചുവയ്ക്കാൻ ഇത് ഉപയോഗിക്കുന്നു. ധാന്യം നമുക്ക് ഭക്ഷണത്തിന് ഉപയോഗിക്കാം, എന്നാൽ പതിര് ഉപയോഗശൂന്യമാണ്. നാം അത് കാറ്റിൽ പറത്തിക്കളയുന്നു.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ദാവീദ് രാജാവ് രണ്ടുതരം ആളുകളെ വിവരിക്കുന്ന ഒരു സങ്കീർത്തനം എഴുതി. ദൈവത്തെ അനുഗമിക്കുന്നവർ ഫലമുള്ള വൃക്ഷങ്ങളെപ്പോലെയാണെന്നും അല്ലാത്തവർ ഉപയോഗശൂന്യമായ പതിരുപോലെയാണെന്നും ഈ സങ്കീർത്തനം പറയുന്നു (സങ്കീ 1:3-4). പുസ്തകം 4, ദൈവത്തിന്റെ ദാസന്മാർ, എന്നതിൽ കുട്ടികൾ ഈ സങ്കീർത്തനം ഒരു ഓർമ്മഭാഗമായി പഠിച്ചിരുന്നു.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ജീവിതം ഒരു പ്രത്യേക വാതിലിലൂടെ കടന്ന് ഒരു പ്രത്യേക വഴിയിലേക്കു പോകുന്നതുപോലെയാണെന്ന് യേശു പറഞ്ഞു. വീതിയുള്ള വാതിൽ വളരെ ആകർഷകമായി തോന്നുന്ന ഒരു വിശാലമായ വഴിയിലേക്കു നയിക്കുന്നു, എന്നാൽ അത് നിങ്ങളെ ദൈവത്തിൽ നിന്നും അവന്റെ കൽപ്പനകളിൽ നിന്നും അകറ്റും. ഇത് ദൈവരഹിത ജീവിതത്തിന്റെ വഴിയാണ്, അത് മരണത്തിലേക്കും നാശത്തിലേക്കും നയിക്കുന്നു. ദുഃഖകരമെന്നു പറയട്ടെ, അനേകം ആളുകൾ ആ വീതിയുള്ള വാതിൽ തിരഞ്ഞെടുക്കുന്നു (മത്താ 7:13).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 തന്റെ വഴിയിൽ അനുഗമിക്കാൻ അടിയന്തരമായി നമ്മെ ക്ഷണിക്കുന്നു. ഇത് ഒരു ചെറിയ വാതിലിലൂടെ കടന്ന് അധികം ആളുകൾ ഇല്ലാത്ത ഇടുങ്ങിയതും കൂടുതൽ കഠിനവുമായ ഒരു വഴിയിലേക്കു പോകുന്നതുപോലെയാണ്. എങ്കിലും ജീവിതത്തിന്റെ വഴി എത്ര കഠിനമായാലും, നമ്മുടെ സ്വർഗ്ഗീയ പിതാവിന്റെ വീട്ടിലേക്കു നയിക്കുന്ന വഴിയിൽ യേശു എപ്പോഴും നമ്മുടെ അരികിൽ ഉണ്ട്. നാം നമ്മെത്തന്നെ യേശുവിനു സമർപ്പിക്കുമ്പോൾ ആരംഭിക്കുന്ന നിത്യജീവന്റെ വഴിയാണിത്. </w:t>
      </w:r>
      <w:r>
        <w:rPr>
          <w:rFonts w:ascii="Nirmala UI" w:hAnsi="Nirmala UI" w:cs="Nirmala UI"/>
          <w:b/>
          <w:sz w:val="22"/>
        </w:rPr>
        <w:t xml:space="preserve">ചിത്രം 24 കാണിക്കുക. </w:t>
      </w:r>
      <w:r>
        <w:rPr>
          <w:rFonts w:ascii="Nirmala UI" w:hAnsi="Nirmala UI" w:cs="Nirmala UI"/>
          <w:b w:val="0"/>
          <w:sz w:val="22"/>
        </w:rPr>
        <w:t xml:space="preserve">ഇവിടെ യേശു തന്റെ ഇടുങ്ങിയ വഴി ചൂണ്ടിക്കാണിക്കുന്നു. ജീവിതത്തിൽ അനുഗമിക്കാൻ ഏറ്റവും നല്ല വഴി ഇതാണ് (മത്താ 7:13-14; യോഹ 14:6).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ഈ പാഠപരമ്പരയിലെ വിവിധ ആളുകളുടെ കഥകൾ ഉപയോഗിച്ച്, അവർ ഇടുങ്ങിയ വഴിയിൽ ദൈവത്തിന്റെ വഴിയാണോ അതോ വിശാലമായ വഴിയിൽ ദൈവരഹിതമായ വഴിയാണോ തിരഞ്ഞെടുത്തതെന്ന് കാണിക്കുക.</w:t>
      </w:r>
    </w:p>
    <w:p>
      <w:r>
        <w:rPr>
          <w:rFonts w:ascii="Nirmala UI" w:hAnsi="Nirmala UI" w:cs="Nirmala UI"/>
          <w:b w:val="0"/>
          <w:sz w:val="22"/>
        </w:rPr>
        <w:t xml:space="preserve">ഉദാഹരണങ്ങൾ: പാഠങ്ങൾ 11, 12: എസ്ഥേറിന്റെ അമ്മാവൻ മൊർദ്ദെഖായി ദൈവത്തിന്റെ വഴി തിരഞ്ഞെടുത്തു. പ്രധാനമന്ത്രി ഹാമാൻ ദുഷ്ടവഴി തിരഞ്ഞെടുത്തു.</w:t>
      </w:r>
    </w:p>
    <w:p>
      <w:r>
        <w:rPr>
          <w:rFonts w:ascii="Nirmala UI" w:hAnsi="Nirmala UI" w:cs="Nirmala UI"/>
          <w:b w:val="0"/>
          <w:sz w:val="22"/>
        </w:rPr>
        <w:t xml:space="preserve">പാഠം 9: നിനെവേയിലെ ജനം ദൈവരഹിത വഴിയിൽ നിന്ന് ദൈവത്തിന്റെ വഴിയിലേക്കു തിരിഞ്ഞു.</w:t>
      </w:r>
    </w:p>
    <w:p>
      <w:r>
        <w:rPr>
          <w:rFonts w:ascii="Nirmala UI" w:hAnsi="Nirmala UI" w:cs="Nirmala UI"/>
          <w:b w:val="0"/>
          <w:sz w:val="22"/>
        </w:rPr>
        <w:t xml:space="preserve">പാഠങ്ങൾ 17, 18: ദാനീയേൽ ദൈവത്തിന്റെ വഴി തിരഞ്ഞെടുത്തു; ആ സാഹചര്യത്തിൽ അത് വളരെ ദുഷ്കരമായ വഴിയായിരുന്നു. ദാനീയേലിനെതിരെ ഗൂഢാലോചന നടത്തിയ ദുഷ്ടന്മാർ ദൈവരഹിത വഴി തിരഞ്ഞെടുത്തു.</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നിങ്ങളോരോരുത്തരും ഏത് വഴിയിലൂടെയാണ് നടക്കുന്നതെന്ന് വളരെ ശ്രദ്ധയോടെ ചിന്തിക്കണമെന്ന് ഞാൻ ആഗ്രഹിക്കുന്നു. നിങ്ങൾ യേശുവിനോടൊപ്പം നടക്കുന്നുണ്ടോ?</w:t>
      </w:r>
    </w:p>
    <w:p>
      <w:r>
        <w:rPr>
          <w:rFonts w:ascii="Nirmala UI" w:hAnsi="Nirmala UI" w:cs="Nirmala UI"/>
          <w:b w:val="0"/>
          <w:sz w:val="22"/>
        </w:rPr>
        <w:t xml:space="preserve">ഇതേക്കുറിച്ച് കൂടുതൽ അറിയാൻ നിങ്ങളിൽ ആരെങ്കിലും ആഗ്രഹിക്കുന്നുവെങ്കിൽ, എന്നോടോ മറ്റൊരു അധ്യാപകനോടോ പാസ്റ്ററോടോ വന്ന് സംസാരിക്കാൻ നിങ്ങൾക്ക് എപ്പോഴും സ്വാഗതം. </w:t>
      </w:r>
      <w:r>
        <w:rPr>
          <w:rFonts w:ascii="Nirmala UI" w:hAnsi="Nirmala UI" w:cs="Nirmala UI"/>
          <w:b/>
          <w:sz w:val="22"/>
        </w:rPr>
        <w:t xml:space="preserve">കുട്ടികൾക്ക് പ്രസാദിപ്പിക്കാൻ ഇഷ്ടമാണ്, അതുകൊണ്ട് യേശുവിനെ അനുഗമിക്കാൻ ആഗ്രഹിക്കുന്നവർ കൈ ഉയർത്താനോ എഴുന്നേൽക്കാനോ പറഞ്ഞാൽ, ശരിക്കും ആത്മാർത്ഥതയില്ലാത്ത പലരും അങ്ങനെ ചെയ്യും. </w:t>
      </w:r>
      <w:r>
        <w:rPr>
          <w:rFonts w:ascii="Nirmala UI" w:hAnsi="Nirmala UI" w:cs="Nirmala UI"/>
          <w:b w:val="0"/>
          <w:sz w:val="22"/>
        </w:rPr>
        <w:t xml:space="preserve">പരിശുദ്ധാത്മാവ് തന്നെ താൻ വിളിക്കുന്ന ഓരോരുത്തരെയും സ്വമേധയാ നിങ്ങളുടെ അടുക്കൽ വരാൻ പ്രേരിപ്പിക്കും.</w:t>
      </w:r>
    </w:p>
    <w:p>
      <w:pPr>
        <w:pStyle w:val="Heading2"/>
      </w:pPr>
      <w:r>
        <w:rPr>
          <w:rFonts w:ascii="Nirmala UI" w:hAnsi="Nirmala UI" w:cs="Nirmala UI"/>
        </w:rPr>
        <w:t xml:space="preserve">മനഃപാഠ വാക്യങ്ങൾ ഹൃദിസ്ഥമാക്കൽ</w:t>
      </w:r>
    </w:p>
    <w:p>
      <w:r>
        <w:rPr>
          <w:rFonts w:ascii="Nirmala UI" w:hAnsi="Nirmala UI" w:cs="Nirmala UI"/>
          <w:b/>
          <w:sz w:val="22"/>
        </w:rPr>
        <w:t xml:space="preserve">എല്ലാ കുട്ടികളും എല്ലാ കൽപ്പനകളും ചൊല്ലുന്നതിനു പകരം, ക്ലാസ്സിനെ രണ്ടോ അതിലധികമോ സംഘങ്ങളായി തിരിച്ച് ഓരോ സംഘവും മാറിമാറി ഓരോ കൽപ്പന ചൊല്ലട്ടെ. ഒരു കുട്ടി ഒറ്റയ്ക്ക് ചൊല്ലാൻ അനുവദിക്കാതിരിക്കുന്നതാണ് നല്ലത്, കാരണം മറ്റുള്ളവർക്ക് മടുപ്പു തോന്നും.</w:t>
      </w:r>
    </w:p>
    <w:p>
      <w:r>
        <w:rPr>
          <w:rFonts w:ascii="Nirmala UI" w:hAnsi="Nirmala UI" w:cs="Nirmala UI"/>
          <w:b w:val="0"/>
          <w:sz w:val="22"/>
        </w:rPr>
        <w:t xml:space="preserve">ചിത്രം 24-നെക്കുറിച്ചുള്ള ഒരു കുറിപ്പ്: നരകത്തെക്കുറിച്ച് ബൈബിൾ അധികമൊന്നും പറയുന്നില്ല. നമുക്ക് ഉറപ്പായി അറിയാവുന്നത്, വെളിച്ചത്തിന്റെയും സ്നേഹത്തിന്റെയും ഉറവിടമായ ദൈവത്തിൽ നിന്നുള്ള പൂർണ്ണവും നിത്യവുമായ വേർപാടിന്റെ സ്ഥലമാണത് എന്നാണ്. അതുകൊണ്ട് അത് ഭയങ്കരമായിരിക്കും. ചിത്രങ്ങളിൽ ഇത് കാണിക്കാൻ ബുദ്ധിമുട്ടാണ്. നമ്മെ സൃഷ്ടിച്ച് സ്നേഹിക്കുന്ന ദൈവത്തിൽ നിന്ന് വേർപെടുന്നതിനെക്കാൾ മോശമായി മറ്റൊന്നുമില്ലെന്ന് ഈ ചിത്രം നമ്മെ കാണിക്കാൻ ആഗ്രഹിക്കുന്നു.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The Way to Everlasting Life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The Way to Everlasting Life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