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23</w:t>
      </w:r>
    </w:p>
    <w:p>
      <w:pPr>
        <w:keepNext/>
        <w:spacing w:after="40"/>
      </w:pPr>
      <w:r>
        <w:rPr>
          <w:rFonts w:ascii="Nirmala UI" w:hAnsi="Nirmala UI" w:cs="Nirmala UI"/>
          <w:b/>
          <w:color w:val="1F4E79"/>
          <w:sz w:val="52"/>
        </w:rPr>
        <w:t xml:space="preserve">യേശു മരണം വരെ വിശ്വസ്തനായിരുന്നു</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5: ദൈവത്തിനു വേണ്ടി വിചാരണയിൽ</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വിശ്വാസത്തിന്റെ ഈ മഹാവ്യക്തികളുടെ കഥകൾ മരണം വരെ വിശ്വസ്തനായിരുന്ന ദൈവപുത്രനായ യേശുവിലേക്ക് വഴി കാണിച്ചതെങ്ങനെയെന്ന് കുട്ടികളെ കാണിക്കുക.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മത്തായി 27:27-56; റോമർ 5:8-10</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പുറപ്പാട് 20:17</w:t>
            </w:r>
          </w:p>
          <w:p>
            <w:pPr>
              <w:spacing w:after="40"/>
            </w:pPr>
            <w:r>
              <w:rPr>
                <w:rFonts w:ascii="Nirmala UI" w:hAnsi="Nirmala UI" w:cs="Nirmala UI"/>
                <w:b w:val="0"/>
                <w:i/>
                <w:sz w:val="22"/>
              </w:rPr>
              <w:t xml:space="preserve">(പത്തു കൽപ്പനകൾ) “കൂട്ടുകാരന്റെ വീടിനെ മോഹിക്കരുത്; കൂട്ടുകാരന്റെ ഭാര്യയെയോ അവന്റെ ദാസനെയോ ദാസിയെയോ കാളയെയോ കഴുതയെയോ കൂട്ടുകാരന്റെ യാതൊന്നിനെയും മോഹിക്കരുത്.”</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val="0"/>
          <w:sz w:val="22"/>
        </w:rPr>
        <w:t xml:space="preserve">ഒരു പട്ടണത്തിലൂടെ നടന്നാൽ പള്ളി പോലെയോ ഓഫീസ് കെട്ടിടം പോലെയോ ഉള്ള സ്ഥലങ്ങൾ എവിടെയാണെന്ന് പറയുന്ന അറിയിപ്പുകൾ നിങ്ങൾ കാണും. ചിലപ്പോൾ അറിയിപ്പുകൾ ഒരു പ്രത്യേക സ്ഥലത്തിന്റെ ദിശയിലേക്ക് ചൂണ്ടുന്ന അമ്പിന്റെ ആകൃതിയിലായിരിക്കും.</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ഈ പുസ്തകത്തിലെ പാഠങ്ങൾ വിശ്വാസത്തിന്റെ മഹാപുരുഷന്മാരെയും മഹതികളെയും കുറിച്ചായിരുന്നു: എലീശാ, യോനാ, എസ്ഥേർ, ദാനീയേലും അവന്റെ മൂന്നു കൂട്ടുകാരും, നെഹെമ്യാവ്. മനുഷ്യവർഗ്ഗത്തിന്റെ പാപം നിമിത്തം അവർക്കെല്ലാം വലിയ ബുദ്ധിമുട്ടുകളും പ്രശ്നങ്ങളും മറികടക്കേണ്ടി വന്നു. അവരെല്ലാം ദൈവത്തിലേക്കുള്ള വഴി കാണിച്ചു. എലീശായും യോനായും പ്രവാചകന്മാരായിരുന്നു. ദൈവത്തെക്കുറിച്ച് ജനത്തെ പഠിപ്പിക്കുകയും ദൈവത്തെ അറിയാനുള്ള വഴി കാണിക്കുകയുമായിരുന്നു അവരുടെ ജോലി. എന്നാൽ ജനം ദൈവത്തെയും അവന്റെ കൽപ്പനകളെയും പെട്ടെന്ന് മറന്നു. എസ്രാ ദൈവത്തിന്റെ ന്യായപ്രമാണം അവർക്കു വായിച്ചുകൊടുത്തപ്പോൾ ജനം എത്ര ഖേദിക്കുകയും ലജ്ജിക്കുകയും ചെയ്തുവെന്ന് ഓർക്കുക?</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ഒടുവിൽ സമയം വന്നപ്പോൾ ദൈവം എങ്ങനെയുള്ളവനാണെന്ന് നമുക്കു കാണിച്ചുതരാൻ തന്റെ ഏകപുത്രനായ യേശുക്രിസ്തുവിനെ അയച്ചു. യേശു തന്നെ ദൈവമാണ്. മറ്റുള്ളവർ നമ്മുടെ ജീവിതത്തിൽ ദൈവത്തെ കാണേണ്ടതിന് എങ്ങനെ ജീവിക്കണമെന്ന് നമുക്കു കാണിച്ചുതരാൻ അവൻ ഈ ലോകത്തു വന്നു. ദൈവം എലീശായെയും ദാനീയേലിനെയും പലതവണ മരണത്തിൽ നിന്ന് രക്ഷിച്ചു, എന്നാൽ യേശു തന്നെ നമുക്കുവേണ്ടി മരിക്കാൻ തയ്യാറായി.</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യേശുവിനെ അറസ്റ്റ് ചെയ്ത് കുരിശിൽ മരിക്കാൻ വിധിച്ചു; വളരെ ക്രൂരവും സാവധാനത്തിലുള്ളതുമായ ഒരു മരണരീതിയാണത്. തന്നെ യഹൂദന്മാരുടെ രാജാവെന്ന് വിളിച്ചതാണ് യേശു ചെയ്തുവെന്ന് അവർ പറഞ്ഞ കുറ്റം. അതുകൊണ്ട് റോമൻ ഗവർണറുടെ പട്ടാളക്കാർ അവനെ ഒരു രാജാവിനെപ്പോലെ വസ്ത്രം ധരിപ്പിച്ച് പരിഹസിക്കുകയും അടിക്കുകയും ചെയ്തു. പാഠം 21-ൽ യഹൂദർ മതിൽ പണിതപ്പോൾ അവരുടെ ശത്രുക്കൾ അവരെ പരിഹസിച്ചത് ഓർക്കുക? തന്നെ പരിഹസിച്ചവരെ തടയാൻ യേശുവിനു കഴിയുമായിരുന്നു, പക്ഷേ അവൻ ചെയ്തില്ല (മത്താ 27:27-31).</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കുരിശിൽ തൂങ്ങിക്കിടക്കുമ്പോൾ വേദന കുറയ്ക്കുമായിരുന്ന വീഞ്ഞ് യേശു കുടിക്കാൻ വിസമ്മതിച്ചു. നമ്മുടെ പാപങ്ങളുടെ പൂർണ്ണ ശിക്ഷ അവൻ ഏറ്റെടുക്കുകയായിരുന്നു. കണ്ടുനിന്നവർ യേശുവിനെ പരിഹസിച്ചു. അവൻ ശരിക്കും ദൈവപുത്രനാണെങ്കിൽ കുരിശിൽ നിന്ന് തന്നെത്തന്നെ രക്ഷിച്ച് അത് തെളിയിക്കണമെന്ന് അവർ പറഞ്ഞു. യേശു അവിടെ തുടർന്നത് അവൻ നമ്മെ സ്നേഹിക്കുന്നതിനാലും നാമെല്ലാവരും രക്ഷിക്കപ്പെടണമെന്ന് ആഗ്രഹിക്കുന്നതിനാലുമാണെന്ന് അവർ മനസ്സിലാക്കിയില്ല (മത്താ 27:34, 37-43; റോമർ 5:6-9).</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sz w:val="22"/>
        </w:rPr>
        <w:t xml:space="preserve">ഉച്ചയ്ക്ക് എല്ലാം ഇരുട്ടായി. ദൈവപുത്രൻ ലോകത്തിനുവേണ്ടി മരിക്കുകയായിരുന്നതിനാൽ സൂര്യൻ ഇരുണ്ടുപോയി (മത്താ 27:45). മൂന്നു മണിക്ക് യേശു മരിച്ചു. അവൻ സ്വമേധയാ തന്റെ ജീവൻ ത്യജിച്ചു. ആളുകൾ സാധാരണ മരിക്കുമ്പോൾ ദുർബലരായിരിക്കും, എന്നാൽ ആ നിമിഷം യേശു ഉച്ചത്തിൽ നിലവിളിച്ചുവെന്ന് ബൈബിൾ പറയുന്നത് ശ്രദ്ധിക്കുക (27:46-50). യേശു മരിച്ചപ്പോൾ യെരൂശലേം നഗരത്തിൽ അനേകം വിചിത്ര സംഭവങ്ങൾ നടന്നു (27:51-52).</w:t>
      </w:r>
    </w:p>
    <w:p>
      <w:pPr>
        <w:tabs>
          <w:tab w:pos="567" w:val="left"/>
        </w:tabs>
        <w:spacing w:after="120"/>
        <w:ind w:left="567" w:hanging="567"/>
      </w:pPr>
      <w:r>
        <w:rPr>
          <w:rFonts w:ascii="Calibri" w:hAnsi="Calibri" w:cs="Calibri" w:eastAsia="Calibri"/>
          <w:b/>
          <w:color w:val="1F4E79"/>
          <w:sz w:val="22"/>
        </w:rPr>
        <w:t>6.</w:t>
        <w:tab/>
      </w:r>
      <w:r>
        <w:rPr>
          <w:rFonts w:ascii="Nirmala UI" w:hAnsi="Nirmala UI" w:cs="Nirmala UI"/>
          <w:b w:val="0"/>
          <w:sz w:val="22"/>
        </w:rPr>
        <w:t xml:space="preserve">കാവൽ നിന്ന പടയാളികൾ ഭയന്നുപോയി. കുറഞ്ഞത് അവരിൽ ഒരാൾ യേശു ഒരു സാധാരണ മനുഷ്യനല്ലെന്ന് തിരിച്ചറിഞ്ഞു. </w:t>
      </w:r>
      <w:r>
        <w:rPr>
          <w:rFonts w:ascii="Nirmala UI" w:hAnsi="Nirmala UI" w:cs="Nirmala UI"/>
          <w:b/>
          <w:sz w:val="22"/>
        </w:rPr>
        <w:t xml:space="preserve">ചിത്രം 23 കാണിക്കുക. </w:t>
      </w:r>
      <w:r>
        <w:rPr>
          <w:rFonts w:ascii="Nirmala UI" w:hAnsi="Nirmala UI" w:cs="Nirmala UI"/>
          <w:b w:val="0"/>
          <w:sz w:val="22"/>
        </w:rPr>
        <w:t xml:space="preserve">ആ റോമൻ പടയാളി ഏറ്റുപറഞ്ഞു: “ഇവൻ ശരിക്കും ദൈവപുത്രനായിരുന്നു!” (27:54).</w:t>
      </w:r>
    </w:p>
    <w:p>
      <w:pPr>
        <w:tabs>
          <w:tab w:pos="567" w:val="left"/>
        </w:tabs>
        <w:spacing w:after="120"/>
        <w:ind w:left="567" w:hanging="567"/>
      </w:pPr>
      <w:r>
        <w:rPr>
          <w:rFonts w:ascii="Calibri" w:hAnsi="Calibri" w:cs="Calibri" w:eastAsia="Calibri"/>
          <w:b/>
          <w:color w:val="1F4E79"/>
          <w:sz w:val="22"/>
        </w:rPr>
        <w:t>7.</w:t>
        <w:tab/>
      </w:r>
      <w:r>
        <w:rPr>
          <w:rFonts w:ascii="Nirmala UI" w:hAnsi="Nirmala UI" w:cs="Nirmala UI"/>
          <w:b w:val="0"/>
          <w:sz w:val="22"/>
        </w:rPr>
        <w:t xml:space="preserve">തീർച്ചയായും യേശു ഇപ്പോഴും കുരിശിൽ തൂങ്ങിക്കിടക്കുന്നില്ല. അവൻ ശരിക്കും മരിച്ചു, എന്നാൽ മരിച്ചവരിൽ നിന്ന് ഉയിർത്തെഴുന്നേറ്റു. യേശു പിതാവിങ്കലേക്കു മടങ്ങുന്നതിനു മുമ്പ് അനേകം സാക്ഷികൾ അവനെ കണ്ടു (28:1-20).</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യേശു മരിക്കുമ്പോൾ അനേകം ആളുകൾ അതുവഴി നടക്കുകയോ നിന്ന് നോക്കുകയോ ചെയ്തു. അവിടെ ആരൊക്കെ ഉണ്ടായിരുന്നുവെന്ന് നമുക്ക് ചിന്തിക്കാം. അവനെ നോക്കി ചിരിച്ച പടയാളികൾ, അവനെ പരിഹസിച്ച മറ്റ് ആളുകൾ, യേശു ഒരു അത്ഭുതം ചെയ്ത് കുരിശിൽ നിന്ന് ഇറങ്ങി വരാത്തതിനാൽ നിരാശരായ ജനക്കൂട്ടത്തിലെ ചിലർ. എന്നിരുന്നാലും, യേശു ശരിക്കും ദൈവപുത്രനാണെന്ന് ഒടുവിൽ വിശ്വസിച്ച ഒരു പടയാളി ഉണ്ടായിരുന്നു.</w:t>
      </w:r>
    </w:p>
    <w:p>
      <w:r>
        <w:rPr>
          <w:rFonts w:ascii="Nirmala UI" w:hAnsi="Nirmala UI" w:cs="Nirmala UI"/>
          <w:b w:val="0"/>
          <w:sz w:val="22"/>
        </w:rPr>
        <w:t xml:space="preserve">കുരിശിലെ തന്റെ യാഗത്തിലൂടെ യേശു നമ്മുടെ പാപങ്ങൾക്ക് ക്ഷമ കൊണ്ടുവന്നു. ദൈവത്തിന്റെ ശത്രുക്കളായിരുന്ന നമുക്ക് ദൈവത്തിന്റെ സുഹൃത്തുക്കളാകാൻ കഴിയും. </w:t>
      </w:r>
      <w:r>
        <w:rPr>
          <w:rFonts w:ascii="Nirmala UI" w:hAnsi="Nirmala UI" w:cs="Nirmala UI"/>
          <w:b/>
          <w:sz w:val="22"/>
        </w:rPr>
        <w:t xml:space="preserve">റോമർ 5:7-11 കുട്ടികളെ വായിച്ചു കേൾപ്പിക്കുക. </w:t>
      </w:r>
      <w:r>
        <w:rPr>
          <w:rFonts w:ascii="Nirmala UI" w:hAnsi="Nirmala UI" w:cs="Nirmala UI"/>
          <w:b w:val="0"/>
          <w:sz w:val="22"/>
        </w:rPr>
        <w:t xml:space="preserve">എത്ര അത്ഭുതകരമായ മാറ്റം! വരൂ, ഇതിന് നമുക്ക് ദൈവത്തിനു നന്ദി പറയാം.</w:t>
      </w:r>
    </w:p>
    <w:p>
      <w:pPr>
        <w:pStyle w:val="Heading2"/>
      </w:pPr>
      <w:r>
        <w:rPr>
          <w:rFonts w:ascii="Nirmala UI" w:hAnsi="Nirmala UI" w:cs="Nirmala UI"/>
        </w:rPr>
        <w:t xml:space="preserve">മനഃപാഠ വാക്യം ഹൃദിസ്ഥമാക്കൽ</w:t>
      </w:r>
    </w:p>
    <w:p>
      <w:r>
        <w:rPr>
          <w:rFonts w:ascii="Nirmala UI" w:hAnsi="Nirmala UI" w:cs="Nirmala UI"/>
          <w:b/>
          <w:sz w:val="22"/>
        </w:rPr>
        <w:t xml:space="preserve">കുട്ടികൾ പഠിച്ച പുറപ്പാട് 20-ലെ എല്ലാ വാക്യങ്ങളും അവലോകനം ചെയ്യുക.</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23 – Jesus Was Faithful, Even to Death</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23 – Jesus Was Faithful, Even to Death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