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22</w:t>
      </w:r>
    </w:p>
    <w:p>
      <w:pPr>
        <w:keepNext/>
        <w:spacing w:after="40"/>
      </w:pPr>
      <w:r>
        <w:rPr>
          <w:rFonts w:ascii="Nirmala UI" w:hAnsi="Nirmala UI" w:cs="Nirmala UI"/>
          <w:b/>
          <w:color w:val="1F4E79"/>
          <w:sz w:val="52"/>
        </w:rPr>
        <w:t xml:space="preserve">എസ്രാ ജനത്തിന് ന്യായപ്രമാണം വായിക്കുന്നു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ദൈവവചനം പഠിക്കുന്നത് നമുക്ക് ആത്മീയമായി ഭക്ഷണം നൽകുകയും ദൈവത്തെ പ്രസാദിപ്പിക്കുന്നതും നമുക്ക് സന്തോഷം നൽകുന്നതുമായ ജീവിതം നയിക്കാൻ നമ്മെ പ്രാപ്തരാക്കുകയും ചെയ്യുന്നുവെന്ന്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നെഹെമ്യാവ് 8:1-12, 18; 9:1-3</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20:16</w:t>
            </w:r>
          </w:p>
          <w:p>
            <w:pPr>
              <w:spacing w:after="40"/>
            </w:pPr>
            <w:r>
              <w:rPr>
                <w:rFonts w:ascii="Nirmala UI" w:hAnsi="Nirmala UI" w:cs="Nirmala UI"/>
                <w:b w:val="0"/>
                <w:i/>
                <w:sz w:val="22"/>
              </w:rPr>
              <w:t xml:space="preserve">(പത്തു കൽപ്പനകൾ) “കൂട്ടുകാരനെതിരെ കള്ളസാക്ഷ്യം പറയരുത്.”</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ഒരു ജോലി പൂർത്തിയാക്കിയാൽ നിങ്ങൾ എന്തു ചെയ്യും? കുട്ടികൾക്ക് മറുപടി പറയാൻ സമയം നൽകുക. </w:t>
      </w:r>
      <w:r>
        <w:rPr>
          <w:rFonts w:ascii="Nirmala UI" w:hAnsi="Nirmala UI" w:cs="Nirmala UI"/>
          <w:b w:val="0"/>
          <w:sz w:val="22"/>
        </w:rPr>
        <w:t xml:space="preserve">ഒരുപക്ഷേ നിങ്ങൾ വിശ്രമിക്കാൻ ഇരിക്കും, അല്ലെങ്കിൽ മറ്റെന്തെങ്കിലും ചെയ്യാൻ തുടങ്ങും. പൂർത്തിയാക്കിയത് വലിയ കാര്യമാണെങ്കിൽ നിങ്ങൾ അത് കൂട്ടുകാരെ കാണിച്ചേക്കാം.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നെഹെമ്യാവും യെരൂശലേം ജനവും തങ്ങളുടെ നഗരത്തിന്റെ മതിൽ പുനർനിർമ്മിക്കുക എന്ന വലിയ ജോലി പൂർത്തിയാക്കിയിരുന്നു. ഇപ്പോൾ അവിടെ താമസിക്കുന്നത് സുരക്ഷിതമായതിനാൽ എല്ലാവരെയും നഗരത്തിനുള്ളിൽ ഒരു യോഗത്തിനായി വിളിച്ചുകൂട്ടി. ജനത്തിന് ദൈവവചനം വായിച്ചുകൊടുക്കാൻ പുരോഹിതനായ എസ്രായോട് ആവശ്യപ്പെട്ടു. ദൈവം ആഗ്രഹിക്കുന്ന വിധത്തിൽ ഒരുമിച്ച് എങ്ങനെ ജീവിക്കണമെന്ന് അത് അവരെ പഠിപ്പിക്കും (നെഹെ 8:1).</w:t>
      </w:r>
    </w:p>
    <w:p>
      <w:pPr>
        <w:tabs>
          <w:tab w:pos="567" w:val="left"/>
        </w:tabs>
        <w:spacing w:after="120"/>
        <w:ind w:left="567" w:hanging="567"/>
      </w:pPr>
      <w:r>
        <w:rPr>
          <w:rFonts w:ascii="Calibri" w:hAnsi="Calibri" w:cs="Calibri" w:eastAsia="Calibri"/>
          <w:b/>
          <w:color w:val="1F4E79"/>
          <w:sz w:val="22"/>
        </w:rPr>
        <w:t>2.</w:t>
        <w:tab/>
      </w:r>
      <w:r>
        <w:rPr>
          <w:rFonts w:ascii="Calibri" w:hAnsi="Calibri" w:cs="Calibri" w:eastAsia="Calibri"/>
          <w:b/>
          <w:sz w:val="22"/>
        </w:rPr>
      </w:r>
      <w:r>
        <w:rPr>
          <w:rFonts w:ascii="Nirmala UI" w:hAnsi="Nirmala UI" w:cs="Nirmala UI"/>
          <w:b w:val="0"/>
          <w:sz w:val="22"/>
        </w:rPr>
        <w:t xml:space="preserve">ചിത്രം 22 കാണിക്കുക. എസ്രാ എല്ലാവർക്കും കാണാൻ കഴിയേണ്ടതിന് ഉയർത്തിയ ഒരു വേദിയിൽ നിൽക്കുന്നു. അച്ചടി കണ്ടുപിടിക്കുന്നതിനു മുമ്പ് പഴയനിയമം എഴുതിയിരുന്ന ചുരുൾ അവൻ പിടിച്ചിരിക്കുന്നു. അവന്റെ പിന്നിൽ പുനർനിർമ്മിച്ച നഗരമതിലുകൾ കാണാം. മനസ്സിലാക്കാൻ പ്രായമുള്ള എല്ലാവരും, കുട്ടികളും, കേൾക്കാൻ വന്നു. ഇവിടെ കാണുന്നതിലും കൂടുതൽ ആളുകളെ നിങ്ങൾ സങ്കൽപ്പിക്കണം; എല്ലാവരെയും ചിത്രത്തിൽ കാണിക്കുക അസാധ്യമാണ്! എസ്രാ പ്രഭാതത്തിൽ വായന തുടങ്ങി ഉച്ചവരെ തുടർന്നു. ആ സമയമത്രയും ജനം നിന്ന് കേട്ടു (8:2-6)!</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ഇടയ്ക്കിടെ എസ്രാ വായന നിർത്തുകയും അധ്യാപകരായ ലേവ്യർ ദൈവവചനം ജനത്തിന് വിശദീകരിക്കുകയും ചെയ്തു (8:7-8). ചിത്രത്തിൽ ലേവ്യർ എസ്രായുടെ പിന്നിൽ നിൽക്കുന്നു. എസ്രാ വായിക്കുന്നത് ജനം കേട്ടിരിക്കാവുന്ന ഒരു ഭാഗം പുറപ്പാട് 20 ആയിരുന്നു: പത്തു</w:t>
      </w:r>
    </w:p>
    <w:p>
      <w:pPr>
        <w:ind w:left="567"/>
      </w:pPr>
      <w:r>
        <w:rPr>
          <w:rFonts w:ascii="Nirmala UI" w:hAnsi="Nirmala UI" w:cs="Nirmala UI"/>
          <w:b w:val="0"/>
          <w:sz w:val="22"/>
        </w:rPr>
        <w:t xml:space="preserve">കൽപ്പനകൾ. ഇതുവരെ നാം പഠിച്ചത്രയും ഭാഗം നമുക്ക് ഒരുമിച്ച് ചൊല്ലാം. </w:t>
      </w:r>
      <w:r>
        <w:rPr>
          <w:rFonts w:ascii="Nirmala UI" w:hAnsi="Nirmala UI" w:cs="Nirmala UI"/>
          <w:b/>
          <w:sz w:val="22"/>
        </w:rPr>
        <w:t xml:space="preserve">പുറപ്പാട് 20:1-15 ചൊല്ലുക. </w:t>
      </w:r>
      <w:r>
        <w:rPr>
          <w:rFonts w:ascii="Nirmala UI" w:hAnsi="Nirmala UI" w:cs="Nirmala UI"/>
          <w:b w:val="0"/>
          <w:sz w:val="22"/>
        </w:rPr>
        <w:t xml:space="preserve">ഇനി പുറപ്പാട് 20-ലെ അടുത്ത വാക്യം നമുക്ക് പഠിക്കാം. ക്ലാസ്സ് 16-ാം വാക്യം ചൊല്ലട്ടെ.</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ദൈവവചനം പറഞ്ഞത് കേട്ടപ്പോൾ ജനം അസ്വസ്ഥരായി, കാരണം അവന്റെ കൽപ്പനകൾ തങ്ങൾ എത്രമാത്രം ലംഘിച്ചുവെന്ന് അവർ തിരിച്ചറിഞ്ഞു. </w:t>
      </w:r>
      <w:r>
        <w:rPr>
          <w:rFonts w:ascii="Nirmala UI" w:hAnsi="Nirmala UI" w:cs="Nirmala UI"/>
          <w:b/>
          <w:sz w:val="22"/>
        </w:rPr>
        <w:t xml:space="preserve">വീണ്ടും ചിത്രം 22 നോക്കുക. </w:t>
      </w:r>
      <w:r>
        <w:rPr>
          <w:rFonts w:ascii="Nirmala UI" w:hAnsi="Nirmala UI" w:cs="Nirmala UI"/>
          <w:b w:val="0"/>
          <w:sz w:val="22"/>
        </w:rPr>
        <w:t xml:space="preserve">തങ്ങളുടെ നഗരം നശിപ്പിക്കപ്പെടാൻ അവർ അർഹരായിരുന്നു. ആ ദിവസം ദുഃഖിക്കരുതെന്ന് നെഹെമ്യാവ് അവരോടു പറഞ്ഞു, കാരണം അത് ആനന്ദിക്കാനുള്ള ദിവസമായിരുന്നു. ദൈവം അവരോട് സംസാരിച്ച് എങ്ങനെ ജീവിക്കണമെന്നും അവനെ ആരാധിക്കണമെന്നും പറഞ്ഞിരുന്നു. പിന്നീട് തങ്ങളുടെ പാപങ്ങളെക്കുറിച്ച് ചിന്തിക്കാനും ദൈവത്തിന്റെ ക്ഷമ ചോദിക്കാനും ജനത്തിന് ഒരു പ്രത്യേക യോഗം ഉണ്ടായിരുന്നു (8:9, 11; 9:1-3).</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അങ്ങനെ ജനം യോഗം വിട്ട് ആഘോഷിച്ചു. ദൈവം അവർക്ക് സന്തോഷം നൽകിയിരുന്നു. അവന്റെ വചനം കേൾക്കുകയും അതിന്റെ അർത്ഥം മനസ്സിലാക്കുകയും ചെയ്തത് അവർക്ക് പുതിയ ശക്തി നൽകി (8:10, 12).</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ദൈവവചനം അറിയുന്നത് നമുക്ക് സന്തോഷവും ശക്തിയും നൽകുന്നു. വരുന്ന ആഴ്ച പുറപ്പാട് 20:1-16 നിങ്ങൾ സ്വയം ചൊല്ലണമെന്ന് ഞാൻ ആഗ്രഹിക്കുന്നു. നിങ്ങളിൽ ചിലർ ഒരേ കുടുംബത്തിൽ നിന്നുള്ളവരാണെങ്കിൽ, അല്ലെങ്കിൽ നിങ്ങൾക്ക് ഒത്തുകൂടാൻ കഴിയുമെങ്കിൽ, വാക്യങ്ങൾ പരസ്പരം ചൊല്ലിക്കേൾപ്പിക്കുക. ഒറ്റയ്ക്ക് ചെയ്യുന്നതിനെക്കാൾ അത് എളുപ്പമാണ്.</w:t>
      </w:r>
    </w:p>
    <w:p>
      <w:r>
        <w:rPr>
          <w:rFonts w:ascii="Nirmala UI" w:hAnsi="Nirmala UI" w:cs="Nirmala UI"/>
          <w:b w:val="0"/>
          <w:sz w:val="22"/>
        </w:rPr>
        <w:t xml:space="preserve">നിങ്ങളിൽ ആർക്കെങ്കിലും വായിക്കാൻ അറിയാമോ, അല്ലെങ്കിൽ നിങ്ങൾക്ക് വായിച്ചുതരാൻ ആരെങ്കിലുമുണ്ടോ? നിങ്ങൾക്ക് ഒരു ബൈബിളോ ബൈബിളിന്റെ ഒരു ഭാഗമോ ഉണ്ടെങ്കിൽ, ഓരോ ദിവസവും വായിക്കാൻ ഞാൻ നിങ്ങൾക്ക് അഞ്ചു മുതൽ പത്തു വരെ വാക്യങ്ങൾ തരും. </w:t>
      </w:r>
      <w:r>
        <w:rPr>
          <w:rFonts w:ascii="Nirmala UI" w:hAnsi="Nirmala UI" w:cs="Nirmala UI"/>
          <w:b/>
          <w:sz w:val="22"/>
        </w:rPr>
        <w:t xml:space="preserve">സുവിശേഷങ്ങളും ഉല്പത്തിയും തുടങ്ങാൻ നല്ല പുസ്തകങ്ങളാണ്.</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22 – Ezra Reads the Law to the People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22 – Ezra Reads the Law to the People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