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യെരൂശലേമിന്റെ മതിലുകൾ പുനർനിർമ്മിക്കുന്നു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നിരവധി ബുദ്ധിമുട്ടുകൾ ഉണ്ടായിട്ടും നഗരമതിലുകൾ പുനർനിർമ്മിക്കപ്പെടാൻ ദൈവം നെഹെമ്യാവിനെയും യെരൂശലേം ജനത്തെയും അനുഗ്രഹിച്ചതെങ്ങനെയെന്ന്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നെഹെമ്യാവ് 3:1-5, 12, 31-32; 4:1-23; 6:14, 15-16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20:15</w:t>
            </w:r>
          </w:p>
          <w:p>
            <w:pPr>
              <w:spacing w:after="40"/>
            </w:pPr>
            <w:r>
              <w:rPr>
                <w:rFonts w:ascii="Nirmala UI" w:hAnsi="Nirmala UI" w:cs="Nirmala UI"/>
                <w:b w:val="0"/>
                <w:i/>
                <w:sz w:val="22"/>
              </w:rPr>
              <w:t xml:space="preserve">(പത്തു കൽപ്പനകൾ) “മോഷ്ടിക്കരുത്.”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നിങ്ങളെ സഹായിക്കാൻ രണ്ടു കുട്ടികളോട് ആവശ്യപ്പെടുക. മുൻകൂട്ടി പരിശീലിക്കേണ്ടതില്ല. രണ്ടുപേർക്കും രണ്ടു കഷണം ചരട് നൽകി ക്ലാസ്സിന്റെ മുമ്പിൽ അവ കൂട്ടിക്കെട്ടാൻ പറയുക. എന്നാൽ സന്നദ്ധരായവരിൽ ഒരാൾ ഒരു കൈ മാത്രം ഉപയോഗിക്കണം. </w:t>
      </w:r>
      <w:r>
        <w:rPr>
          <w:rFonts w:ascii="Nirmala UI" w:hAnsi="Nirmala UI" w:cs="Nirmala UI"/>
          <w:b w:val="0"/>
          <w:sz w:val="22"/>
        </w:rPr>
        <w:t xml:space="preserve">ഒരു കൈയ്ക്കു പകരം രണ്ടു കൈകൾ ഉപയോഗിക്കുമ്പോൾ ഇത് വളരെ എളുപ്പമാണെന്ന് കുട്ടികൾ കാണും. ഒരുപക്ഷേ ഒരു കൈ മാത്രമുള്ളയാൾക്ക് മറ്റേ കൈയുടെ സ്ഥാനത്ത് ശരീരത്തിന്റെ മറ്റൊരു ഭാഗം ഉപയോഗിക്കേണ്ടി വരും!</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നെഹെമ്യാവിന് ചെയ്യാൻ ബുദ്ധിമുട്ടുള്ള ഒരു ജോലി ഉണ്ടായിരുന്നു. </w:t>
      </w:r>
      <w:r>
        <w:rPr>
          <w:rFonts w:ascii="Nirmala UI" w:hAnsi="Nirmala UI" w:cs="Nirmala UI"/>
          <w:b/>
          <w:sz w:val="22"/>
        </w:rPr>
        <w:t xml:space="preserve">ചിത്രങ്ങൾ 19, 20 ഉപയോഗിച്ച് പാഠം 20 ചുരുക്കി അവലോകനം ചെയ്യുക.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ആദ്യം, നിർമ്മാണ പദ്ധതിയിൽ പങ്കെടുക്കാൻ എല്ലാവരെയും നെഹെമ്യാവ് സംഘടിപ്പിക്കണമായിരുന്നു. വ്യത്യസ്ത കുടുംബങ്ങൾക്ക് മതിലിന്റെ വ്യത്യസ്ത ഭാഗങ്ങൾ പുനർനിർമ്മിക്കാൻ നൽകപ്പെട്ടു. കച്ചവടക്കാരും പുരോഹിതന്മാരും സാധാരണക്കാരും എല്ലാവരും സഹായിച്ചു, എന്നാൽ കൂടുതൽ സഹകരിക്കാമായിരുന്ന ഏതാനും നേതാക്കന്മാരും ഉണ്ടായിരുന്നു (നെഹെ 3:1-5, 12, 31-32). മതിൽ ഉയരാൻ തുടങ്ങി.</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യഹൂദരുടെ ശത്രുക്കൾ അവരുടെ മതിൽ കണ്ട് പരിഹസിക്കാൻ വന്നു. ഒരു കുറുക്കന് തട്ടിമറിക്കാൻ കഴിയുന്നത്ര ദുർബലമാണെന്ന് അവർ പരിഹസിച്ചു. ഒരു കാര്യം ചെയ്യാൻ കഷ്ടപ്പെടുമ്പോൾ ആരെങ്കിലും നിങ്ങളെ നോക്കി ചിരിച്ചാൽ അവരെ തിരിച്ചടിക്കാൻ നിങ്ങൾക്ക് തോന്നും. </w:t>
      </w:r>
      <w:r>
        <w:rPr>
          <w:rFonts w:ascii="Nirmala UI" w:hAnsi="Nirmala UI" w:cs="Nirmala UI"/>
          <w:b/>
          <w:sz w:val="22"/>
        </w:rPr>
        <w:t xml:space="preserve">ഒരുപക്ഷേ ഒരു കൈകൊണ്ട് ചരട് കെട്ടേണ്ടി വന്നയാളെ ക്ലാസ്സ് നോക്കി ചിരിച്ചിരിക്കാം. അങ്ങനെയെങ്കിൽ അതൊരു ഉദാഹരണമായി ഉപയോഗിക്കുക. </w:t>
      </w:r>
      <w:r>
        <w:rPr>
          <w:rFonts w:ascii="Nirmala UI" w:hAnsi="Nirmala UI" w:cs="Nirmala UI"/>
          <w:b w:val="0"/>
          <w:sz w:val="22"/>
        </w:rPr>
        <w:t xml:space="preserve">പകരം, നെഹെമ്യാവ് ജോലിയിൽ ശ്രദ്ധ കേന്ദ്രീകരിക്കുകയും യഹൂദരുടെ ശത്രുക്കളെ ദൈവം വിധിക്കണമെന്ന് പ്രാർത്ഥിക്കുകയും ചെയ്തു. ആ വലിയ മതിലിന്റെ പകുതി പണി തീർന്നു (4:1-6).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ശത്രുക്കൾ ഉപേക്ഷിച്ചില്ല. പണിക്കാരെ ആക്രമിക്കാൻ അവർ ഗൂഢാലോചന നടത്തി, അതിനാൽ പകുതി ആളുകൾ മാത്രം മതിൽ പണിയാനും മറ്റേ പകുതി കാവൽ നിൽക്കാനും നെഹെമ്യാവ് ക്രമീകരിച്ചു. പണിക്കാർ ഒരു കൈ മാത്രം ഉപയോഗിച്ചു, മറ്റേ കൈയിൽ അവർ ഒരു ആയുധം പിടിച്ചു. ആവശ്യമെങ്കിൽ അപായസൂചന മുഴക്കാൻ കാഹളമുള്ള ഒരാളെ നെഹെമ്യാവ് തന്റെ അടുത്തു നിർത്തി. </w:t>
      </w:r>
      <w:r>
        <w:rPr>
          <w:rFonts w:ascii="Nirmala UI" w:hAnsi="Nirmala UI" w:cs="Nirmala UI"/>
          <w:b/>
          <w:sz w:val="22"/>
        </w:rPr>
        <w:t xml:space="preserve">ചിത്രം 21 കാണിക്കുക. </w:t>
      </w:r>
      <w:r>
        <w:rPr>
          <w:rFonts w:ascii="Nirmala UI" w:hAnsi="Nirmala UI" w:cs="Nirmala UI"/>
          <w:b w:val="0"/>
          <w:sz w:val="22"/>
        </w:rPr>
        <w:t xml:space="preserve">മതിൽ ഉയർന്നുകൊണ്ടിരുന്നു (4:7-20).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എല്ലാവരും പ്രഭാതം മുതൽ രാത്രിവരെ പണിയെടുത്തു. നെഹെമ്യാവും മറ്റു ചിലരും വസ്ത്രം പോലും മാറിയില്ല (4:21-23). അവരുടെ ശത്രുക്കൾ നെഹെമ്യാവിനെ കൊല്ലാനും ശ്രമിച്ചു, എന്നാൽ അവരുടെ ഗൂഢാലോചനകൾ പരാജയപ്പെട്ടു (6:1-4).</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ദൈവത്തിന്റെ സഹായത്താൽ നഗരത്തിന്റെ മതിൽ 52 ദിവസം എന്ന റെക്കോർഡ് സമയത്തിൽ പൂർണ്ണമായി പുനർനിർമ്മിക്കപ്പെട്ടു (6:15-16)!</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മതിൽ പ്രതിഷ്ഠിച്ചപ്പോൾ വലിയ ആഘോഷം ഉണ്ടായി. എല്ലാവരും മതിലിലൂടെ ഘോഷയാത്രയായി നടന്നു (12:27, 43).</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ഇത് പറയാൻ വളരെ ആവേശകരമായ കഥയാണ്. ക്ലാസ്സിന് അഭിനയിക്കാൻ ഇത് നല്ലൊരു കഥയാണ്.</w:t>
      </w:r>
    </w:p>
    <w:p>
      <w:r>
        <w:rPr>
          <w:rFonts w:ascii="Nirmala UI" w:hAnsi="Nirmala UI" w:cs="Nirmala UI"/>
          <w:b/>
          <w:sz w:val="22"/>
        </w:rPr>
        <w:t xml:space="preserve">രംഗം 1: ഒരു കൂട്ടം കുട്ടികൾ മതിൽ പണിയുന്നു, മറ്റുള്ളവർ അവരുടെ പ്രയത്നത്തെ പരിഹസിച്ച് നടന്നുപോകുന്നു.</w:t>
      </w:r>
    </w:p>
    <w:p>
      <w:r>
        <w:rPr>
          <w:rFonts w:ascii="Nirmala UI" w:hAnsi="Nirmala UI" w:cs="Nirmala UI"/>
          <w:b/>
          <w:sz w:val="22"/>
        </w:rPr>
        <w:t xml:space="preserve">രംഗം 2: പണിക്കാരിൽ പകുതി കാവൽ നിൽക്കുന്നു, മറ്റേ പകുതി ഒരു കൈ മാത്രം ഉപയോഗിച്ച് മതിൽ പണിയുന്നത് നോക്കുന്നു.</w:t>
      </w:r>
    </w:p>
    <w:p>
      <w:r>
        <w:rPr>
          <w:rFonts w:ascii="Nirmala UI" w:hAnsi="Nirmala UI" w:cs="Nirmala UI"/>
          <w:b/>
          <w:sz w:val="22"/>
        </w:rPr>
        <w:t xml:space="preserve">നിങ്ങളുടെ പക്കലുള്ള സമയം അനുസരിച്ച് കൂടുതൽ രംഗങ്ങൾ ചേർക്കുക.</w:t>
      </w:r>
    </w:p>
    <w:p>
      <w:r>
        <w:rPr>
          <w:rFonts w:ascii="Nirmala UI" w:hAnsi="Nirmala UI" w:cs="Nirmala UI"/>
          <w:b/>
          <w:sz w:val="22"/>
        </w:rPr>
        <w:t xml:space="preserve">അവസാന രംഗം: മതിലിനെ പ്രതിനിധീകരിക്കുന്ന ഒരു വൃത്തത്തിൽ എല്ലാവരും നടന്ന് ദൈവത്തിന് ഒരു സ്തുതിഗീതം പാടിക്കൊണ്ട് അവസാനിപ്പിക്കുക.</w:t>
      </w:r>
    </w:p>
    <w:p>
      <w:r>
        <w:rPr>
          <w:rFonts w:ascii="Nirmala UI" w:hAnsi="Nirmala UI" w:cs="Nirmala UI"/>
          <w:b/>
          <w:sz w:val="22"/>
        </w:rPr>
        <w:t xml:space="preserve">ഇന്ന് ദൈവത്തിന്റെ സഹായത്താൽ ബുദ്ധിമുട്ടുകൾ മറികടന്നതിന്റെ നിങ്ങളുടെ സ്വന്തം ജീവിതത്തിൽ നിന്നോ മറ്റുള്ളവരുടെ ജീവിതത്തിൽ നിന്നോ ഉദാഹരണങ്ങൾ പങ്കുവയ്ക്കുക. കുട്ടികൾ ആഗ്രഹിക്കുന്നുവെങ്കിൽ അവരെയും പങ്കുചേരാൻ അനുവദിക്കുക. പാഠം 20-ന്റെ അവസാനം നിങ്ങൾ പങ്കുവച്ച സാക്ഷ്യങ്ങൾ ഓർക്കുക.</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Rebuilding Jerusalem’s Walls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Rebuilding Jerusalem’s Walls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