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20</w:t>
      </w:r>
    </w:p>
    <w:p>
      <w:pPr>
        <w:keepNext/>
        <w:spacing w:after="40"/>
      </w:pPr>
      <w:r>
        <w:rPr>
          <w:rFonts w:ascii="Nirmala UI" w:hAnsi="Nirmala UI" w:cs="Nirmala UI"/>
          <w:b/>
          <w:color w:val="1F4E79"/>
          <w:sz w:val="52"/>
        </w:rPr>
        <w:t xml:space="preserve">നെഹെമ്യാവ് തകർന്ന നഗരം പരിശോധിക്കുന്നു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നെഹെമ്യാവ് ശ്രദ്ധാപൂർവ്വം പദ്ധതികൾ തയ്യാറാക്കുകയും ദൈവത്തിലുള്ള വിശ്വാസത്തിൽ ജനത്തെ പ്രോത്സാഹിപ്പിക്കുകയും ചെയ്തതിനാൽ അവർ അവനോടൊപ്പം സഹകരിക്കാൻ തയ്യാറായതെങ്ങനെയെന്ന്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നെഹെമ്യാവ് 2:9-20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20:14</w:t>
            </w:r>
          </w:p>
          <w:p>
            <w:pPr>
              <w:spacing w:after="40"/>
            </w:pPr>
            <w:r>
              <w:rPr>
                <w:rFonts w:ascii="Nirmala UI" w:hAnsi="Nirmala UI" w:cs="Nirmala UI"/>
                <w:b w:val="0"/>
                <w:i/>
                <w:sz w:val="22"/>
              </w:rPr>
              <w:t xml:space="preserve">(പത്തു കൽപ്പനകൾ) “വ്യഭിചാരം ചെയ്യരുത്.”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നിങ്ങൾക്ക് ചെയ്യേണ്ടി വന്ന വളരെ ബുദ്ധിമുട്ടുള്ള ഒരു കാര്യം ഓർക്കുക. നിങ്ങൾ അത് എങ്ങനെ ചെയ്തു? ആദ്യം പ്രാർത്ഥിച്ചോ? ശ്രദ്ധാപൂർവ്വം പദ്ധതികൾ ഉണ്ടാക്കിയോ? മറ്റുള്ളവരെ സഹായിക്കാൻ കൂട്ടിയോ?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നെഹെമ്യാവിന് ചെയ്യാൻ വളരെ ബുദ്ധിമുട്ടുള്ള ഒരു ജോലി ഉണ്ടായിരുന്നു, അതിനുമുമ്പ് അവൻ ഈ ഒരുക്കങ്ങളെല്ലാം നടത്തിയിരുന്നു. അവൻ ചെന്ന് യെരൂശലേമിലെ ജനത്തെ അവരുടെ നഗരം പുനർനിർമ്മിക്കാൻ സഹായിക്കണമായിരുന്നു. നഗരം സുരക്ഷിതമാകേണ്ടതിന് അവർ ആദ്യം മതിലുകൾ പണിയണമായിരുന്നു. എന്നാൽ അവർ നിരാശരായിരുന്നു. ജോലി വളരെ വലുതായിരുന്നു, അവരെ സഹായിക്കാൻ ആരുമുണ്ടായിരുന്നില്ല; പകരം അവർക്ക് അനേകം ശത്രുക്കൾ ഉണ്ടായിരുന്നു (നെഹെ 2:10).</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നെഹെമ്യാവ് തന്റെ നിർമ്മാണ സാമഗ്രികളുമായി യെരൂശലേമിൽ എത്തി. ആദ്യത്തെ മൂന്നു ദിവസം ദൈവം തന്നെ അയച്ച കാര്യത്തെക്കുറിച്ച് അവൻ മിണ്ടാതിരുന്നു. </w:t>
      </w:r>
      <w:r>
        <w:rPr>
          <w:rFonts w:ascii="Nirmala UI" w:hAnsi="Nirmala UI" w:cs="Nirmala UI"/>
          <w:b/>
          <w:sz w:val="22"/>
        </w:rPr>
        <w:t xml:space="preserve">ചിത്രം 20 കാണിക്കുക. </w:t>
      </w:r>
      <w:r>
        <w:rPr>
          <w:rFonts w:ascii="Nirmala UI" w:hAnsi="Nirmala UI" w:cs="Nirmala UI"/>
          <w:b w:val="0"/>
          <w:sz w:val="22"/>
        </w:rPr>
        <w:t xml:space="preserve">അതേക്കുറിച്ച് സംസാരിക്കുന്നതിനു മുമ്പ് ആർക്കും തന്നെ കാണാൻ കഴിയാത്ത, സമാധാനത്തോടെ പ്രവർത്തിക്കാൻ കഴിയുന്ന രാത്രിയിൽ അവൻ നഗരം ശ്രദ്ധാപൂർവ്വം പരിശോധിച്ചു (2:11-12).</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നഗരം നശിച്ചു കിടക്കുകയായിരുന്നു (2:13-15). </w:t>
      </w:r>
      <w:r>
        <w:rPr>
          <w:rFonts w:ascii="Nirmala UI" w:hAnsi="Nirmala UI" w:cs="Nirmala UI"/>
          <w:b/>
          <w:sz w:val="22"/>
        </w:rPr>
        <w:t xml:space="preserve">നെഹെമ്യാവ് കണ്ടത് വിവരിക്കുക.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പിന്നെ നെഹെമ്യാവ് പ്രാദേശിക നേതാക്കന്മാരെ വിളിച്ചുകൂട്ടി താൻ ചെയ്തത് അവരോടു പറഞ്ഞു. നഗരം മോശം അവസ്ഥയിലാണെന്ന് അവൻ അവരോടു പറഞ്ഞു. എന്നാൽ ദൈവം തന്നെ എങ്ങനെ സഹായിച്ചുവെന്നും അവൻ അവരോടു സാക്ഷ്യം പറഞ്ഞു. അത് അവരെ വിശ്വാസത്തിൽ പ്രോത്സാഹിപ്പിച്ചു, മതിലുകൾ പുനർനിർമ്മിക്കുക എന്ന വലിയ വേല തുടങ്ങാൻ അവർ തയ്യാറായി (2:16-18).</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യഹൂദരെയും അവരുടെ നിർമ്മാണ പദ്ധതിയെയും പരിഹസിച്ച ശക്തരായ ശത്രുക്കൾ ഉണ്ടായിരുന്നു, എന്നാൽ ദൈവം തങ്ങളോടുകൂടെ ഉണ്ടെന്ന് നെഹെമ്യാവിനറിയാമായിരുന്നു (2:19-20).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തന്നെ എങ്ങനെ അനുഗ്രഹിച്ചുവെന്ന് അവരുമായി പങ്കുവച്ചുകൊണ്ട് യെരൂശലേം ജനത്തെ പ്രോത്സാഹിപ്പിക്കാനും അവർക്ക് പ്രത്യാശയുടെ ഒരു ദർശനം നൽകാനും നെഹെമ്യാവിനു കഴിഞ്ഞു. </w:t>
      </w:r>
      <w:r>
        <w:rPr>
          <w:rFonts w:ascii="Nirmala UI" w:hAnsi="Nirmala UI" w:cs="Nirmala UI"/>
          <w:b/>
          <w:sz w:val="22"/>
        </w:rPr>
        <w:t xml:space="preserve">നിങ്ങളുടെ സ്വന്തം സാക്ഷ്യം ക്ലാസ്സുമായി ചുരുക്കി പങ്കുവയ്ക്കാനോ പ്രാദേശിക സഭയിലെ മറ്റ് അംഗങ്ങളെ ദൈവം അനുഗ്രഹിച്ചതിന്റെ ഉദാഹരണങ്ങൾ നൽകാനോ ഉള്ള ഒരു അവസരമാണിത്.</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Nehemiah Inspects the Ruined City</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Nehemiah Inspects the Ruined City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