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മഹാരാജാവിന്റെ മുമ്പിൽ നെഹെമ്യാവ്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നെഹെമ്യാവിന്റെ പ്രാർത്ഥനയ്ക്ക് ഉത്തരം നൽകിയതെങ്ങനെയെന്ന്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നെഹെമ്യാവ് 1:1-11; 2:1-9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20:13</w:t>
            </w:r>
          </w:p>
          <w:p>
            <w:pPr>
              <w:spacing w:after="40"/>
            </w:pPr>
            <w:r>
              <w:rPr>
                <w:rFonts w:ascii="Nirmala UI" w:hAnsi="Nirmala UI" w:cs="Nirmala UI"/>
                <w:b w:val="0"/>
                <w:i/>
                <w:sz w:val="22"/>
              </w:rPr>
              <w:t xml:space="preserve">(പത്തു കൽപ്പനകൾ) “കൊല ചെയ്യരുത്.”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വാർത്ത സ്വയം സൂക്ഷിക്കാൻ നിങ്ങൾ എപ്പോഴെങ്കിലും ശ്രമിച്ചിട്ടുണ്ടോ? സന്തോഷവാർത്തയാണെങ്കിൽ മുഖത്തോ പെരുമാറ്റത്തിലോ സന്തോഷം കാണിക്കാതിരിക്കാൻ ശ്രദ്ധിക്കണം. ദുർവാർത്ത സ്വയം സൂക്ഷിക്കുന്നത് ഏറെ ബുദ്ധിമുട്ടാണ്.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നെഹെമ്യാവിന് വളരെ മോശം വാർത്ത ലഭിച്ചു. അവൻ ദൈവത്തിൽ ആശ്രയിച്ച ഒരു യഹൂദനായിരുന്നു. ദാനീയേലിന് കുറച്ച് കാലത്തിനു ശേഷം അവൻ ബാബിലോണിൽ ഒരു അടിമയായിരുന്നു. തന്റെ പൂർവ്വികരുടെ തലസ്ഥാനമായ യെരൂശലേം നശിച്ചു കിടക്കുന്നുവെന്നും അവിടെ താമസിക്കുന്നവർ വലിയ കഷ്ടത അനുഭവിക്കുന്നുവെന്നും നെഹെമ്യാവിന് വാർത്ത ലഭിച്ചു (നെഹെ 1:1-3).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നെഹെമ്യാവ് തന്റെ ദുഃഖം ദൈവത്തിങ്കൽ കൊണ്ടുപോയി പ്രാർത്ഥിച്ചു. അവൻ ദൈവത്തെ ആരാധിക്കുകയും ഇസ്രായേലിനോടുള്ള ദൈവത്തിന്റെ വാഗ്ദാനങ്ങൾ ദൈവത്തെ ഓർമ്മിപ്പിക്കുകയും ചെയ്തു. ദൈവത്തിൽ നിന്ന് പുറംതിരിഞ്ഞ തന്റെ ജനത്തിന്റെ പാപങ്ങൾ അവൻ ഏറ്റുപറഞ്ഞു. ഒടുവിൽ ശക്തനായ അർത്ഥഹ്ശഷ്ടാവ് രാജാവിൽ നിന്ന് സഹായം ലഭിക്കാൻ തന്നെ സഹായിക്കണമെന്ന് അവൻ ദൈവത്തോട് അപേക്ഷിച്ചു. നെഹെമ്യാവ് ഇങ്ങനെ പല മാസങ്ങൾ പ്രാർത്ഥിച്ചു (1:4-11).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നെഹെമ്യാവ് ആ വിദേശരാജാവിന്റെ വിശ്വസ്ത ദാസനായിരുന്നു. രാജാവ് കുടിക്കുന്നതിനു മുമ്പ് വിഷമുണ്ടോ എന്നറിയാൻ വീഞ്ഞ് രുചിച്ചുനോക്കുകയായിരുന്നു അവന്റെ ജോലി. രാജസന്നിധിയിൽ ആരും ദുഃഖിതരായി കാണപ്പെടാൻ പാടില്ലായിരുന്നു. </w:t>
      </w:r>
      <w:r>
        <w:rPr>
          <w:rFonts w:ascii="Nirmala UI" w:hAnsi="Nirmala UI" w:cs="Nirmala UI"/>
          <w:b/>
          <w:sz w:val="22"/>
        </w:rPr>
        <w:t xml:space="preserve">ചിത്രം 19 കാണിച്ച് നെഹെമ്യാവ് രാജാവിനെ സമീപിച്ചതെങ്ങനെയെന്ന് വിവരിക്കുക (2:1-4a).</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അർത്ഥഹ്ശഷ്ടാവ് രാജാവിന്റെ ചോദ്യത്തിന് ഉത്തരം പറയുന്നതിനു മുമ്പ് നെഹെമ്യാവ് നിശ്ശബ്ദമായി ദൈവത്തോട് പ്രാർത്ഥിച്ചു. യെരൂശലേമിലേക്കു പോകാനുള്ള അനുവാദത്തിനും നിർമ്മാണ സാമഗ്രികൾക്കുമായുള്ള തന്റെ അപേക്ഷയുമായി അവൻ തയ്യാറായിരുന്നു. മുമ്പ് പ്രാർത്ഥനയിൽ ചെലവഴിച്ച സമയത്ത് നെഹെമ്യാവ് നല്ല പദ്ധതികൾ ഉണ്ടാക്കിയിരുന്നു. ദൈവം നെഹെമ്യാവിന്റെ പ്രാർത്ഥനകൾക്ക് ഉത്തരം നൽകി, അർത്ഥഹ്ശഷ്ടാവ് അവന്റെ അപേക്ഷകൾ അനുവദിച്ചു. നെഹെമ്യാവിന്റെ യാത്രയിൽ സംരക്ഷണത്തിനായി അവൻ പട്ടാളക്കാരെയും കൂടെ അയച്ചു (2:4b-9).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നിങ്ങളിൽ ചിലർക്ക് ഒരുപക്ഷേ ആറു വയസ്സുണ്ടായിരിക്കും. ഇത്രയും കാലമായി ഒരു കൂട്ടം അമേരിക്കൻ ക്രിസ്ത്യാനികൾ അമേരിക്കയിലെ സാൻഡാവേ ജനം ദൈവവചനം കേൾക്കാൻ പ്രാർത്ഥിക്കുന്നു. ദൈവം അവരുടെ പ്രാർത്ഥനകൾക്ക് ഉത്തരം നൽകി - അവിടെ ഒരു ചെറിയ സഭ സ്ഥാപിക്കപ്പെട്ടു. ആദ്യം വിശ്വസിച്ചവരിൽ ഒരാൾ ഒരു മധ്യവയസ്കനായിരുന്നു. അദ്ദേഹം മിഷനറിയുടെ വീട്ടിൽ ചെന്ന് ഒരു മാസമായി താൻ വായിച്ചുകൊണ്ടിരുന്ന രണ്ടു ചെറിയ ക്രിസ്തീയ ലഘുലേഖകൾ പുറത്തെടുത്തു. അദ്ദേഹം പറഞ്ഞു: “ഞാൻ ഈ ചെറിയ പുസ്തകങ്ങളുമായി രണ്ടു മാസം കഴിഞ്ഞു, ഞാൻ അവ വായിച്ചുകൊണ്ടേയിരുന്നു. ഞാൻ അവയെക്കുറിച്ച് എന്റെ ഭാര്യയോട് സംസാരിച്ചു. ഇപ്പോൾ രക്ഷിക്കപ്പെടാൻ ഞാൻ ഇവിടെ വന്നിരിക്കുന്നു.” </w:t>
      </w:r>
      <w:r>
        <w:rPr>
          <w:rFonts w:ascii="Nirmala UI" w:hAnsi="Nirmala UI" w:cs="Nirmala UI"/>
          <w:b/>
          <w:sz w:val="22"/>
        </w:rPr>
        <w:t xml:space="preserve">(ഉറവിടം: എഐഎം ഇന്റർനാഷണൽ.)</w:t>
      </w:r>
    </w:p>
    <w:p>
      <w:r>
        <w:rPr>
          <w:rFonts w:ascii="Nirmala UI" w:hAnsi="Nirmala UI" w:cs="Nirmala UI"/>
          <w:b w:val="0"/>
          <w:sz w:val="22"/>
        </w:rPr>
        <w:t xml:space="preserve">ദൈവം നെഹെമ്യാവിന്റെ പ്രാർത്ഥന കേട്ട് ഉത്തരം നൽകി. ദൈവം ഇന്നും പ്രാർത്ഥനകൾ കേട്ട് ഉത്തരം നൽകുന്നു.</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എല്ലാ കൽപ്പനകളും ചൊല്ലുക.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Nehemiah Before the Great King</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Nehemiah Before the Great King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