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സിംഹങ്ങളുടെ ഗുഹയിൽ ദാനീയേൽ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5: ദൈവത്തിനു വേണ്ടി വിചാരണയിൽ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ദാനീയേലിനെപ്പോലെ ആളുകൾക്ക് നമ്മോടു ചെയ്യാവുന്ന ഒന്നിനെയും നാം ഭയപ്പെടേണ്ടതില്ലെന്ന് കുട്ടികളെ കാണിക്കുക. യേശുക്രിസ്തു നമുക്കു നൽകിയ നിത്യജീവൻ ഒരിക്കലും ആർക്കും എടുത്തുകളയാൻ കഴിയില്ല.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ദാനീയേൽ 6:16-18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20:12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(പത്തു കൽപ്പനകൾ) “നിന്റെ ദൈവമായ യഹോവ നിനക്കു തരുന്ന ദേശത്തു നിനക്കു ദീർഘായുസ്സ് ഉണ്ടാകേണ്ടതിന് നിന്റെ അപ്പനെയും അമ്മയെയും ബഹുമാനിക്കുക.”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അധ്യായം മുഴുവൻ വായിക്കുന്നതാണ് നല്ലത്. കഴിഞ്ഞയാഴ്ചത്തെ ഓർമ്മവാക്യം അവലോകനം ചെയ്ത് ഈ ആഴ്ച 12-ാം വാക്യം പൂർത്തിയാക്കുക.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നിങ്ങളിൽ ആരെങ്കിലും ഒരു സിംഹത്തെ കണ്ടിട്ടുണ്ടോ, അല്ലെങ്കിൽ കണ്ടിട്ടുള്ള ആരെയെങ്കിലും അറിയുമോ? അവ വളരെ ശക്തിയുള്ള അപകടകാരികളായ മൃഗങ്ങളാണ്. ഒന്നിനെ കണ്ടുമുട്ടിയാൽ നിങ്ങൾക്ക് നല്ല ഒരു ആയുധം വേണ്ടിവരും!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ദാനീയേൽ ഒരു സിംഹത്തെയല്ല, പല സിംഹങ്ങളെയാണ് കണ്ടുമുട്ടാൻ പോകുന്നത്, അതും തികച്ചും നിരായുധനായി! ദാരിയൂസ് രാജാവിന് ഈ കാര്യമെല്ലാം ഇഷ്ടമല്ലായിരുന്നു, എന്നാൽ തന്റെ പുതിയ ഭോഷത്തം നിറഞ്ഞ നിയമത്തിൽ നിന്ന് ഒരു വഴി കണ്ടെത്താൻ അവന് കഴിഞ്ഞില്ല (ദാനീ 6:14-15). </w:t>
      </w:r>
      <w:r>
        <w:rPr>
          <w:rFonts w:ascii="Nirmala UI" w:hAnsi="Nirmala UI" w:cs="Nirmala UI"/>
          <w:b/>
          <w:sz w:val="22"/>
        </w:rPr>
        <w:t xml:space="preserve">ചിത്രം 17 കാണിച്ച് ചോദ്യങ്ങൾ ചോദിച്ച് കഴിഞ്ഞയാഴ്ചത്തെ കഥ ചുരുക്കി അവലോകനം ചെയ്യുക.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ദാനീയേലിനെ അറസ്റ്റ് ചെയ്ത് സിംഹങ്ങളുടെ ഗുഹയിൽ എറിഞ്ഞു. </w:t>
      </w:r>
      <w:r>
        <w:rPr>
          <w:rFonts w:ascii="Nirmala UI" w:hAnsi="Nirmala UI" w:cs="Nirmala UI"/>
          <w:b/>
          <w:sz w:val="22"/>
        </w:rPr>
        <w:t xml:space="preserve">രാജാവിന്റെ വിടവാങ്ങൽ ആശംസയും ദാനീയേൽ ഗുഹയ്ക്കുള്ളിൽ തന്നെ നിൽക്കാനുള്ള മുൻകരുതലുകളും രാജാവിന്റെ മോശം രാത്രിയും കുട്ടികളോടു പറയുക (6:16-18).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പിറ്റേന്ന് പുലർച്ചയ്ക്ക് ദാരിയൂസ് രാജാവ് സിംഹങ്ങളെ പാർപ്പിച്ചിരുന്ന കുഴിയിലേക്ക് ധൃതിയിൽ ചെന്നു. ദാനീയേലിന്റെ ദൈവത്തിന് അവനെ രക്ഷിക്കാൻ കഴിഞ്ഞോ? </w:t>
      </w:r>
      <w:r>
        <w:rPr>
          <w:rFonts w:ascii="Nirmala UI" w:hAnsi="Nirmala UI" w:cs="Nirmala UI"/>
          <w:b/>
          <w:sz w:val="22"/>
        </w:rPr>
        <w:t xml:space="preserve">രാജാവ് വിളിച്ചപ്പോൾ ദാനീയേൽ എങ്ങനെ മറുപടി പറഞ്ഞുവെന്ന് വിവരിക്കുക. ചിത്രം 18 കാണിക്കുക. ദാനീയേൽ തികച്ചും സുരക്ഷിതനായിരുന്നു (6:19-22)!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രാജാവ് അത്യധികം സന്തോഷിച്ചു. ദാനീയേലിനെ വിട്ടയച്ചു, അവനെതിരെ ഗൂഢാലോചന നടത്തിയ ദുഷ്ടന്മാരെ പകരം സിംഹങ്ങൾക്ക് എറിഞ്ഞുകൊടുത്തു (6:23-24).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ദൈവം ഈ സംഭവം തന്റെ ശക്തി കാണിക്കാൻ ഉപയോഗിച്ചു, ഫലമായി ദാനീയേൽ ജീവനുള്ള ദൈവത്തെ സേവിക്കുന്നുവെന്ന് ദാരിയൂസ് രാജാവിന് ബോധ്യമായി. ദൈവത്തെക്കുറിച്ചുള്ള അറിവ് ആ വിശാല രാജ്യത്തുടനീളം വ്യാപിച്ചു. </w:t>
      </w:r>
      <w:r>
        <w:rPr>
          <w:rFonts w:ascii="Nirmala UI" w:hAnsi="Nirmala UI" w:cs="Nirmala UI"/>
          <w:b/>
          <w:sz w:val="22"/>
        </w:rPr>
        <w:t xml:space="preserve">6:26-27 കുട്ടികളെ വായിച്ചു കേൾപ്പിക്കുക.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ആഫ്രിക്കയിലെ ആയിരക്കണക്കിന് ആളുകൾ യുദ്ധം, വിശപ്പ്, രോഗം, ദുരാത്മാക്കൾ, ഏറ്റവുമധികം മരണം എന്നിവയെ ഭയന്ന് ജീവിക്കുന്നു. പലർക്കും വീടുകളും സർവ്വസ്വവും നഷ്ടപ്പെട്ടു, ചിലർക്ക് ഒന്നിലധികം തവണ.</w:t>
      </w:r>
    </w:p>
    <w:p>
      <w:r>
        <w:rPr>
          <w:rFonts w:ascii="Nirmala UI" w:hAnsi="Nirmala UI" w:cs="Nirmala UI"/>
          <w:b w:val="0"/>
          <w:sz w:val="22"/>
        </w:rPr>
        <w:t xml:space="preserve">ദാനീയേൽ തന്നെ പരിപാലിക്കാൻ ദൈവത്തിൽ ആശ്രയിച്ചു, ദൈവം അവനെ സിംഹങ്ങളിൽ നിന്ന് രക്ഷിച്ചു. എന്നാൽ ദൈവത്തിന്റെ മറ്റ് വിശ്വസ്ത ദാസന്മാർ മരിക്കാൻ അനുവദിക്കപ്പെട്ടിട്ടുണ്ട്. </w:t>
      </w:r>
      <w:r>
        <w:rPr>
          <w:rFonts w:ascii="Nirmala UI" w:hAnsi="Nirmala UI" w:cs="Nirmala UI"/>
          <w:b/>
          <w:sz w:val="22"/>
        </w:rPr>
        <w:t xml:space="preserve">എബ്രായർ 11:35-40 ലെ പട്ടിക കുട്ടികളെ വായിച്ചു കേൾപ്പിക്കുക.</w:t>
      </w:r>
    </w:p>
    <w:p>
      <w:r>
        <w:rPr>
          <w:rFonts w:ascii="Nirmala UI" w:hAnsi="Nirmala UI" w:cs="Nirmala UI"/>
          <w:b w:val="0"/>
          <w:sz w:val="22"/>
        </w:rPr>
        <w:t xml:space="preserve">ഇതുപോലുള്ള ഭയങ്കര പീഡനങ്ങൾ ഇന്നും നടക്കുന്നു. എന്നാൽ ദുഷ്ടന്മാർ ക്രിസ്ത്യാനികളുടെ ജീവൻ എടുത്താലും അവരുടെ പ്രത്യാശയെ കൊല്ലാൻ അവർക്കു കഴിയില്ല. ദൈവപുത്രനായ യേശുക്രിസ്തു നമുക്ക് നിത്യജീവൻ നൽകാൻ വന്നു.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ഇതുവരെ പഠിച്ച പുറപ്പാട് 20-ലെ എല്ലാ വാക്യങ്ങളും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18 – Daniel in the Lions’ Den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18 – Daniel in the Lions’ Den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