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13</w:t>
      </w:r>
    </w:p>
    <w:p>
      <w:pPr>
        <w:keepNext/>
        <w:spacing w:after="40"/>
      </w:pPr>
      <w:r>
        <w:rPr>
          <w:rFonts w:ascii="Nirmala UI" w:hAnsi="Nirmala UI" w:cs="Nirmala UI"/>
          <w:b/>
          <w:color w:val="1F4E79"/>
          <w:sz w:val="52"/>
        </w:rPr>
        <w:t xml:space="preserve">ദാനീയേലും കൂട്ടുകാരും വിശ്വസ്തരായി തുടരുന്നു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തന്നെ വിശ്വസ്തതയോടെ ബഹുമാനിക്കുന്നവരുടെ വിശ്വാസത്തെ ദൈവം ബഹുമാനിക്കുന്നതെങ്ങനെയെന്ന്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ദാനീയേൽ 1:1-21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20:10</w:t>
            </w:r>
          </w:p>
          <w:p>
            <w:pPr>
              <w:spacing w:after="40"/>
            </w:pPr>
            <w:r>
              <w:rPr>
                <w:rFonts w:ascii="Nirmala UI" w:hAnsi="Nirmala UI" w:cs="Nirmala UI"/>
                <w:b w:val="0"/>
                <w:i/>
                <w:sz w:val="22"/>
              </w:rPr>
              <w:t xml:space="preserve">(പത്തു കൽപ്പനകൾ) “ഏഴാം ദിവസമോ നിന്റെ ദൈവമായ യഹോവയുടെ ശബ്ബത്ത് ആകുന്നു; അന്ന് നീയോ നിന്റെ മകനോ മകളോ നിന്റെ ദാസനോ ദാസിയോ നിന്റെ മൃഗമോ നിന്റെ പട്ടണങ്ങളിലുള്ള പരദേശിയോ യാതൊരു വേലയും ചെയ്യരുത്.”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ഇന്നും പലരും, പ്രത്യേകിച്ച് കുട്ടികൾ, അടിമകളായിരിക്കുന്നത് സങ്കടകരമായ സത്യമാണ്. യുദ്ധങ്ങൾ പലപ്പോഴും അടിമത്തം കൊണ്ടുവരുന്നു. അടിമത്തം എന്താണെന്ന് ക്ലാസ്സിനോട് സംസാരിക്കുക. അടിമകൾ ആരുടെയെങ്കിലും ഉടമസ്ഥതയിലാണ്, പലപ്പോഴും അവരുടെ കുടുംബങ്ങളിൽ നിന്നും സ്വന്തം നാട്ടിൽ നിന്നും അകറ്റപ്പെടുന്നു. അവർക്ക് ഒന്നും സ്വന്തമല്ല, ഒന്നും സമ്പാദിക്കുന്നില്ല, പലപ്പോഴും വളരെ ക്രൂരമായി പെരുമാറപ്പെടുന്നു.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ദാനീയേലും അവന്റെ മൂന്നു കൂട്ടുകാരും അടിമകളായിരുന്നു. ചെറിയ ആൺകുട്ടികളായിരിക്കെ അവർ യുദ്ധത്തിൽ പിടിക്കപ്പെട്ട് ഇസ്രായേലിലെ വീടുകളിൽ നിന്ന് ബാബിലോണിലേക്ക് (ഇന്നത്തെ ഇറാനും ഇറാഖും) കൊണ്ടുപോകപ്പെട്ടു (ദാനീ 1:1-2).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ബാബിലോൺ രാജാവായ നെബൂഖദ്നേസർ, നല്ല വീടുകളിൽ നിന്നുള്ള, രാജകുടുംബത്തിൽ നിന്നുപോലും, സുന്ദരരും ബുദ്ധിമാന്മാരുമായ യഹൂദ ബാലന്മാരെ തിരഞ്ഞെടുത്ത് തന്റെ ദാസന്മാരായി പരിശീലിപ്പിക്കാൻ കൽപ്പിച്ചു. അവരെ നന്നായി പരിപാലിക്കാനും രാജാവ് കഴിക്കുന്ന അതേ ഭക്ഷണം കഴിക്കാൻ അനുവദിക്കാനും നല്ല വിദ്യാഭ്യാസം നൽകാനും അവൻ തന്റെ കൊട്ടാര ഉദ്യോഗസ്ഥരോട് നിർദ്ദേശിച്ചു (1:3-7).</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ബാബിലോൺ രാജാവിന്റെ ഭക്ഷണം നല്ലതായിരുന്നു, എന്നാൽ കഴിക്കുന്നതിനു മുമ്പ് അത് വിഗ്രഹങ്ങൾക്ക് അർപ്പിക്കപ്പെട്ടിരുന്നു. ജീവനുള്ള ദൈവത്തെ ബഹുമാനിക്കാനും അവന്റെ കൽപ്പനകൾ പാലിക്കുന്നത് തുടരാനും ദാനീയേലും കൂട്ടുകാരും ആഗ്രഹിച്ചതിനാൽ അവർ രാജകീയ ഭക്ഷണം നിരസിച്ചു. </w:t>
      </w:r>
      <w:r>
        <w:rPr>
          <w:rFonts w:ascii="Nirmala UI" w:hAnsi="Nirmala UI" w:cs="Nirmala UI"/>
          <w:b/>
          <w:sz w:val="22"/>
        </w:rPr>
        <w:t xml:space="preserve">ചിത്രം 13 കാണിക്കുക. ദാനീയേൽ ആദ്യം രാജാവിന്റെ പ്രധാന ഉദ്യോഗസ്ഥന്റെ അടുത്തു ചെന്നതെങ്ങനെയെന്ന് വിവരിക്കുക; അവൻ അവരെ സഹായിക്കാൻ തയ്യാറായിരുന്നെങ്കിലും വളരെ ഭയപ്പെട്ടിരുന്നു. </w:t>
      </w:r>
      <w:r>
        <w:rPr>
          <w:rFonts w:ascii="Nirmala UI" w:hAnsi="Nirmala UI" w:cs="Nirmala UI"/>
          <w:b w:val="0"/>
          <w:sz w:val="22"/>
        </w:rPr>
        <w:t xml:space="preserve">ചിത്രത്തിൽ പരിചാരികയുടെ പിന്നിൽ ആശങ്കയോടെ നിൽക്കുന്നയാളാണ് പ്രധാന ഉദ്യോഗസ്ഥൻ (1:8-10).</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പിന്നെ ദാനീയേൽ ഒരു പദ്ധതിയുമായി അവരെ കാത്തുകൊണ്ടിരുന്ന കാവൽക്കാരന്റെ അടുത്തു ചെന്നു. അവനും കൂട്ടുകാരും 10 ദിവസം പച്ചക്കറി മാത്രം കഴിക്കാനും വെള്ളം മാത്രം കുടിക്കാനും അനുവദിക്കപ്പെട്ടു. പിന്നെ ആരാണ് ഏറ്റവും ആരോഗ്യമുള്ളവരായി കാണപ്പെടുന്നതെന്ന് അറിയാൻ രാജാവിന്റെ ഭക്ഷണം കഴിച്ച മറ്റ് അടിമബാലന്മാരുമായി അവരെ താരതമ്യം ചെയ്യും (1:11-14).</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ദാനീയേലിന്റെയും കൂട്ടുകാരുടെയും വിശ്വാസത്തിന് ദൈവം പ്രതിഫലം നൽകി; കാരണം 10 ദിവസത്തിനു ശേഷം അവർ മറ്റെല്ലാ യുവാക്കളെക്കാളും ആരോഗ്യമുള്ളവരായിരുന്നു. മൂന്നു വർഷത്തെ പരിശീലനം പൂർത്തിയായപ്പോൾ അവർ ബാബിലോണിലെ മറ്റാരെക്കാളും ആരോഗ്യമുള്ളവരും ജ്ഞാനികളുമായിരുന്നു (1:15-21).</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എറിക് ലിഡൽ ഒരു യുവ സ്കോട്ടിഷ് കായികതാരമായിരുന്നു. 1924-ലെ ഒളിമ്പിക്സിൽ എല്ലാവരും അവൻ ജയിക്കുമെന്ന് കരുതിയ 100 മീറ്റർ ഓട്ടം ഞായറാഴ്ച നടക്കാൻ പോകുന്നുവെന്ന് അവൻ അറിഞ്ഞു. ഒരു ക്രിസ്ത്യാനിയെന്ന നിലയിൽ അത് ദൈവത്തിന്റെ കൽപ്പന ലംഘിക്കലാകുമെന്ന് അവൻ വിശ്വസിച്ചതിനാൽ പങ്കെടുക്കാൻ വിസമ്മതിച്ചു. എല്ലാവരും വളരെ അസ്വസ്ഥരായി.</w:t>
      </w:r>
    </w:p>
    <w:p>
      <w:r>
        <w:rPr>
          <w:rFonts w:ascii="Nirmala UI" w:hAnsi="Nirmala UI" w:cs="Nirmala UI"/>
          <w:b w:val="0"/>
          <w:sz w:val="22"/>
        </w:rPr>
        <w:t xml:space="preserve">പകരം, ആ ഇനത്തിനായി ശരിക്കും പരിശീലിച്ചിട്ടില്ലെങ്കിലും തന്റെ ശക്തമായ ഇനമല്ലെങ്കിലും താൻ 400 മീറ്റർ ഓട്ടത്തിൽ ഓടുമെന്ന് എറിക് പറഞ്ഞു. അവൻ ട്രാക്കിലേക്കു പോകുമ്പോൾ ആരോ അവന് ഒരു കടലാസ് തുണ്ട് നൽകി; അതിൽ ഇങ്ങനെ എഴുതിയിരുന്നു: “എന്നെ ബഹുമാനിക്കുന്നവരെ ഞാൻ ബഹുമാനിക്കും - 1 ശമൂവേൽ 2:30.” എറിക് ലിഡൽ ദൈവത്തിന്റെ കൽപ്പനകളെ ബഹുമാനിച്ചു, ആ ദിവസം എറിക്കിന്റെ സാക്ഷ്യത്തെ ദൈവം ബഹുമാനിച്ചു. അവൻ ഓട്ടത്തിൽ ജയിച്ചു!</w:t>
      </w:r>
    </w:p>
    <w:p>
      <w:r>
        <w:rPr>
          <w:rFonts w:ascii="Nirmala UI" w:hAnsi="Nirmala UI" w:cs="Nirmala UI"/>
          <w:b w:val="0"/>
          <w:sz w:val="22"/>
        </w:rPr>
        <w:t xml:space="preserve">നൂറ്റാണ്ടുകൾക്കു മുമ്പ് ദാനീയേലിന്റെയും കൂട്ടുകാരുടെയും വിശ്വാസത്തെ ദൈവം ബഹുമാനിച്ചതുപോലെ, ഇന്നും തനിക്കുവേണ്ടി വിശ്വസ്തമായി സാക്ഷ്യം പറയുന്നവരോട് ദൈവം വിശ്വസ്തനാണ്.</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ഈ കൽപ്പനയിൽ വിശ്വസ്തനായി തുടരാൻ എറിക് ലിഡൽ തിരഞ്ഞെടുത്തു.</w:t>
      </w:r>
    </w:p>
    <w:p>
      <w:r>
        <w:rPr>
          <w:rFonts w:ascii="Nirmala UI" w:hAnsi="Nirmala UI" w:cs="Nirmala UI"/>
          <w:b/>
          <w:sz w:val="22"/>
        </w:rPr>
        <w:t xml:space="preserve">ഇതുവരെ പഠിച്ച എല്ലാ കൽപ്പനകളും ചൊല്ലുക.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13 – Daniel and His Friends Remain Faithful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13 – Daniel and His Friends Remain Faithful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