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12</w:t>
      </w:r>
    </w:p>
    <w:p>
      <w:pPr>
        <w:keepNext/>
        <w:spacing w:after="40"/>
      </w:pPr>
      <w:r>
        <w:rPr>
          <w:rFonts w:ascii="Nirmala UI" w:hAnsi="Nirmala UI" w:cs="Nirmala UI"/>
          <w:b/>
          <w:color w:val="1F4E79"/>
          <w:sz w:val="52"/>
        </w:rPr>
        <w:t xml:space="preserve">എസ്ഥേറിന്റെ വിരുന്ന്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തന്റെ ജനത്തിന്റെ പ്രാർത്ഥനകൾക്ക് ഉത്തരം നൽകിയതെങ്ങനെയെന്ന്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എസ്ഥേർ 5:1-14; 7:1-10; 9:1-4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20:9-10</w:t>
            </w:r>
          </w:p>
          <w:p>
            <w:pPr>
              <w:spacing w:after="40"/>
            </w:pPr>
            <w:r>
              <w:rPr>
                <w:rFonts w:ascii="Nirmala UI" w:hAnsi="Nirmala UI" w:cs="Nirmala UI"/>
                <w:b w:val="0"/>
                <w:i/>
                <w:sz w:val="22"/>
              </w:rPr>
              <w:t xml:space="preserve">(പത്തു കൽപ്പനകൾ) “ആറു ദിവസം അദ്ധ്വാനിച്ച് നിന്റെ വേലയെല്ലാം ചെയ്യുക; ഏഴാം ദിവസമോ നിന്റെ ദൈവമായ യഹോവയുടെ ശബ്ബത്ത് ആകുന്നു; അന്ന് നീ യാതൊരു വേലയും ചെയ്യരുത്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ശരിക്കും ഭയപ്പെടുമ്പോൾ എന്തു തോന്നും? നിർദ്ദേശിക്കപ്പെട്ട ഉത്തരങ്ങൾ: വായ വരളും, വയറ്റിൽ വലിയൊരു കെട്ട് ഉള്ളതുപോലെ തോന്നും, മുട്ടുകൾ പോലും കൂട്ടിയിടിച്ചേക്കാം.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എസ്ഥേർ രാജ്ഞിക്ക് വളരെ അപകടകരമായ ഒരു ദൗത്യം ചെയ്യാനുണ്ടായിരുന്നു, എന്നാൽ എല്ലാ യഹൂദരും അവൾക്കായി പ്രാർത്ഥിക്കുന്നുണ്ടായിരുന്നു. രാജാവ് വിളിച്ചിട്ടില്ലെങ്കിലും അവൾക്ക് അവനെ കാണാൻ പോകണമായിരുന്നു. കഴിഞ്ഞ തവണ നാം കണ്ടതുപോലെ, അവൻ തന്റെ സ്വർണ്ണ ചെങ്കോൽ അവൾക്കു നീട്ടിയില്ലെങ്കിൽ ഇത് അവളുടെ മരണത്തിൽ കലാശിക്കാം (എസ്ഥേ 4:16).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എസ്ഥേർ സുന്ദരമായി വസ്ത്രം ധരിച്ച് അഹശ്വേരോശ് രാജാവിനെ കാണാൻ പോയതെങ്ങനെയെന്ന് വിവരിക്കുക. </w:t>
      </w:r>
      <w:r>
        <w:rPr>
          <w:rFonts w:ascii="Nirmala UI" w:hAnsi="Nirmala UI" w:cs="Nirmala UI"/>
          <w:b w:val="0"/>
          <w:sz w:val="22"/>
        </w:rPr>
        <w:t xml:space="preserve">അവൻ അവൾക്കു ചെങ്കോൽ നീട്ടി; വാസ്തവത്തിൽ അവളെ കണ്ടതിൽ അവൻ വളരെ സന്തോഷിച്ചു (5:1-3)! </w:t>
      </w:r>
      <w:r>
        <w:rPr>
          <w:rFonts w:ascii="Nirmala UI" w:hAnsi="Nirmala UI" w:cs="Nirmala UI"/>
          <w:b/>
          <w:sz w:val="22"/>
        </w:rPr>
        <w:t xml:space="preserve">ചിത്രം 10 കാണിക്കുക.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എസ്ഥേർ ബുദ്ധിപൂർവ്വം തന്റെ വലിയ പ്രശ്നം രാജാവിനോടു പറഞ്ഞില്ല. അവൾ അവനെയും അവന്റെ പ്രധാനമന്ത്രി ഹാമാനെയും തങ്ങൾക്കായി ഒരുക്കിയ ഒരു വിരുന്നിനു ക്ഷണിക്കുക മാത്രം ചെയ്തു. രാജാവ് ഉടനെ സമ്മതിച്ചു (5:4-5). അവർ ഭക്ഷണവും പാനീയവും ആസ്വദിച്ച ശേഷം പിറ്റേന്ന് രാത്രി വീണ്ടും വരാൻ എസ്ഥേർ അവരോട് ആവശ്യപ്പെട്ടു (5:6-8).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രാജാവിനോടും രാജ്ഞിയോടുമൊപ്പം വിരുന്നിന് ക്ഷണിക്കപ്പെട്ടതിൽ ഹാമാൻ വളരെ അഹങ്കരിച്ചു. അവൻ അതേക്കുറിച്ച് വീമ്പിളക്കി. എന്നാൽ താൻ ഇത്ര പ്രധാനിയായിട്ടും തന്നെ വണങ്ങാൻ ഇപ്പോഴും വിസമ്മതിക്കുന്ന മൊർദ്ദെഖായിയെ ഓർത്തപ്പോൾ അവന്റെ സന്തോഷം കോപമായി മാറി. അതുകൊണ്ട് എല്ലാ യഹൂദരെയും കൊല്ലാനുള്ള ദിവസം വരുമ്പോൾ മൊർദ്ദെഖായിയെ തൂക്കിക്കൊല്ലാൻ നഗരമതിലുകളോളം ഉയരമുള്ള ഒരു പ്രത്യേക തൂക്കുമരം ഹാമാനും അവന്റെ കുടുംബവും പണിതു (5:9-14).</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രണ്ടാമത്തെ വിരുന്നിൽ രാജാവ് വീണ്ടും ചോദിച്ചു: “എസ്ഥേർ രാജ്ഞി, നിനക്ക് എന്തു വേണം? എന്തും ചോദിച്ചുകൊള്ളുക, എന്റെ രാജ്യത്തിന്റെ പകുതി പോലും, അത് ചെയ്തുതരും.”</w:t>
      </w:r>
    </w:p>
    <w:p>
      <w:pPr>
        <w:ind w:left="567"/>
      </w:pPr>
      <w:r>
        <w:rPr>
          <w:rFonts w:ascii="Nirmala UI" w:hAnsi="Nirmala UI" w:cs="Nirmala UI"/>
          <w:b w:val="0"/>
          <w:sz w:val="22"/>
        </w:rPr>
        <w:t xml:space="preserve">താഴെയുള്ള വാക്യങ്ങൾ, എസ്ഥേർ 7:1-6, വളരെ നാടകീയമാണ്. </w:t>
      </w:r>
      <w:r>
        <w:rPr>
          <w:rFonts w:ascii="Nirmala UI" w:hAnsi="Nirmala UI" w:cs="Nirmala UI"/>
          <w:b/>
          <w:sz w:val="22"/>
        </w:rPr>
        <w:t xml:space="preserve">സംഭാഷണത്തിലെ വാക്കുകൾ ഹൃദിസ്ഥമാക്കി അഹശ്വേരോശ് രാജാവിന്റെയും എസ്ഥേർ രാജ്ഞിയുടെയും വേഷങ്ങൾ അഭിനയിക്കുക. എസ്ഥേർ ഒരു യഹൂദയായിരുന്നുവെന്ന് ക്ലാസ്സിനെ ഓർമ്മിപ്പിക്കുക. </w:t>
      </w:r>
      <w:r>
        <w:rPr>
          <w:rFonts w:ascii="Nirmala UI" w:hAnsi="Nirmala UI" w:cs="Nirmala UI"/>
          <w:b w:val="0"/>
          <w:sz w:val="22"/>
        </w:rPr>
        <w:t xml:space="preserve">അവൾ സ്വന്തം ജീവനു വേണ്ടി മാത്രമല്ല, തന്റെ ജനത്തിന്റെ ജീവനുവേണ്ടിയും അപേക്ഷിക്കുകയായിരുന്നു. </w:t>
      </w:r>
      <w:r>
        <w:rPr>
          <w:rFonts w:ascii="Nirmala UI" w:hAnsi="Nirmala UI" w:cs="Nirmala UI"/>
          <w:b/>
          <w:sz w:val="22"/>
        </w:rPr>
        <w:t xml:space="preserve">ചിത്രം 12 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ഹാമാന്റെ ദുഷ്ട പദ്ധതികൾ കേട്ടപ്പോൾ രാജാവ് വളരെ കോപിച്ചു. ഹാമാൻ തന്നെ ചതിച്ചുവെന്ന് അവൻ തിരിച്ചറിഞ്ഞു. മൊർദ്ദെഖായിക്കായി ഹാമാൻ പണിത തൂക്കുമരത്തിൽ തന്നെ ഹാമാൻ തൂക്കപ്പെട്ടു, യഹൂദജനം രക്ഷിക്കപ്പെട്ടു (7:7, 9-10; 9:1-4). എസ്ഥേറിന്റെ ദുഷ്കരമായ ദൗത്യത്തിൽ ദൈവം അവളോടുകൂടെ ഉണ്ടായിരുന്നു, അവൻ തന്റെ ജനത്തിന്റെ പ്രാർത്ഥനകൾക്ക് ഉത്തരം നൽകി. എസ്ഥേർ രാജ്ഞിയുടെ അനുസരണത്തിന്റെയും ധൈര്യത്തിന്റെയും പ്രവൃത്തി ഓർക്കാൻ യഹൂദർക്ക് ഇന്നും ഒരു പ്രത്യേക വിരുന്നുദിനം ഉണ്ട് (9:26-28).</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“ദക്ഷിണാഫ്രിക്കയെ രക്ഷിക്കാൻ ദൈവം ഇടപെടുന്നു” - ദക്ഷിണാഫ്രിക്കയിലെ നാറ്റാൽ പ്രവിശ്യയിൽ നിന്നുള്ള 25,000 പേർ സർക്കാർ തിരഞ്ഞെടുപ്പിനായി പ്രാർത്ഥിക്കാൻ ഒരു യേശു സമാധാന റാലിക്കായി ഒരു സ്പോർട്സ് സ്റ്റേഡിയത്തിൽ ഒത്തുകൂടിയ ശേഷം ഒരു പത്രത്തിലെ തലക്കെട്ട് ഇതായിരുന്നു. ഈ ആയിരങ്ങൾ പ്രാർത്ഥിക്കുമ്പോൾ എതിർ ഗോത്ര, രാഷ്ട്രീയ നേതാക്കൾ തമ്മിലുള്ള ഒരു യോഗം നടന്നു. അവരുടെ പ്രാർത്ഥനകൾക്ക് ഉത്തരം ലഭിച്ചു, എല്ലാ വിഭാഗങ്ങളും പ്രതിനിധീകരിക്കപ്പെട്ട് തിരഞ്ഞെടുപ്പ് സമാധാനപരമായി നടന്നു. ദൈവം ദക്ഷിണാഫ്രിക്കയിലെ ജനത്തെ ആഭ്യന്തരയുദ്ധത്തിൽ നിന്ന് സംരക്ഷിച്ചു.</w:t>
      </w:r>
    </w:p>
    <w:p>
      <w:r>
        <w:rPr>
          <w:rFonts w:ascii="Nirmala UI" w:hAnsi="Nirmala UI" w:cs="Nirmala UI"/>
          <w:b w:val="0"/>
          <w:sz w:val="22"/>
        </w:rPr>
        <w:t xml:space="preserve">ദൈവം ഇന്നും പ്രാർത്ഥനകൾ കേൾക്കുകയും ഉത്തരം നൽകുകയും ചെയ്യുന്നു.</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എല്ലാ കൽപ്പനകളും ചൊല്ലുക.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12 – Esther’s Feast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12 – Esther’s Feast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