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മൊർദ്ദെഖായി അവിശ്വസ്തനാകാൻ വിസമ്മതിക്കുന്നു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വലിയ സമ്മർദ്ദത്തിൻ കീഴിൽ പോലും, ഒരു അന്യദേശത്ത് മൊർദ്ദെഖായി ദൈവത്തിന്റെ കൽപ്പനകളിൽ വിശ്വസ്തനായി നിലനിന്നതെങ്ങനെയെന്ന്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എസ്ഥേർ 3:1-15; 4:1-17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20:8</w:t>
            </w:r>
          </w:p>
          <w:p>
            <w:pPr>
              <w:spacing w:after="40"/>
            </w:pPr>
            <w:r>
              <w:rPr>
                <w:rFonts w:ascii="Nirmala UI" w:hAnsi="Nirmala UI" w:cs="Nirmala UI"/>
                <w:b w:val="0"/>
                <w:i/>
                <w:sz w:val="22"/>
              </w:rPr>
              <w:t xml:space="preserve">(പത്തു കൽപ്പനകൾ) “ശബ്ബത്ത്നാളിനെ വിശുദ്ധമായി ആചരിക്കാൻ ഓർക്കുക.”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പ്രധാനപ്പെട്ട വ്യക്തികൾ നിങ്ങളുടെ പള്ളി സന്ദർശിക്കാനോ നിങ്ങളുടെ പട്ടണത്തിൽ വരാനോ വന്ന സമയങ്ങൾ ഓർക്കുക. എല്ലാവരും അവരെ പ്രസാദിപ്പിക്കാനും ഏറ്റവും സൗകര്യപ്രദമായ താമസസ്ഥലം ഒരുക്കാനും ഏറ്റവും നല്ല ഭക്ഷണം വിളമ്പാനും ആഗ്രഹിക്കുന്നു. ഈ സന്ദർശകരിൽ ചിലർ വളരെ ദയയുള്ളവരും സുഖപ്രദമായവരുമാണ്, എന്നാൽ മറ്റു ചിലർ വളരെ അഹങ്കാരികളാകാം.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അഹശ്വേരോശ് രാജാവ് ഹാമാനെ പുതിയ പ്രധാനമന്ത്രിയായി നിയമിച്ചിരുന്നു. അവൻ കടന്നുപോകുമ്പോൾ വണങ്ങിക്കൊണ്ട് ഹാമാനോടുള്ള ബഹുമാനം കാണിക്കാൻ എല്ലാവരോടും ആജ്ഞാപിച്ചു (എസ്ഥേ 3:1-2a). ഇത് അവനെ വളരെ അഹങ്കാരിയാക്കി. </w:t>
      </w:r>
      <w:r>
        <w:rPr>
          <w:rFonts w:ascii="Nirmala UI" w:hAnsi="Nirmala UI" w:cs="Nirmala UI"/>
          <w:b/>
          <w:sz w:val="22"/>
        </w:rPr>
        <w:t xml:space="preserve">കഥയുടെ ഈ ഭാഗം അഭിനയിക്കാം; ക്ലാസ്സിലെ ഒരാൾ ഹാമാനായും ബാക്കിയുള്ളവർ അവൻ കടന്നുപോകുമ്പോൾ അവന്റെ മുമ്പിൽ വണങ്ങുന്നവരായും.</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രാജാവിന്റെ ഉദ്യോഗസ്ഥരിൽ ഒരേയൊരാൾ മാത്രം മറ്റൊരു മനുഷ്യന്റെ മുമ്പിൽ വണങ്ങാൻ വിസമ്മതിച്ചു. അത് മൊർദ്ദെഖായി ആയിരുന്നു. എന്തുകൊണ്ട്? ഒരു യഹൂദനെ സംബന്ധിച്ചിടത്തോളം ഒരാളുടെ മുമ്പിൽ വണങ്ങുക എന്നാൽ അവനെ ആരാധിക്കുക എന്നാണർത്ഥം. </w:t>
      </w:r>
      <w:r>
        <w:rPr>
          <w:rFonts w:ascii="Nirmala UI" w:hAnsi="Nirmala UI" w:cs="Nirmala UI"/>
          <w:b/>
          <w:sz w:val="22"/>
        </w:rPr>
        <w:t xml:space="preserve">രണ്ടാമത്തെയും മൂന്നാമത്തെയും കൽപ്പനകൾ ക്ലാസ്സ് മുഴുവൻ ചൊല്ലട്ടെ (പുറ 20:3-5a). </w:t>
      </w:r>
      <w:r>
        <w:rPr>
          <w:rFonts w:ascii="Nirmala UI" w:hAnsi="Nirmala UI" w:cs="Nirmala UI"/>
          <w:b w:val="0"/>
          <w:sz w:val="22"/>
        </w:rPr>
        <w:t xml:space="preserve">തന്റെ മുമ്പിൽ വണങ്ങാൻ മൊർദ്ദെഖായി വിസമ്മതിച്ചത് ഹാമാനെ വളരെ കോപിഷ്ഠനാക്കി (3:2b-5). </w:t>
      </w:r>
      <w:r>
        <w:rPr>
          <w:rFonts w:ascii="Nirmala UI" w:hAnsi="Nirmala UI" w:cs="Nirmala UI"/>
          <w:b/>
          <w:sz w:val="22"/>
        </w:rPr>
        <w:t xml:space="preserve">ചിത്രം 11 കാണിക്കുക. കഥയുടെ ഈ ഭാഗവും ക്ലാസ്സിന് അഭിനയിക്കാം.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മൊർദ്ദെഖായിയോടു പ്രതികാരം ചെയ്യാൻ ഹാമാൻ തീരുമാനിച്ചു. താൻ ഭരിക്കുന്ന ജനവിഭാഗങ്ങളിൽ ഒന്ന് രാജ്യത്തെ നിയമങ്ങൾ അനുസരിക്കുന്നില്ലെന്ന് അവൻ രാജാവിനോടു പറഞ്ഞു. ആ ജനവിഭാഗത്തെ മുഴുവൻ നശിപ്പിക്കാൻ ഹാമാൻ രാജാവിന്റെ അനുവാദം ആഗ്രഹിച്ചു. അനുവദിച്ചാൽ രാജാവിന് വലിയൊരു തുക പണം നൽകാമെന്നും അവൻ വാഗ്ദാനം ചെയ്തു. ഒരു ചോദ്യവും ചോദിക്കാതെ അഹശ്വേരോശ് രാജാവ് സമ്മതിച്ചു (3:6, 8-11).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ഒരു പ്രത്യേക ദിവസം എല്ലാ യഹൂദരെയും കൊല്ലണമെന്ന് ഹാമാൻ കൽപ്പന നൽകി, രാജ്യത്തെല്ലായിടത്തും അത് വിളംബരം ചെയ്യിച്ചു. തന്റെ രാജ്ഞിയായ എസ്ഥേർ ഈ ജനവിഭാഗത്തിൽ ഉൾപ്പെടുന്നവളാണെന്ന് രാജാവിന് അറിയില്ലായിരുന്നു (3:12-15).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മൊർദ്ദെഖായി ഭയന്നുപോയി. അവൻ തന്റെ ദുഃഖം കാണിക്കുന്ന വസ്ത്രം ധരിച്ച് നടന്നു. എസ്ഥേർ രാജ്ഞി അത് കേട്ട് അവന് പുതിയ വസ്ത്രങ്ങൾ അയച്ചു. അവൻ അത് സ്വീകരിക്കാതെ അഹശ്വേരോശ് രാജാവിന്റെ അടുത്തു ചെന്ന് തന്റെ ജനത്തിന്റെ ജീവനു വേണ്ടി അപേക്ഷിക്കാൻ അവളോട് ആവശ്യപ്പെട്ടു (4:1-8).</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വിളിക്കപ്പെടാതെ രാജാവിനെ കാണാൻ ആരു ചെന്നാലും വധിക്കപ്പെടുമെന്ന് എസ്ഥേർ മറുപടി അയച്ചു. ആ വ്യക്തിയുടെ ജീവൻ രക്ഷിക്കപ്പെടണമെന്ന് കാണിക്കാൻ രാജാവ് തന്റെ ചെങ്കോൽ നീട്ടുന്നതായിരുന്നു ഏക ഒഴിവ് (4:9-11). </w:t>
      </w:r>
      <w:r>
        <w:rPr>
          <w:rFonts w:ascii="Nirmala UI" w:hAnsi="Nirmala UI" w:cs="Nirmala UI"/>
          <w:b/>
          <w:sz w:val="22"/>
        </w:rPr>
        <w:t xml:space="preserve">ചിത്രം 10 കാണിക്കുക. രാജാവിന്റെ കയ്യിലെ ചെങ്കോൽ ചൂണ്ടിക്കാണിക്കുക. </w:t>
      </w:r>
      <w:r>
        <w:rPr>
          <w:rFonts w:ascii="Nirmala UI" w:hAnsi="Nirmala UI" w:cs="Nirmala UI"/>
          <w:b w:val="0"/>
          <w:sz w:val="22"/>
        </w:rPr>
        <w:t xml:space="preserve">ഈ സ്വർണ്ണ ദണ്ഡ് രാജാവിന്റെ രാജകീയ അധികാരത്തിന്റെ അടയാളമായിരുന്നു.</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എസ്ഥേറും ഒരു യഹൂദയാണെന്ന് ഓർമ്മിപ്പിച്ചുകൊണ്ട് മൊർദ്ദെഖായി മറുപടി നൽകി. അവൾ രാജ്ഞിയായിരുന്നിട്ടും കൊട്ടാരത്തിൽ താമസിച്ചിട്ടും ബാക്കി ജനത്തോടൊപ്പം അവളും കൊല്ലപ്പെടും. എന്നാൽ തന്റെ ജനത്തെ സഹായിക്കാൻ കഴിയേണ്ടതിനാണ് ദൈവം അവളെ ആ സ്ഥാനത്ത് ആക്കിയതെന്ന് ഒരുപക്ഷേ ആയിരിക്കാം എന്നും അവൻ കൂട്ടിച്ചേർത്തു (4:12-14).</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എസ്ഥേർ രാജാവിന്റെ അടുത്തു പോകാൻ സമ്മതിച്ചു, പക്ഷേ തന്നെ സഹായിക്കാൻ അവൾ യഹൂദരോട് ആവശ്യപ്പെട്ടു. അതിനു മുമ്പുള്ള മൂന്നു ദിവസം അഹശ്വേരോശ് രാജാവ് തന്നെ സ്വീകരിച്ച് തന്റെ ജീവൻ രക്ഷിക്കേണ്ടതിന് അവർ ഉപവസിച്ച് പ്രാർത്ഥിക്കണമായിരുന്നു (4:15-17).</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അങ്ങനെ ചെയ്യുന്നത് വളരെ അപകടകരമായിരുന്നപ്പോൾ പോലും മൊർദ്ദെഖായി ദൈവത്തോടു വിശ്വസ്തനായി നിലകൊണ്ടു. തനിക്കെതിരെയുള്ള എല്ലാ ശക്തികളെക്കാളും ദൈവം വലിയവനാണെന്ന് അവനറിയാമായിരുന്നു.</w:t>
      </w:r>
    </w:p>
    <w:p>
      <w:r>
        <w:rPr>
          <w:rFonts w:ascii="Nirmala UI" w:hAnsi="Nirmala UI" w:cs="Nirmala UI"/>
          <w:b w:val="0"/>
          <w:sz w:val="22"/>
        </w:rPr>
        <w:t xml:space="preserve">ആഫ്രിക്കയിലെ ഒരു രാജ്യത്ത് ക്രിസ്തുവിലുള്ള വിശ്വാസം നിഷേധിക്കാൻ ഒരു സഭാ നേതാവിന്മേൽ സമ്മർദ്ദം ചെലുത്തപ്പെട്ടു. അവനെ അന്വേഷിച്ച് സൈന്യം അവന്റെ ബൈബിൾ കോളേജ് ആക്രമിച്ചപ്പോൾ അവൻ ഇലകൾ മൂടിയ ഒരു ആഴമുള്ള കുഴിയിൽ ഒരു രാത്രി മുഴുവൻ ഒളിച്ചിരുന്നു.</w:t>
      </w:r>
    </w:p>
    <w:p>
      <w:r>
        <w:rPr>
          <w:rFonts w:ascii="Nirmala UI" w:hAnsi="Nirmala UI" w:cs="Nirmala UI"/>
          <w:b w:val="0"/>
          <w:sz w:val="22"/>
        </w:rPr>
        <w:t xml:space="preserve">പട്ടാളക്കാർ അവനെ കാണാതെ കുഴിക്കു മുകളിലൂടെ കടന്നുപോയി. ദൈവം അവനെ ഉപദ്രവത്തിൽ നിന്ന് മറച്ചു, തന്റെ സ്വർഗ്ഗീയ പിതാവിന്റെ കരുതലിന്റെയും സംരക്ഷണത്തിന്റെയും കഥ പറയാൻ അവൻ പിന്നെയും വർഷങ്ങളോളം ജീവിച്ചു.</w:t>
      </w:r>
    </w:p>
    <w:p>
      <w:r>
        <w:rPr>
          <w:rFonts w:ascii="Nirmala UI" w:hAnsi="Nirmala UI" w:cs="Nirmala UI"/>
          <w:b/>
          <w:sz w:val="22"/>
        </w:rPr>
        <w:t xml:space="preserve">ദൈവം നിങ്ങളെ കരുതുന്നുവെന്ന് നിങ്ങൾ വിശ്വസിക്കുന്നുണ്ടോ?</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Mordecai Refuses to Be Unfaithful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Mordecai Refuses to Be Unfaithful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