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9</w:t>
      </w:r>
    </w:p>
    <w:p>
      <w:pPr>
        <w:keepNext/>
        <w:spacing w:after="40"/>
      </w:pPr>
      <w:r>
        <w:rPr>
          <w:rFonts w:ascii="Nirmala UI" w:hAnsi="Nirmala UI" w:cs="Nirmala UI"/>
          <w:b/>
          <w:color w:val="1F4E79"/>
          <w:sz w:val="52"/>
        </w:rPr>
        <w:t xml:space="preserve">നിനെവേയിൽ യോനാ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മാനസാന്തരപ്പെട്ട് തന്നിലേക്കു തിരിയുന്നവരോട് ക്ഷമിക്കുന്നുവെന്ന്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യോനാ 3:1-10; മത്തായി 12:40-41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20:7</w:t>
            </w:r>
          </w:p>
          <w:p>
            <w:pPr>
              <w:spacing w:after="40"/>
            </w:pPr>
            <w:r>
              <w:rPr>
                <w:rFonts w:ascii="Nirmala UI" w:hAnsi="Nirmala UI" w:cs="Nirmala UI"/>
                <w:b w:val="0"/>
                <w:i/>
                <w:sz w:val="22"/>
              </w:rPr>
              <w:t xml:space="preserve">(പത്തു കൽപ്പനകൾ) “നിന്റെ ദൈവമായ യഹോവയുടെ നാമം വൃഥാ എടുക്കരുത്; തന്റെ നാമം വൃഥാ എടുക്കുന്നവനെ യഹോവ ശിക്ഷിക്കാതെ വിടുകയില്ല.”</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കഴിഞ്ഞയാഴ്ചത്തെ ഓർമ്മവാക്യം അവലോകനം ചെയ്ത് ഈ ആഴ്ച 7-ാം വാക്യം പൂർത്തിയാക്കുക.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നടീൽക്കാലം വരുമ്പോൾ കർഷകർ മഴയുടെ അടയാളങ്ങൾ നോക്കുന്നു. മഴ നിന്നാൽ വെയിൽ അത്രയും ശക്തമായി പൊള്ളി വിത്തുകളോ ചെറിയ ചെടികളോ ഉണങ്ങിപ്പോയേക്കാം. ചിലപ്പോൾ മഴ വീണ്ടും വരികയും കർഷകർ കൂടുതൽ നടുകയും ചെയ്യും. അവർക്ക് രണ്ടാമതൊരു അവസരം ലഭിക്കുകയും വിളവെടുക്കുകയും ചെയ്യുന്നു.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നിനെവേയിലെ ജനത്തോടു പ്രസംഗിക്കാൻ ദൈവം യോനായോട് രണ്ടാം തവണ ആവശ്യപ്പെട്ടു. ആ സമയം യോനാ പോയി (യോനാ 3:13).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ആ വലിയ ദുഷ്ടനഗരത്തിലെ ജനം ദൈവത്തിലേക്കു തിരിയണമെന്നും അല്ലെങ്കിൽ 40 ദിവസത്തിനുള്ളിൽ അവരുടെ നഗരം നശിപ്പിക്കപ്പെടുമെന്നും യോനാ മുന്നറിയിപ്പ് നൽകി (3:4).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ദൈവത്തിൽ നിന്നുള്ള യോനായുടെ സന്ദേശം നിനെവേക്കാരിൽ വലിയ സ്വാധീനം ചെലുത്തി. പ്രവാചകൻ പറഞ്ഞത് അവർ വിശ്വസിക്കുകയും തങ്ങൾ ചെയ്ത തിന്മയെക്കുറിച്ച് ഖേദിക്കുകയും ചെയ്തു. തന്റെ ജനത്തെ പെരുമാറ്റത്തിൽ മാറ്റം വരുത്താൻ രാജാവ് നയിച്ചു. അവർ തങ്ങളുടെ വിശിഷ്ട വസ്ത്രങ്ങൾ മാറ്റി, പ്രാർത്ഥനയിൽ ദൈവത്തിൽ ശ്രദ്ധ കേന്ദ്രീകരിക്കാൻ ഉപവസിച്ചു (3:5-9). </w:t>
      </w:r>
      <w:r>
        <w:rPr>
          <w:rFonts w:ascii="Nirmala UI" w:hAnsi="Nirmala UI" w:cs="Nirmala UI"/>
          <w:b/>
          <w:sz w:val="22"/>
        </w:rPr>
        <w:t xml:space="preserve">ചിത്രം 9 കാണിക്കുക. </w:t>
      </w:r>
      <w:r>
        <w:rPr>
          <w:rFonts w:ascii="Nirmala UI" w:hAnsi="Nirmala UI" w:cs="Nirmala UI"/>
          <w:b w:val="0"/>
          <w:sz w:val="22"/>
        </w:rPr>
        <w:t xml:space="preserve">ഇടതുവശത്ത് നിൽക്കുന്ന യോനാ മാനസാന്തരപ്പെട്ട നിനെവേ ജനത്തോട് പ്രസംഗിക്കുന്നു.</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ജനം ഖേദിച്ചെന്നും വസ്ത്രങ്ങൾ മാത്രമല്ല, പെരുമാറ്റവും മാറ്റിയെന്നും ദൈവം കണ്ടു. അതുകൊണ്ട് അവർ ചെയ്ത തിന്മയ്ക്ക് ദൈവം അവരെ ശിക്ഷിച്ചില്ല (3:10). മാനസാന്തരപ്പെടുക എന്നാൽ ചെയ്തതിൽ ഖേദിക്കുക മാത്രമല്ല, ജീവിതരീതി മാറ്റുകയും പഴയ ദുഷ്ടവഴികളിലേക്കു മടങ്ങാതിരിക്കുകയും ചെയ്യുക എന്നാണ്.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ചിലപ്പോൾ നാം നിനെവേക്കാരെപ്പോലെയാണ്. നാം ദൈവത്തെയും അവന്റെ കൽപ്പനകളെയും മറക്കുകയും കർത്താവിനെ അനുസരിക്കാതിരിക്കുകയും ചെയ്യുന്നു. നമുക്ക് ചെയ്യാവുന്നത് മാനസാന്തരപ്പെട്ട് ദൈവം നമ്മോട് കരുണ കാണിക്കണമെന്ന് വിളിച്ചപേക്ഷിക്കുക മാത്രമാണ്.</w:t>
      </w:r>
    </w:p>
    <w:p>
      <w:r>
        <w:rPr>
          <w:rFonts w:ascii="Nirmala UI" w:hAnsi="Nirmala UI" w:cs="Nirmala UI"/>
          <w:b w:val="0"/>
          <w:sz w:val="22"/>
        </w:rPr>
        <w:t xml:space="preserve">താൻ മരിച്ച് മൂന്നു ദിവസം ശവക്കുഴിയുടെ ഇരുട്ടിൽ കഴിയുമെന്ന് യേശു പ്രവചിച്ചപ്പോൾ മത്സ്യത്തിനുള്ളിലെ ഇരുട്ടിൽ മൂന്നു ദിവസം കഴിഞ്ഞ യോനായുടെ ഉദാഹരണം അവൻ ഉപയോഗിച്ചു (മത്താ 12:40). നിനെവേക്കാർ നമുക്ക് ഒരു മാതൃകയാണ്. അവരെപ്പോലെ നാമും ശിക്ഷയ്ക്ക് യോഗ്യരാണ്. നാം ദൈവത്തിലേക്കു തിരിയുകയും തന്റെ മരണത്താലും പുനരുത്ഥാനത്താലും നമുക്ക് നിത്യജീവൻ നൽകിയ യേശുവിനെക്കുറിച്ച് അവനു നന്ദി പറയുകയും വേണം. മത്തായി 12:41 പറയുന്ന “യോനായെക്കാൾ വലിയവൻ” അവനാണ്.</w:t>
      </w:r>
    </w:p>
    <w:p>
      <w:r>
        <w:rPr>
          <w:rFonts w:ascii="Nirmala UI" w:hAnsi="Nirmala UI" w:cs="Nirmala UI"/>
          <w:b w:val="0"/>
          <w:sz w:val="22"/>
        </w:rPr>
        <w:t xml:space="preserve">പുറത്തു കളിച്ച് അഴുക്കായാൽ നിങ്ങൾക്ക് വസ്ത്രം മാറിയാൽ മതി, എന്നാൽ ശരീരവും കഴുകിയില്ലെങ്കിൽ നിങ്ങൾ ശുദ്ധരാകില്ല. അതുപോലെ, യഥാർത്ഥ മാനസാന്തരത്തിന് നിങ്ങൾ ദൈവത്തോട് ഖേദം പറയുകയും ജീവിതരീതി മാറ്റുകയും വേണം. യേശുക്രിസ്തുവിൽ ദൈവം കാണിച്ച സ്നേഹം നിങ്ങൾ അനുഭവിച്ചുകഴിഞ്ഞാൽ അവനെ പ്രസാദിപ്പിക്കാനും തിന്മയിൽ നിന്ന് പിന്തിരിയാനും നിങ്ങൾ ആഗ്രഹിക്കും (2 കൊരി 5:17).</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നിനെവേക്കാർ മാറുകയും ദൈവത്തിന്റെ കൽപ്പനകൾ അനുസരിക്കാൻ ആഗ്രഹിക്കുകയും ചെയ്തു. ഈ വാക്യത്തിലെ മുന്നറിയിപ്പ് അവർ മനസ്സിലാക്കി ഗൗരവമായി എടുത്തു.</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9 – Jonah in Nineveh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9 – Jonah in Nineveh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