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8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യോനായും വലിയ മത്സ്യവും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5: ദൈവത്തിനു വേണ്ടി വിചാരണയിൽ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ഏറ്റവും ഭയാനകമെന്ന് നമുക്കു സങ്കൽപ്പിക്കാവുന്ന സ്ഥലങ്ങളിൽ പോലും ദൈവം നമ്മോടുകൂടെ ഉണ്ടെന്ന്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യോനാ 1:10 – 2:10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പുറപ്പാട് 20:7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(പത്തു കൽപ്പനകൾ) “നിന്റെ ദൈവമായ യഹോവയുടെ നാമം വൃഥാ എടുക്കരുത് …”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color="F0C36D"/>
          <w:left w:val="single" w:sz="6" w:color="F0C36D"/>
          <w:bottom w:val="single" w:sz="6" w:color="F0C36D"/>
          <w:right w:val="single" w:sz="6" w:color="F0C36D"/>
          <w:insideH w:val="single" w:sz="6" w:color="F0C36D"/>
          <w:insideV w:val="single" w:sz="6" w:color="F0C36D"/>
        </w:tblBorders>
        <w:tblCellMar>
          <w:top w:w="100" w:type="dxa"/>
          <w:left w:w="160" w:type="dxa"/>
          <w:bottom w:w="100" w:type="dxa"/>
          <w:right w:w="160" w:type="dxa"/>
        </w:tblCellMar>
      </w:tblPr>
      <w:tblGrid>
        <w:gridCol w:w="9412"/>
      </w:tblGrid>
      <w:tr>
        <w:tc>
          <w:tcPr>
            <w:tcW w:type="dxa" w:w="9412"/>
            <w:shd w:val="clear" w:color="auto" w:fill="FFF4D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7F5A00"/>
                <w:sz w:val="21"/>
              </w:rPr>
              <w:t xml:space="preserve">ശ്രദ്ധിക്കുക: </w:t>
            </w:r>
            <w:r>
              <w:rPr>
                <w:rFonts w:ascii="Nirmala UI" w:hAnsi="Nirmala UI" w:cs="Nirmala UI"/>
                <w:sz w:val="21"/>
              </w:rPr>
              <w:t xml:space="preserve">മുഴുവൻ കഥയും അവലോകനം ചെയ്യാൻ യോനാ 1-ാം അധ്യായം മുഴുവൻ വായിക്കുന്നതാണ് നല്ലത്.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ചിത്രം 7 കാണിച്ച് ചോദ്യങ്ങൾ ചോദിച്ചുകൊണ്ട് പാഠം 7-ലെ കഥ അവലോകനം ചെയ്യുക.</w:t>
      </w:r>
    </w:p>
    <w:p>
      <w:r>
        <w:rPr>
          <w:rFonts w:ascii="Nirmala UI" w:hAnsi="Nirmala UI" w:cs="Nirmala UI"/>
          <w:b/>
          <w:sz w:val="22"/>
        </w:rPr>
        <w:t xml:space="preserve">നിർദ്ദേശിക്കപ്പെട്ട ചോദ്യങ്ങൾ: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/>
          <w:sz w:val="22"/>
        </w:rPr>
        <w:t xml:space="preserve">കപ്പലിലേക്ക് ധൃതിയിൽ പോകുന്ന മനുഷ്യൻ ആരാണ്? യോനാ 1:3.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അവൻ ആരുടെ അടുത്തുനിന്നാണ് ധൃതിയിൽ പോകുന്നത്? യോനാ 1:3.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/>
          <w:sz w:val="22"/>
        </w:rPr>
        <w:t xml:space="preserve">അവൻ ദൈവത്തിൽ നിന്ന് ഓടിപ്പോകുന്നത് എന്തുകൊണ്ട്? യോനാ 1:23.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/>
          <w:sz w:val="22"/>
        </w:rPr>
        <w:t xml:space="preserve">കപ്പലിന് എന്തു സംഭവിച്ചു? യോനാ 1:4.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/>
          <w:sz w:val="22"/>
        </w:rPr>
        <w:t xml:space="preserve">കപ്പൽ രക്ഷിക്കാൻ മറ്റെല്ലാവരും കഠിനമായി പരിശ്രമിക്കുമ്പോൾ യോനാ എന്തു ചെയ്യുകയായിരുന്നു? യോനാ 1:6.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ജീവനുള്ള ദൈവത്തെ അറിയാത്ത, വിഗ്രഹങ്ങളെ ആരാധിച്ചിരുന്ന കപ്പൽക്കാർ യോനാ ഓടിപ്പോകാൻ ശ്രമിച്ചതിൽ അത്ഭുതപ്പെട്ടു (യോനാ 1:10). കൊടുങ്കാറ്റ് അവസാനിപ്പിക്കാൻ തങ്ങൾക്ക് എന്തു ചെയ്യാനാകുമെന്ന് അവർ അറിയാൻ ആഗ്രഹിച്ചു (1:11).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തന്നെ കടലിൽ എറിയണമെന്ന് യോനാ പറഞ്ഞു. കപ്പൽക്കാർക്ക് അത് ചെയ്യാൻ ഇഷ്ടമില്ലായിരുന്നു. അവർ തീരത്തോട് അടുക്കാൻ തുഴയാനും ശ്രമിച്ചു. എന്നാൽ കൊടുങ്കാറ്റ് കൂടുതൽ കഠിനമായി, അതിനാൽ യോനായുടെ മരണത്തിന് തങ്ങളെ കുറ്റപ്പെടുത്തരുതെന്ന് അവർ ദൈവത്തോടു പ്രാർത്ഥിച്ച് അവനെ കടലിലേക്ക് എറിഞ്ഞു. ആ പ്രക്ഷുബ്ധമായ വെള്ളത്തിൽ അവൻ അതിജീവിക്കില്ലെന്ന് അവർക്കറിയാമായിരുന്നു (1:12-16).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എന്നാൽ യോനാ മരിച്ചില്ല. </w:t>
      </w:r>
      <w:r>
        <w:rPr>
          <w:rFonts w:ascii="Nirmala UI" w:hAnsi="Nirmala UI" w:cs="Nirmala UI"/>
          <w:b/>
          <w:sz w:val="22"/>
        </w:rPr>
        <w:t xml:space="preserve">ചിത്രം 8 കാണിക്കുക. </w:t>
      </w:r>
      <w:r>
        <w:rPr>
          <w:rFonts w:ascii="Nirmala UI" w:hAnsi="Nirmala UI" w:cs="Nirmala UI"/>
          <w:b w:val="0"/>
          <w:sz w:val="22"/>
        </w:rPr>
        <w:t xml:space="preserve">യോനായെ വിഴുങ്ങാൻ ദൈവം ഒരു വലിയ മത്സ്യത്തെ അയച്ചു (1:17).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ഒരു മത്സ്യത്തിന്റെ ഉള്ളിൽ ഭയങ്കരമായ സ്ഥലമായിരിക്കണം. യോനായുടേതിന് സമാനമായ അനുഭവം ഉണ്ടായി അതിനെക്കുറിച്ച് പറയാൻ ജീവിച്ചിരുന്ന ചുരുക്കം ചിലരുണ്ട്. യോനാ ചെയ്യാവുന്ന ഒരേയൊരു കാര്യം ചെയ്തു. അവൻ ദൈവത്തോടു പ്രാർത്ഥിച്ചു. ആ മത്സ്യത്തിനുള്ളിലും ദൈവം തന്നോടുകൂടെ ഉണ്ടെന്ന് അവൻ അറിഞ്ഞു (2:1).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തന്റെ പ്രാർത്ഥനയിൽ ദൈവം തന്നോടുകൂടെ ഉണ്ടെന്നും തന്റെ വാക്കു കേൾക്കുന്നുണ്ടെന്നും യോനാ ഏറ്റുപറഞ്ഞു (2:2). ദൈവത്തിന്റെ സഹായത്തിനപ്പുറം താൻ തന്നെത്തന്നെ എത്തിച്ചുവെന്ന് അവൻ കരുതിയിരുന്നു, എന്നാൽ ദൈവത്തെ തന്റെ ജീവിതത്തിൽ നിന്ന് അടച്ചുകളയാൻ കഴിയില്ലെന്ന് ഇപ്പോൾ അവൻ ശരിക്കും അറിഞ്ഞു (2:3-4). പ്രാർത്ഥനയുടെ അവസാനം യോനാ ദൈവത്തെ സ്തുതിക്കുകയും അവനെ അനുസരിക്കുമെന്ന് വാഗ്ദാനം ചെയ്യുകയും ചെയ്തു (2:9).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മൂന്നു ദിവസത്തിനു ശേഷം മത്സ്യം യോനായെ ഉണങ്ങിയ നിലത്തേക്ക് ഛർദ്ദിച്ചു (2:10).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കഴിഞ്ഞ കുറച്ചു വർഷങ്ങളിൽ എല്ലാ പ്രായത്തിലുമുള്ള ആളുകൾ - യുദ്ധത്തിൽ നിന്ന് പലായനം ചെയ്തപ്പോഴും അഭയാർത്ഥി ക്യാമ്പുകളിൽ കഴിഞ്ഞപ്പോഴും ജയിലിൽ ആയിരുന്നപ്പോഴും - കടുത്ത ഭീകരതയുടെയും കഷ്ടതയുടെയും സമയങ്ങളിൽ ദൈവം തങ്ങളോടുകൂടെ ഉണ്ടായിരുന്നുവെന്ന് സാക്ഷ്യപ്പെടുത്തിയിട്ടുണ്ട്. ആഫ്രിക്ക മുതൽ വടക്കൻ അയർലൻഡ് വരെയും മുമ്പ് യുഗോസ്ലാവിയ എന്നു വിളിച്ചിരുന്ന പ്രദേശം വരെയും ലോകത്തിന്റെ വിവിധ ഭാഗങ്ങളിൽ നിന്നുള്ളവരിൽ നിന്ന് നാം ഇത് കേൾക്കുന്നു.</w:t>
      </w:r>
    </w:p>
    <w:p>
      <w:r>
        <w:rPr>
          <w:rFonts w:ascii="Nirmala UI" w:hAnsi="Nirmala UI" w:cs="Nirmala UI"/>
          <w:b/>
          <w:sz w:val="22"/>
        </w:rPr>
        <w:t xml:space="preserve">മുകളിലെ അഞ്ചാം പോയിന്റിൽ പറഞ്ഞിരിക്കുന്ന യോനായുടെ പ്രാർത്ഥനയുടെ ഭാഗങ്ങൾ ക്ലാസ്സിനെ ഉച്ചത്തിൽ വായിച്ചു കേൾപ്പിക്കുക: യോനാ 2:2-4, 9. </w:t>
      </w:r>
      <w:r>
        <w:rPr>
          <w:rFonts w:ascii="Nirmala UI" w:hAnsi="Nirmala UI" w:cs="Nirmala UI"/>
          <w:b w:val="0"/>
          <w:sz w:val="22"/>
        </w:rPr>
        <w:t xml:space="preserve">പ്രത്യേക ബുദ്ധിമുട്ടിന്റെയും അപകടത്തിന്റെയും ഒരു സമയത്തെക്കുറിച്ച് പറയാനും ദൈവസാന്നിധ്യം ഓർമ്മിപ്പിക്കപ്പെട്ടത് എങ്ങനെയെന്ന് വിവരിക്കാനും ആഗ്രഹിക്കുന്ന ആരെങ്കിലും നിങ്ങളുടെ ഇടയിൽ ഉണ്ടായിരിക്കാം.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/>
          <w:sz w:val="22"/>
        </w:rPr>
        <w:t xml:space="preserve">ഇതുവരെ പഠിച്ച പുറപ്പാട് 20-ലെ എല്ലാ വാക്യങ്ങളും അവലോകനം ചെയ്യുക.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8 – Jonah and the Great Fish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8 – Jonah and the Great Fish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