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7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യോനാ ദൈവത്തിൽ നിന്ന് ഓടിപ്പോകുന്നു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5: ദൈവത്തിനു വേണ്ടി വിചാരണയിൽ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നാം എവിടെ പോയാലും ദൈവത്തിന്റെ കരുതലിനും സംരക്ഷണത്തിനും പുറത്തല്ല എന്ന്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യോനാ 1:1-10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പുറപ്പാട് 20:6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(പത്തു കൽപ്പനകൾ) “എന്നെ സ്നേഹിച്ച് എന്റെ കൽപ്പനകളെ കാക്കുന്നവരോട് ആയിരം തലമുറവരെ [ദയ] കാണിക്കുന്നു.”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ഇഷ്ടമില്ലാത്ത ഒരു ജോലി ചെയ്യാൻ മാതാപിതാക്കൾ വിളിക്കുന്നത് കേൾക്കുമ്പോൾ കുട്ടികൾ പലപ്പോഴും ഓടി ഒളിക്കുന്നത് വിവരിക്കുക.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യോനാ എലീശായെപ്പോലെ ഒരു പ്രവാചകനായിരുന്നു, പക്ഷേ ദൈവം നൽകിയ ദൗത്യത്തിൽ നിന്ന് അവൻ ഓടിപ്പോകാൻ ശ്രമിച്ചു. നിനെവേയിൽ പോയി ജനത്തോടു പ്രസംഗിക്കാൻ ദൈവം യോനായോടു കൽപ്പിച്ചു. അവർ വളരെ ദുഷ്ടന്മാരായിരുന്നു (യോനാ 1:12). നിനെവേക്കാരും ഇസ്രായേലിന്റെ ശത്രുക്കളായിരുന്നു. ആ ദുഷ്ടജനം രക്ഷിക്കപ്പെടുന്നത് കാണാൻ യോനായ്ക്ക് ഇഷ്ടമില്ലായിരുന്നു. അവർ തന്നെ ഉപദ്രവിക്കുമെന്ന് അവൻ ഭയന്നില്ല; അവർ മാനസാന്തരപ്പെടുമോ എന്നാണ് അവൻ ഭയന്നത്, കാരണം ദൈവം അവരെ ശിക്ഷിക്കണമെന്നായിരുന്നു അവന്റെ ആഗ്രഹം.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സ്വന്തം രാജ്യം (ഇസ്രായേൽ) വിട്ടുപോയാൽ ദൈവത്തിൽ നിന്ന് രക്ഷപ്പെടാമെന്ന് യോനാ കരുതി. അതിനാൽ നിനെവേയ്ക്ക് വിപരീത ദിശയിലേക്കു പോകുന്ന ഒരു കപ്പലിൽ അവൻ കയറി (1:3). </w:t>
      </w:r>
      <w:r>
        <w:rPr>
          <w:rFonts w:ascii="Nirmala UI" w:hAnsi="Nirmala UI" w:cs="Nirmala UI"/>
          <w:b/>
          <w:sz w:val="22"/>
        </w:rPr>
        <w:t xml:space="preserve">ചിത്രം 7 കാണിക്കുക.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എന്നാൽ കപ്പൽ നടുക്കടലിൽ എത്തിയ ഉടനെ ദൈവം വലിയ കൊടുങ്കാറ്റ് അയച്ചു. എല്ലാവരും ഭയന്നുപോയി. </w:t>
      </w:r>
      <w:r>
        <w:rPr>
          <w:rFonts w:ascii="Nirmala UI" w:hAnsi="Nirmala UI" w:cs="Nirmala UI"/>
          <w:b/>
          <w:sz w:val="22"/>
        </w:rPr>
        <w:t xml:space="preserve">അവർ എന്തു ചെയ്തുവെന്ന് വിവരിക്കുക (1:4-5a).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കപ്പിത്താൻ യോനായെ കപ്പലിന്റെ അടിത്തട്ടിൽ ഉറങ്ങുന്നതായി കണ്ടു! കപ്പൽ രക്ഷിക്കാൻ പ്രാർത്ഥിക്കുകയും സഹായിക്കാൻ ശ്രമിക്കുകയും ചെയ്യാതെ അവൻ എന്തുകൊണ്ട് ഉറങ്ങുന്നു എന്ന് കപ്പിത്താൻ ചോദിച്ചു (1:5b-6).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കൊടുങ്കാറ്റിനു കാരണക്കാരൻ യോനാ ആണെന്ന് കപ്പൽക്കാർ നറുക്കിട്ട് കണ്ടെത്തി (1:7). കപ്പൽക്കാരുടെ ചോദ്യങ്ങൾക്ക് അവൻ നൽകിയ ഉത്തരത്തിൽ നിന്ന്, ദൈവം ആകാശത്തിന്റെയും ഭൂമിയുടെയും പരമാധികാരിയായ ഭരണാധികാരിയാണെന്ന് യോനാ ഹൃദയത്തിൽ അറിഞ്ഞിരുന്നുവെന്ന് നാം കാണുന്നു (1:9). എന്നാൽ അവന്റെ പ്രവൃത്തികളിൽ നിന്ന് അത് മനസ്സിലാക്കാൻ കഴിയുമായിരുന്നില്ല. യോനാ ധൈര്യം നിറഞ്ഞവനായിരുന്നു, അത് അസ്ഥാനത്തായിരുന്നെങ്കിലും (1:10). അടുത്ത പാഠത്തിൽ ദൈവം യോനായെ രക്ഷിച്ച അത്ഭുതകരമായ വഴി നാം കാണും.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ഇപ്പോൾ ബൈബിളിലെ ഒരു സങ്കീർത്തനം നിങ്ങൾ കേൾക്കാൻ പോകുന്നു. ദൈവം നമ്മോടുകൂടെ ഉണ്ടെന്നു പറയുന്ന വ്യത്യസ്ത സ്ഥലങ്ങളെല്ലാം ശ്രദ്ധിച്ചു കേൾക്കണം. അതിനുശേഷം നിങ്ങൾക്ക് എത്രയെണ്ണം ഓർമ്മയുണ്ടെന്ന് ഞാൻ ചോദിക്കും. </w:t>
      </w:r>
      <w:r>
        <w:rPr>
          <w:rFonts w:ascii="Nirmala UI" w:hAnsi="Nirmala UI" w:cs="Nirmala UI"/>
          <w:b/>
          <w:sz w:val="22"/>
        </w:rPr>
        <w:t xml:space="preserve">സങ്കീർത്തനം 139:1-12 ക്ലാസ്സിനെ വായിച്ചു കേൾപ്പിക്കുക. നന്നായി വായിക്കുന്ന രണ്ടുപേർ ഓരോ വാക്യം മാറിമാറി വായിച്ചാൽ വളരെ നന്നായിരിക്കും. സങ്കീർത്തനം രണ്ടുതവണ വായിക്കുക. ബ്ലാക്ക്ബോർഡോ സമാനമായ മറ്റെന്തെങ്കിലുമോ ഉണ്ടെങ്കിൽ ക്ലാസ്സിന്റെ ഉത്തരങ്ങളുടെ ഒരു പട്ടിക ഉണ്ടാക്കുക.</w:t>
      </w:r>
    </w:p>
    <w:p>
      <w:r>
        <w:rPr>
          <w:rFonts w:ascii="Nirmala UI" w:hAnsi="Nirmala UI" w:cs="Nirmala UI"/>
          <w:b w:val="0"/>
          <w:sz w:val="22"/>
        </w:rPr>
        <w:t xml:space="preserve">ഇപ്പോൾ നാം പോകുന്ന എല്ലായിടത്തും കൂടെയിരിക്കുന്നതിന് ദൈവത്തിന് നന്ദി പറയാൻ ഒരു പ്രാർത്ഥന ചൊല്ലാം.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r>
        <w:rPr>
          <w:rFonts w:ascii="Nirmala UI" w:hAnsi="Nirmala UI" w:cs="Nirmala UI"/>
          <w:b w:val="0"/>
          <w:sz w:val="22"/>
        </w:rPr>
        <w:t xml:space="preserve">തന്റെ കൽപ്പനകൾ അനുസരിച്ച് ദൈവത്തോടുള്ള സ്നേഹം കാണിക്കാൻ യോനാ തയ്യാറായിരുന്നില്ല.</w:t>
      </w:r>
    </w:p>
    <w:p>
      <w:r>
        <w:rPr>
          <w:rFonts w:ascii="Nirmala UI" w:hAnsi="Nirmala UI" w:cs="Nirmala UI"/>
          <w:b/>
          <w:sz w:val="22"/>
        </w:rPr>
        <w:t xml:space="preserve">ഇതുവരെ പഠിച്ച പുറപ്പാട് 20-ലെ എല്ലാ വാക്യങ്ങളും അവലോകനം ചെയ്യുക.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7 – Jonah Flees from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7 – Jonah Flees from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