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5</w:t>
      </w:r>
    </w:p>
    <w:p>
      <w:pPr>
        <w:keepNext/>
        <w:spacing w:after="40"/>
      </w:pPr>
      <w:r>
        <w:rPr>
          <w:rFonts w:ascii="Nirmala UI" w:hAnsi="Nirmala UI" w:cs="Nirmala UI"/>
          <w:b/>
          <w:color w:val="1F4E79"/>
          <w:sz w:val="52"/>
        </w:rPr>
        <w:t xml:space="preserve">ശമര്യയുടെ ഉപരോധം</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അങ്ങേയറ്റം കഠിനമായ സമയങ്ങളിൽ എലീശാ ദൈവത്തെ വിശ്വസ്തതയോടെ സേവിച്ചതിനാൽ ദൈവം അവനെ ബഹുമാനിച്ചുവെന്ന്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2 രാജാക്കന്മാർ 6:24 – 7:2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20:5</w:t>
            </w:r>
          </w:p>
          <w:p>
            <w:pPr>
              <w:spacing w:after="40"/>
            </w:pPr>
            <w:r>
              <w:rPr>
                <w:rFonts w:ascii="Nirmala UI" w:hAnsi="Nirmala UI" w:cs="Nirmala UI"/>
                <w:b w:val="0"/>
                <w:i/>
                <w:sz w:val="22"/>
              </w:rPr>
              <w:t xml:space="preserve">(പത്തു കൽപ്പനകൾ) “നീ അവയെ നമസ്കരിക്കരുത്, സേവിക്കയുമരുത്; നിന്റെ ദൈവമായ യഹോവയായ ഞാൻ തീക്ഷ്ണതയുള്ള ദൈവം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ഇന്ന് ആഫ്രിക്കയിലെ മിക്ക ആളുകൾക്കും വിശപ്പ് എന്താണെന്ന് അറിയാം. ഇന്നത്തെ കഥ, ജനങ്ങൾ ഇത്ര ദീർഘകാലം പട്ടിണി കിടന്ന് പലരും മരിച്ചുകൊണ്ടിരുന്ന ഒരു പട്ടണത്തെക്കുറിച്ചാണ്. ഭക്ഷണം വാങ്ങാൻ അവർക്കു കഴിവില്ലായിരുന്നു. കഴിഞ്ഞ കുറച്ചു വർഷങ്ങളിൽ ഭക്ഷ്യവില എങ്ങനെ ഉയർന്നുവെന്നതിന്റെ ചില ഉദാഹരണങ്ങൾ പറയുക.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കഴിഞ്ഞയാഴ്ചത്തെ കഥയ്ക്കു ശേഷം കുറച്ചു കഴിഞ്ഞ് സിറിയൻ രാജാവ് വീണ്ടും ഇസ്രായേലിനോടു യുദ്ധത്തിനു പോയി. അവന്റെ സൈന്യം ഇസ്രായേലിന്റെ തലസ്ഥാനമായ ശമര്യയെ വളഞ്ഞു. നഗരത്തിൽ നിന്ന് ആർക്കും വയലുകളിൽ ഭക്ഷണം തേടി പോകാൻ കഴിയാത്തതിനാൽ ഇത് അവിടെ ഭയങ്കര ക്ഷാമം ഉണ്ടാക്കി. അതുകൊണ്ട് ഭക്ഷിക്കാവുന്ന എന്തിന്റെയും വില ആകാശത്തോളം ഉയർന്നു. കഴുതയുടെ തലയിൽ ഭക്ഷിക്കാൻ വളരെ കുറച്ചേയുള്ളൂ, എന്നിട്ടും ആളുകൾ അതിന് ഏകദേശം ഒരു കിലോഗ്രാം വെള്ളി നൽകി (2 രാജാ 6:24-25)!</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ഇസ്രായേൽ രാജാവ് നഗരമതിലിലൂടെ നടക്കാൻ പോയി. </w:t>
      </w:r>
      <w:r>
        <w:rPr>
          <w:rFonts w:ascii="Nirmala UI" w:hAnsi="Nirmala UI" w:cs="Nirmala UI"/>
          <w:b/>
          <w:sz w:val="22"/>
        </w:rPr>
        <w:t xml:space="preserve">അവൻ രണ്ടു സ്ത്രീകളെ കണ്ടുമുട്ടി അവർ ചെയ്ത ഭയങ്കര കാര്യത്തെക്കുറിച്ച് കേട്ടതെങ്ങനെയെന്ന് വിവരിക്കുക. </w:t>
      </w:r>
      <w:r>
        <w:rPr>
          <w:rFonts w:ascii="Nirmala UI" w:hAnsi="Nirmala UI" w:cs="Nirmala UI"/>
          <w:b w:val="0"/>
          <w:sz w:val="22"/>
        </w:rPr>
        <w:t xml:space="preserve">അവർക്ക് വിശപ്പ് സഹിക്കാനാവാതെ ഒരു കുട്ടിയെ ഭക്ഷിച്ചു. ആളുകൾ മൃഗങ്ങളെപ്പോലെ പെരുമാറാൻ തുടങ്ങിയിരുന്നു. തന്റെ ജനത്തിന്റെ കഷ്ടത തന്നെ ഓർമ്മിപ്പിക്കാൻ രാജാവ് തന്റെ രാജകീയ വസ്ത്രത്തിനടിയിൽ ചാക്കുശീലകൊണ്ടുള്ള അസ്വസ്ഥമായ വസ്ത്രം ധരിച്ചുതുടങ്ങി (6:26, 28-30). </w:t>
      </w:r>
      <w:r>
        <w:rPr>
          <w:rFonts w:ascii="Nirmala UI" w:hAnsi="Nirmala UI" w:cs="Nirmala UI"/>
          <w:b/>
          <w:sz w:val="22"/>
        </w:rPr>
        <w:t xml:space="preserve">ചിത്രം 5 കാണിക്കുക. </w:t>
      </w:r>
      <w:r>
        <w:rPr>
          <w:rFonts w:ascii="Nirmala UI" w:hAnsi="Nirmala UI" w:cs="Nirmala UI"/>
          <w:b w:val="0"/>
          <w:sz w:val="22"/>
        </w:rPr>
        <w:t xml:space="preserve">പട്ടണമതിലിനപ്പുറം പാളയമിറങ്ങിയിരിക്കുന്ന സിറിയൻ സൈന്യത്തെ നിങ്ങൾ കാണുന്നുണ്ടോ?</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രാജാവ് വല്ലാതെ അസ്വസ്ഥനായി (30-ാം വാക്യം). തന്റെ ജനം അകപ്പെട്ട അവസ്ഥയ്ക്ക് അവൻ ദൈവത്തെ കുറ്റപ്പെടുത്തി (27-ാം വാക്യം). ദൈവം അവരെ സിറിയക്കാരിൽ നിന്നു രക്ഷിക്കാത്തതിനാൽ ദൈവത്തിന്റെ ദാസനായ എലീശായെ കൊല്ലാൻ രാജാവ് തീരുമാനിച്ചു. അത് ചെയ്യാൻ അവൻ ഒരു ദൂതനെ അയച്ചു (6:31-32).</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എലീശാ വീട്ടിലായിരുന്നു; പട്ടണത്തിലെ മൂപ്പന്മാർ അവനോടുകൂടെ ഉണ്ടായിരുന്നു, ഒരുപക്ഷേ ഗുരുതരമായ സാഹചര്യത്തെക്കുറിച്ച് ചർച്ച ചെയ്യുകയായിരുന്നു. ദൂതൻ എത്തുന്നതിനു മുമ്പുതന്നെ രാജാവിന്റെ ദുഷ്ട പദ്ധതി ദൈവം എലീശായ്ക്കു വെളിപ്പെടുത്തി. എലീശാ പ്രവചിച്ചതുപോലെ കോപിഷ്ഠനായ രാജാവ് തന്റെ ദൂതന്റെ തൊട്ടുപിന്നാലെ അവിടെ എത്തുന്നത് മൂപ്പന്മാർ അത്ഭുതത്തോടെ കണ്ടു. മറ്റു പലരും ശ്രമിച്ചതുപോലെ ദൈവമില്ലാതെ മുന്നോട്ടു പോകാൻ രാജാവ് തീരുമാനിച്ചിരുന്നു. ദൈവം പ്രവർത്തിക്കുന്നതിനായി ഇനി കാത്തിരിക്കാൻ അവനു കഴിഞ്ഞില്ല, അതുകൊണ്ട് അവൻ കാര്യങ്ങൾ സ്വന്തം കൈയിലെടുക്കുകയായിരുന്നു (6:32-33).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ദൈവത്തിൽ നിന്നുള്ള വിശ്വസിക്കാനാവാത്ത ഒരു സന്ദേശവുമായി എലീശാ തയ്യാറായിരുന്നു. 24 മണിക്കൂറിനുശേഷം നഗരത്തെ സിറിയൻ സൈന്യം വളഞ്ഞിരിക്കയില്ല എന്നാണ് അതിനർത്ഥം. അവരെല്ലാം പോയിരിക്കും, ഭക്ഷണം സമൃദ്ധവും വിലക്കുറവുമായിരിക്കും. മൂന്നു കിലോ ധാന്യത്തിന് ഒരു നാണയം മാത്രമേ വിലയുണ്ടാകൂ (7:1)!</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രാജാവിനോടൊപ്പമുണ്ടായിരുന്ന ഉദ്യോഗസ്ഥന് ദൈവത്തിന് അത് സാധിക്കുമെന്ന് വിശ്വസിക്കാൻ കഴിഞ്ഞില്ല. അവന്റെ അവിശ്വാസം അവന് ഒരു ഭയങ്കര മുന്നറിയിപ്പ് നേടിക്കൊടുത്തു (7:2).</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ശമര്യയിലെ സാഹചര്യം ആളുകളിലെ ഏറ്റവും മോശമായതിനെ പുറത്തുകൊണ്ടുവന്നു. എന്നാൽ എലീശാ ആ ഭയങ്കര സമയത്തും ദൈവത്തിൽ ആശ്രയിച്ചു. ഒരു ഭൗമിക രാജാവിൽ നിന്നുള്ള ഭീഷണിയെയും ഒരു രാജകീയ ഉദ്യോഗസ്ഥന്റെ അവിശ്വാസത്തെയും നേരിടാനുള്ള ധൈര്യം അവനുണ്ടായിരുന്നു.</w:t>
      </w:r>
    </w:p>
    <w:p>
      <w:r>
        <w:rPr>
          <w:rFonts w:ascii="Nirmala UI" w:hAnsi="Nirmala UI" w:cs="Nirmala UI"/>
          <w:b w:val="0"/>
          <w:sz w:val="22"/>
        </w:rPr>
        <w:t xml:space="preserve">200 വർഷം മുമ്പ് ജീവിച്ചിരുന്ന ഒരു ഇംഗ്ലീഷുകാരനായിരുന്നു വില്യം കാരി. അവന്റെ മാതാപിതാക്കൾക്ക് അവനെ സ്കൂളിൽ അയയ്ക്കാൻ കഴിയാത്തത്ര ദരിദ്രരായിരുന്നു, അതുകൊണ്ട് അവൻ സ്വയം പഠിച്ച് ഒരു പാസ്റ്ററായി. അവൻ പറഞ്ഞു: “ദൈവത്തിൽ നിന്ന് വലിയ കാര്യങ്ങൾ പ്രതീക്ഷിക്കുക; ദൈവത്തിനു വേണ്ടി വലിയ കാര്യങ്ങൾ ശ്രമിക്കുക.” മരിക്കുന്നതിനു മുമ്പ് അവൻ (മറ്റ് കാര്യങ്ങൾക്കൊപ്പം) ഒരു മിഷനറി സംഘടന സ്ഥാപിക്കുകയും ഇന്ത്യയിൽ സഭകൾ സ്ഥാപിക്കുകയും ബൈബിൾ അനേകം ഇന്ത്യൻ ഭാഷകളിലേക്കു വിവർത്തനം ചെയ്യുകയും ചെയ്തു.</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വളരെ കഠിനമായ സമയങ്ങളിൽ പോലും എലീശാ ഈ കൽപ്പന അനുസരിച്ചു.</w:t>
      </w:r>
    </w:p>
    <w:p>
      <w:r>
        <w:rPr>
          <w:rFonts w:ascii="Nirmala UI" w:hAnsi="Nirmala UI" w:cs="Nirmala UI"/>
          <w:b/>
          <w:sz w:val="22"/>
        </w:rPr>
        <w:t xml:space="preserve">ഇതുവരെ പഠിച്ച പുറപ്പാട് 20-ലെ എല്ലാ വാക്യങ്ങളും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5 – The Siege of Samaria</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5 – The Siege of Samaria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