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w:t>
      </w:r>
    </w:p>
    <w:p>
      <w:pPr>
        <w:keepNext/>
        <w:spacing w:after="40"/>
      </w:pPr>
      <w:r>
        <w:rPr>
          <w:rFonts w:ascii="Nirmala UI" w:hAnsi="Nirmala UI" w:cs="Nirmala UI"/>
          <w:b/>
          <w:color w:val="1F4E79"/>
          <w:sz w:val="52"/>
        </w:rPr>
        <w:t xml:space="preserve">നയമാൻ സുഖപ്പെടുന്നു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നയമാൻ സ്വന്തം കഴിവിലും സമ്പത്തിലും ഉള്ള ആശ്രയം ഉപേക്ഷിച്ചപ്പോൾ മാത്രമാണ് ദൈവം അവനെ സുഖപ്പെടുത്തിയതെന്ന് കുട്ടികളെ കാണിക്കുക. നാം വിനീതരായിരിക്കുമ്പോൾ ദൈവം നമ്മെ അനുഗ്രഹിക്കുന്നു, കാരണം അപ്പോൾ നാം നമ്മിൽ ആശ്രയിക്കാതെ അവനിൽ ആശ്രയിക്കുന്നു.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2 രാജാക്കന്മാർ 5:13-16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20:1-2</w:t>
            </w:r>
          </w:p>
          <w:p>
            <w:pPr>
              <w:spacing w:after="40"/>
            </w:pPr>
            <w:r>
              <w:rPr>
                <w:rFonts w:ascii="Nirmala UI" w:hAnsi="Nirmala UI" w:cs="Nirmala UI"/>
                <w:b w:val="0"/>
                <w:i/>
                <w:sz w:val="22"/>
              </w:rPr>
              <w:t xml:space="preserve">(പത്തു കൽപ്പനകൾ) ദൈവം ഈ വചനങ്ങളെല്ലാം അരുളിച്ചെയ്തു: “അടിമവീടായ ഈജിപ്റ്റ് ദേശത്തുനിന്ന് നിന്നെ കൊണ്ടുവന്ന നിന്റെ ദൈവമായ യഹോവ ഞാൻ ആകുന്നു.”</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ഇന്നത്തെ വായനയുടെ പശ്ചാത്തലം അവലോകനം ചെയ്യാൻ 1-12 വാക്യങ്ങളും വായിക്കുക. കഴിഞ്ഞയാഴ്ചത്തെ ഓർമ്മവാക്യം അവലോകനം ചെയ്ത് ഈ ആഴ്ച 2-ാം വാക്യം പൂർത്തിയാക്കുക.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ക്ലാസ് തുടങ്ങുന്നതിനു മുമ്പ് ഒരു നാടകം അവതരിപ്പിക്കാൻ മൂന്നു പേരെ (കുട്ടികളോ മുതിർന്നവരോ) ഒരുക്കുക. </w:t>
      </w:r>
      <w:r>
        <w:rPr>
          <w:rFonts w:ascii="Nirmala UI" w:hAnsi="Nirmala UI" w:cs="Nirmala UI"/>
          <w:b w:val="0"/>
          <w:sz w:val="22"/>
        </w:rPr>
        <w:t xml:space="preserve">രണ്ടുപേർ തർക്കിക്കുമ്പോൾ മൂന്നാമൻ പ്രശ്നം പരിഹരിക്കാനുള്ള ഒരു നിർദ്ദേശവുമായി വരുന്നു. അത് അയൽക്കാരന്റെ തോട്ടത്തിലേക്ക് ചവിട്ടിയിട്ട ഒരു പന്തിനെക്കുറിച്ചാകാം. അതെടുക്കാൻ പോകേണ്ടത് താനല്ലെന്ന് ഇരുവരും ഒഴികഴിവ് പറയുന്നു. ഒരുമിച്ചു പോയി അയൽക്കാരനോടു ക്ഷമ ചോദിക്കാൻ മൂന്നാമൻ അവരെ പ്രേരിപ്പിക്കുന്നു.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സിറിയൻ സൈന്യത്തിന്റെ സേനാപതിയായ നയമാൻ, അഹങ്കാരം നിമിത്തം തന്റെ കുഷ്ഠം സുഖപ്പെടുത്താനുള്ള പ്രവാചകൻ എലീശായുടെ നിർദ്ദേശങ്ങൾ പാലിക്കാൻ വിസമ്മതിച്ചു. ഒരു സങ്കീർണ്ണ ചികിത്സയ്ക്ക് പണം നൽകാൻ കഴിയുന്ന വിജയിയായ ഒരു പടയാളിയായ താൻ എന്തിന് ചെളിനിറഞ്ഞ ചെറിയ യോർദ്ദാൻ നദിയിൽ പോയി കുളിക്കണം? നയമാന്റെ ഭാഗ്യത്തിന്, അവന്റെ ഭൃത്യന്മാർ യജമാനനെക്കാൾ ജ്ഞാനികളും വിനീതരുമായിരുന്നു. പ്രവാചകന്റെ നിർദ്ദേശങ്ങൾ പാലിക്കാൻ അവർ അവനെ പ്രേരിപ്പിച്ചു (2 രാജാ 5:10-13).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നയമാൻ യോർദ്ദാനിൽ കുളിച്ച കഥ പറയുമ്പോൾ ക്ലാസ്സിലെ ഓരോ അംഗത്തിനും നയമാനായി അഭിനയിക്കാം. </w:t>
      </w:r>
      <w:r>
        <w:rPr>
          <w:rFonts w:ascii="Nirmala UI" w:hAnsi="Nirmala UI" w:cs="Nirmala UI"/>
          <w:b w:val="0"/>
          <w:sz w:val="22"/>
        </w:rPr>
        <w:t xml:space="preserve">ഏഴാമത്തെ കുളിക്കു ശേഷം നയമാന്റെ കുഷ്ഠം മാറി (5:14). </w:t>
      </w:r>
      <w:r>
        <w:rPr>
          <w:rFonts w:ascii="Nirmala UI" w:hAnsi="Nirmala UI" w:cs="Nirmala UI"/>
          <w:b/>
          <w:sz w:val="22"/>
        </w:rPr>
        <w:t xml:space="preserve">ചിത്രം 2 കാണിച്ച് എല്ലാവരുടെയും മുഖത്തെ സന്തോഷം ചൂണ്ടിക്കാണിക്കുക.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നയമാൻ തന്റെ അഹങ്കാരത്തെയും പ്രാധാന്യത്തെയും കുറിച്ച് എല്ലാം മറന്നു. എലീശാ സേവിക്കുന്ന ദൈവം മാത്രമേ ഒരേയൊരു ദൈവമുള്ളൂ എന്ന് അവൻ കണ്ടെത്തി. നന്ദി പറയാൻ എലീശായ്ക്ക് ഒരു സമ്മാനം നൽകാൻ അവൻ ആഗ്രഹിച്ചു, എന്നാൽ എലീശാ ഒന്നും സ്വീകരിക്കാൻ വിസമ്മതിച്ചു. നയമാൻ രണ്ടു കാര്യങ്ങൾ മനസ്സിലാക്കണമെന്ന് അവൻ ആഗ്രഹിച്ചു. ഒന്ന്, രോഗശാന്തി ദൈവത്തിന്റെ സൗജന്യ ദാനമായിരുന്നു. നയമാൻ അതിന് അർഹനല്ല, ഒരു വിധത്തിലും അതിന് വില നൽകാനും കഴിയില്ല. രണ്ട്, അത്ഭുതം പ്രവർത്തിച്ചത് ദൈവത്തിന്റെ ശക്തിയാണ്, എലീശായുടേതല്ല. അതുകൊണ്ട് അതിന് സ്തുതിയോ പ്രതിഫലമോ സ്വീകരിക്കാൻ എലീശായ്ക്ക് കഴിയുമായിരുന്നില്ല (5:15-16).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സമയമുണ്ടെങ്കിൽ: ആ സമ്പത്തെല്ലാം കണ്ട് ചെറുക്കാൻ കഴിയാതെ അത് നേടാൻ ഒരു പദ്ധതി ഉണ്ടാക്കിയ എലീശായുടെ ഭൃത്യനായ ഗേഹസിയുടെ കഥ പറയുക (5:19-27). </w:t>
      </w:r>
      <w:r>
        <w:rPr>
          <w:rFonts w:ascii="Nirmala UI" w:hAnsi="Nirmala UI" w:cs="Nirmala UI"/>
          <w:b w:val="0"/>
          <w:sz w:val="22"/>
        </w:rPr>
        <w:t xml:space="preserve">അവന്റെ വഞ്ചന അവന് ഒരു അനുഗ്രഹവും കൊണ്ടുവന്നില്ല. പകരം അവൻ ശാപഗ്രസ്തനായി. അവന് തന്നെ കുഷ്ഠരോഗം പിടിപെട്ടു.</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ആളുകൾ ആശ്രയിക്കുന്ന വ്യത്യസ്ത കാര്യങ്ങളെക്കുറിച്ച് ചിന്തിക്കുക. ചില ഉദാഹരണങ്ങൾ: പണം, സ്വത്തുക്കൾ, സ്ഥിരമായ ജോലി, നല്ല വിദ്യാഭ്യാസം. ഇവയെല്ലാം നല്ല കാര്യങ്ങളാണ്, എന്നാൽ നയമാനെപ്പോലെ അവ ദൈവത്തിൽ നിന്നുള്ള ദാനങ്ങളാണെന്ന് നാം ഓർക്കണം. എലീശാ സേവിച്ച ദൈവത്താൽ സുഖപ്പെട്ടതിനുശേഷം നയമാൻ പിന്നെ അഹങ്കാരിയായിരുന്നില്ല. നയമാൻ ദൈവത്തെ ആരാധിക്കാനും അവനിൽ മാത്രം ആശ്രയിക്കാനും ആഗ്രഹിച്ചു. ഇത് നാം പിന്തുടരുന്നത് നല്ലതായിരിക്കുന്ന ഒരു മാതൃകയാണ്.</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ദൈവത്തിന്റെ ശക്തി പ്രവർത്തിക്കുന്നതിന്റെ മറ്റൊരു ഉദാഹരണം ഇത് നമുക്കു നൽകുന്നു.</w:t>
      </w:r>
    </w:p>
    <w:p>
      <w:r>
        <w:rPr>
          <w:rFonts w:ascii="Nirmala UI" w:hAnsi="Nirmala UI" w:cs="Nirmala UI"/>
          <w:b/>
          <w:sz w:val="22"/>
        </w:rPr>
        <w:t xml:space="preserve">ഇതുവരെ പഠിച്ച പുറപ്പാട് 20-ലെ വാക്യങ്ങൾ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 – Naaman is Healed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 – Naaman is Healed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