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w:t>
      </w:r>
    </w:p>
    <w:p>
      <w:pPr>
        <w:keepNext/>
        <w:spacing w:after="40"/>
      </w:pPr>
      <w:r>
        <w:rPr>
          <w:rFonts w:ascii="Nirmala UI" w:hAnsi="Nirmala UI" w:cs="Nirmala UI"/>
          <w:b/>
          <w:color w:val="1F4E79"/>
          <w:sz w:val="52"/>
        </w:rPr>
        <w:t xml:space="preserve">നയമാൻ എലീശായെ സന്ദർശിക്കുന്നു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നമ്മുടെ സ്വന്തം പ്രാധാന്യത്തിൽ ആശ്രയിച്ച് നമുക്കു ദൈവത്തിന്റെ അടുക്കൽ വരാൻ കഴിയില്ലെന്ന്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2 രാജാക്കന്മാർ 5:1-12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20:1-2</w:t>
            </w:r>
          </w:p>
          <w:p>
            <w:pPr>
              <w:spacing w:after="40"/>
            </w:pPr>
            <w:r>
              <w:rPr>
                <w:rFonts w:ascii="Nirmala UI" w:hAnsi="Nirmala UI" w:cs="Nirmala UI"/>
                <w:b w:val="0"/>
                <w:i/>
                <w:sz w:val="22"/>
              </w:rPr>
              <w:t xml:space="preserve">ദൈവം ഈ വചനങ്ങളെല്ലാം അരുളിച്ചെയ്തു: “ഞാൻ നിന്റെ ദൈവമായ യഹോവ …”</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ഈ പാഠപരമ്പരയിൽ കുട്ടികൾ പത്തു കൽപ്പനകൾ (പുറ 20:1-17) പഠിക്കും.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ആളുകൾ തങ്ങൾ വരുന്ന രാജ്യത്തെക്കുറിച്ച് അഭിമാനിക്കുന്നു. ഉദാഹരണത്തിന്, നിങ്ങൾ ഓസ്ട്രേലിയയിൽ നിന്നാണെങ്കിൽ അത് ലോകത്തിലെ ഏറ്റവും വലിയ ദ്വീപാണെന്ന് അറിയുന്നതിൽ നിങ്ങൾ അഭിമാനിക്കും. നിങ്ങളുടെ രാജ്യത്തെക്കുറിച്ച് നിങ്ങളെ അഭിമാനിപ്പിക്കുന്ന കാര്യങ്ങളെക്കുറിച്ച് ചിന്തിക്കുക.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നയമാൻ തന്റെ രാജ്യമായ സിറിയയിൽ വളരെ അഭിമാനിച്ചു. ദമസ്കൊസ് എന്ന മനോഹരമായ തലസ്ഥാനവും ദേശത്തെ ഫലഭൂയിഷ്ഠമാക്കിയ മനോഹരമായ നദികളുമുള്ള ഒരു പ്രധാന രാജ്യമായിരുന്നു അത്. അനേകം യുദ്ധങ്ങൾ ജയിച്ച സിറിയൻ സൈന്യത്തിന്റെ സേനാപതി എന്ന തന്റെ സ്ഥാനത്തിലും അവൻ വളരെ അഭിമാനിച്ചു. സിറിയൻ രാജാവ് തന്നെ വളരെ ആദരിക്കുന്നു എന്നതിലും നയമാൻ അഭിമാനിച്ചു (2 രാജാ 5:1a).</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എന്നാൽ നയമാൻ അഭിമാനിക്കാത്ത ഒരു കാര്യം ഉണ്ടായിരുന്നു. അവന് കുഷ്ഠരോഗം ഉണ്ടായിരുന്നു. ആ കാലത്ത് ഈ ചർമ്മരോഗത്തിന് ചികിത്സ ഇല്ലായിരുന്നു, സിറിയപോലെ വികസിതവും സമൃദ്ധവുമായ ഒരു രാജ്യത്തുപോലും (5:1b).</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നയമാന്റെ ഭാര്യയ്ക്ക് ദരിദ്ര അയൽരാജ്യമായ ഇസ്രായേലിൽ നിന്നുള്ള ഒരു ദാസിപ്പെൺകുട്ടി ഉണ്ടായിരുന്നു. നയമാന്റെ വീട്ടിലെ ഏറ്റവും നിസ്സാരരായ അംഗങ്ങളിൽ ഒരാളായി അവളെ കരുതിയിരുന്നു, എന്നാൽ തന്റെ യജമാനന് സഹായം എവിടെ കണ്ടെത്താമെന്ന് അവൾക്കറിയാമായിരുന്നു. കുഷ്ഠരോഗം സുഖപ്പെടുത്താൻ കഴിയുന്ന ഇസ്രായേലിന്റെ ദൈവത്തിന്റെ ഒരു പ്രവാചകനെക്കുറിച്ച് അവൾ തന്റെ യജമാനത്തിയോടു പറഞ്ഞു (5:2-3).</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നയമാന്റെ ഭാര്യ ഇതേക്കുറിച്ച് അവനോടു പറഞ്ഞപ്പോൾ ഈ പ്രവാചകനെ സന്ദർശിക്കാൻ ഇസ്രായേലിലേക്കു പോകാൻ അവൻ സിറിയൻ രാജാവിൽ നിന്ന് അനുവാദം വാങ്ങി. അവൻ വിലപിടിപ്പുള്ള അനേകം സമ്മാനങ്ങൾ കൊണ്ടുപോയി (സിറിയ ഒരു ധനിക രാജ്യവും നയമാൻ ഒരു പ്രധാന വ്യക്തിയുമായിരുന്നു). നയമാൻ ആരാണെന്ന് പറയുകയും തന്റെ നല്ല ദാസനായ നയമാനെ സുഖപ്പെടുത്താൻ സ്വീകർത്താവിനോട് ആജ്ഞാപിക്കുകയും ചെയ്യുന്ന രാജാവിന്റെ തന്നെ ഒരു കത്തും അവൻ കൊണ്ടുപോയി (5:4-6).</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എന്നാൽ അഹങ്കാരിയായ സേനാപതി നയമാൻ സഹായത്തിനായി തെറ്റായ ആളുടെ അടുക്കൽ പോയി. ഏതെങ്കിലും പ്രവാചകനെയല്ല, ഇസ്രായേൽ രാജാവിനെയാണ് താൻ കാണേണ്ടതെന്ന് അവനും അവന്റെ രാജാവും കരുതി. ഇസ്രായേൽ രാജാവ് കത്തു വായിച്ചപ്പോൾ അദ്ദേഹത്തിന് നയമാന്റെ കുഷ്ഠം സുഖപ്പെടുത്താൻ കഴിയാത്തതിനാൽ വളരെ ആശങ്കയായി. സിറിയൻ രാജാവിനെ അപ്രീതിപ്പെടുത്തിയാൽ അത് സിറിയക്കാർക്ക് വീണ്ടും ഇസ്രായേലിനെ ആക്രമിക്കാൻ കാരണമാകുമെന്ന് അവൻ ഭയപ്പെട്ടു (5:7).</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സംഭവിച്ചത് ദൈവത്തിന്റെ പ്രവാചകനായ എലീശാ കേട്ടു, നയമാനെ തന്റെ എളിയ വീട്ടിലേക്ക് അയയ്ക്കാൻ അവൻ ഇസ്രായേൽ രാജാവിനോടു നിർദ്ദേശിച്ചു. ദൈവത്തിന്റെ ശക്തിയാൽ നയമാനെ സുഖപ്പെടുത്താൻ കഴിയുന്നവൻ എലീശാ ആയിരുന്നു (5:8).</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sz w:val="22"/>
        </w:rPr>
        <w:t xml:space="preserve">ചിത്രം 1 കാണിക്കുക. നയമാൻ എത്ര കോപിഷ്ഠനായി കാണപ്പെടുന്നുവെന്ന് ചൂണ്ടിക്കാണിക്കുക. </w:t>
      </w:r>
      <w:r>
        <w:rPr>
          <w:rFonts w:ascii="Nirmala UI" w:hAnsi="Nirmala UI" w:cs="Nirmala UI"/>
          <w:b w:val="0"/>
          <w:sz w:val="22"/>
        </w:rPr>
        <w:t xml:space="preserve">പ്രവാചകനായ എലീശാ നയമാനെയോ അവന്റെ സമ്മാനങ്ങളെയോ സ്വീകരിക്കേണ്ടെന്നു തീരുമാനിച്ചു. ഒരു തമാശപോലെ തോന്നുന്ന ചില നിർദ്ദേശങ്ങളുമായി തന്റെ ഭൃത്യനെ അവൻ പ്രധാനിയായ സേനാപതിയെ കാണാൻ അയച്ചു: നയമാൻ യോർദ്ദാൻ നദിയിൽ ഏഴു പ്രാവശ്യം കുളിക്കണം. അഹങ്കാരിയായ സിറിയൻ പടയാളി ഇസ്രായേൽ എന്ന ചെറിയ രാജ്യത്തെ പുച്ഛിച്ചു; എലീശായുടെ ലളിതമായ ഉപദേശത്തിലും ബഹുമാനക്കുറവിലും അവൻ അപമാനിതനായി. കോപത്തോടെ അവൻ നിർദ്ദേശങ്ങൾ പാലിക്കാൻ വിസമ്മതിച്ചു … അവന്റെ കുഷ്ഠരോഗം അങ്ങനെ തന്നെ തുടർന്നു (5:9-12).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പ്രവാചകനായ എലീശാ പ്രതീക്ഷിക്കുന്നതുപോലെ നയമാനെ വലിയ ബഹുമാനത്തോടെ സ്വാഗതം ചെയ്യാതിരുന്നത് എന്തുകൊണ്ട്?</w:t>
      </w:r>
    </w:p>
    <w:p>
      <w:r>
        <w:rPr>
          <w:rFonts w:ascii="Nirmala UI" w:hAnsi="Nirmala UI" w:cs="Nirmala UI"/>
          <w:b w:val="0"/>
          <w:sz w:val="22"/>
        </w:rPr>
        <w:t xml:space="preserve">വിഡ്ഢിത്തമെന്നു തോന്നുന്ന നിർദ്ദേശങ്ങളുമായി ഈ പ്രധാന മനുഷ്യന്റെ അടുക്കൽ ഒരു ഭൃത്യനെ മാത്രം അയച്ചത് എന്തുകൊണ്ട്?</w:t>
      </w:r>
    </w:p>
    <w:p>
      <w:r>
        <w:rPr>
          <w:rFonts w:ascii="Nirmala UI" w:hAnsi="Nirmala UI" w:cs="Nirmala UI"/>
          <w:b w:val="0"/>
          <w:sz w:val="22"/>
        </w:rPr>
        <w:t xml:space="preserve">ഇസ്രായേലിന്റെ ദൈവത്തിന്റെ മുമ്പിൽ തന്റെ പ്രധാന രാജ്യത്തിനും സമ്പത്തിനും സ്ഥാനത്തിനും ഒരു വിലയുമില്ലെന്ന് നയമാനെ കാണിക്കാൻ എലീശാ ആഗ്രഹിച്ചു. നയമാൻ സ്വന്തം കഴിവിലും ശക്തിയിലും ആശ്രയിക്കുന്നത് നിർത്തുമ്പോൾ മാത്രമേ ദൈവം അവനെ സുഖപ്പെടുത്തൂ. അവന്റെ അഹങ്കാരം ദൈവത്തിന്റെ അനുഗ്രഹം സ്വീകരിക്കുന്നതിൽ നിന്ന് അവനെ തടയുകയായിരുന്നു.</w:t>
      </w:r>
    </w:p>
    <w:p>
      <w:r>
        <w:rPr>
          <w:rFonts w:ascii="Nirmala UI" w:hAnsi="Nirmala UI" w:cs="Nirmala UI"/>
          <w:b w:val="0"/>
          <w:sz w:val="22"/>
        </w:rPr>
        <w:t xml:space="preserve">നമുക്കു സ്വയം ചെയ്യാൻ കഴിയുന്നതിൽ നാം ചിലപ്പോൾ അമിതമായി അഭിമാനിക്കുന്നു, അത് ദൈവത്തിന്റെ അനുഗ്രഹങ്ങൾ സ്വീകരിക്കുന്നതിൽ നിന്ന് നമ്മെ തടഞ്ഞേക്കാം.</w:t>
      </w:r>
    </w:p>
    <w:p>
      <w:r>
        <w:rPr>
          <w:rFonts w:ascii="Nirmala UI" w:hAnsi="Nirmala UI" w:cs="Nirmala UI"/>
          <w:b w:val="0"/>
          <w:sz w:val="22"/>
        </w:rPr>
        <w:t xml:space="preserve">അടുത്ത പാഠത്തിൽ നയമാൻ ഈ സത്യം എങ്ങനെ പഠിച്ചുവെന്ന് നാം കാണും.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 – Naaman Visits Elisha</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 – Naaman Visits Elisha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