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24</w:t>
      </w:r>
    </w:p>
    <w:p>
      <w:pPr>
        <w:keepNext/>
        <w:spacing w:after="40"/>
      </w:pPr>
      <w:r>
        <w:rPr>
          <w:rFonts w:ascii="Nirmala UI" w:hAnsi="Nirmala UI" w:cs="Nirmala UI"/>
          <w:b/>
          <w:color w:val="1F4E79"/>
          <w:sz w:val="52"/>
        </w:rPr>
        <w:t xml:space="preserve">മോശെയും ഏലിയാവും യേശുവിനോടൊപ്പം പ്രത്യക്ഷരാകുന്നു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ദൈവത്തിന്റെ മഹാദാസന്മാർ തങ്ങളുടെ മാതൃകയാൽ നമ്മെ യേശുവിലേക്കു ചൂണ്ടിക്കാണിക്കുകയായിരുന്നുവെന്ന്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9:18-20, 28-36; ഫിലിപ്പിയർ 2:5-11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1-ഉം 121-ഉം</w:t>
            </w:r>
          </w:p>
          <w:p>
            <w:pPr>
              <w:spacing w:after="40"/>
            </w:pPr>
            <w:r>
              <w:rPr>
                <w:rFonts w:ascii="Nirmala UI" w:hAnsi="Nirmala UI" w:cs="Nirmala UI"/>
                <w:b w:val="0"/>
                <w:i/>
                <w:sz w:val="22"/>
              </w:rPr>
              <w:t xml:space="preserve">സങ്കീർത്തനങ്ങൾ പൂർണ്ണമായി അവലോകനം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കുഞ്ഞ് ജനിക്കുമ്പോൾ കുഞ്ഞ് കുടുംബത്തിലെ ആരെപ്പോലെയാണെന്ന് എല്ലാവരും നോക്കുന്നു. കുട്ടി വളരുമ്പോഴും ഇത് തുടരുന്നു. അവൻ അല്ലെങ്കിൽ അവൾ കുടുംബത്തിലെ ഇന്ന ആളെപ്പോലെയാണെന്ന് ആളുകൾ പറഞ്ഞുകൊണ്ടിരിക്കുന്നു.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താൻ ആരാണെന്നാണ് ആളുകൾ കരുതുന്നതെന്ന് യേശു തന്റെ ശിഷ്യന്മാരോടു ചോദിച്ചു. യേശു ചെയ്യുന്ന കാര്യങ്ങൾ നോക്കുമ്പോൾ യേശു തങ്ങളെ ഏലിയാവിനെയോ ദൈവത്തിന്റെ മറ്റൊരു മഹാപ്രവാചകനെയോ ഓർമ്മിപ്പിക്കുന്നുവെന്ന് ആളുകൾ പറയുന്നതായി അവർ മറുപടി പറഞ്ഞു (ലൂക്കോ 9:18-19).</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പിന്നെ യേശു പത്രൊസിനെയും യാക്കോബിനെയും യോഹന്നാനെയും ഒരു പർവ്വതത്തിലേക്കു കൊണ്ടുപോയി, അങ്ങനെ അവർക്ക് ഏകാന്തമായി പ്രാർത്ഥിക്കാൻ കഴിയും. യേശു പ്രാർത്ഥിക്കുമ്പോൾ അവന്റെ മുഖവും വസ്ത്രവും മാറി. ഒരുപക്ഷേ പിതാവായ ദൈവത്തോടു സംസാരിക്കുമ്പോൾ പുത്രനായ യേശു സ്വർഗ്ഗത്തിൽ ആയിരിക്കുന്നതുപോലെ കൂടുതൽ ആയിത്തീർന്നിരിക്കാം (9:28-29).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അത്ഭുതം എന്നു പറയട്ടെ, ശിഷ്യന്മാർ ഉറങ്ങിപ്പോയിരുന്നു! യെരൂശലേമിൽ വരാനിരിക്കുന്ന അവന്റെ മരണത്തെക്കുറിച്ച് മോശെയും ഏലിയാവും യേശുവിനോടു സംസാരിക്കുന്നത് ഉണർന്നപ്പോൾ അവർ കണ്ടു (9:30-32)</w:t>
      </w:r>
      <w:r>
        <w:rPr>
          <w:rFonts w:ascii="Nirmala UI" w:hAnsi="Nirmala UI" w:cs="Nirmala UI"/>
          <w:b/>
          <w:sz w:val="22"/>
        </w:rPr>
        <w:t xml:space="preserve">ചിത്രം 24 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ഈ സംഭാഷണം എന്നേക്കും തുടരണമെന്ന് പത്രൊസ് ആഗ്രഹിച്ചു. അതുകൊണ്ട് അവർക്ക് അവിടെ താമസിക്കാൻ മോശെയ്ക്കും ഏലിയാവിനും യേശുവിനും ഓരോ കൂടാരം പണിയാമെന്ന് അവൻ നിർദ്ദേശിച്ചു (9:33). എന്നാൽ അത് അസാധ്യമായിരുന്നു. ദൈവത്തിന്റെ ദാസന്മാരെന്ന നിലയിൽ ഭൂമിയിലെ മോശെയുടെയും ഏലിയാവിന്റെയും വേല പൂർത്തിയായിരുന്നു. ഒരുപക്ഷേ ദൈവപുത്രനും ഏറ്റവും പൂർണ്ണനായ ദാസനുമായ യേശുവിന്റെ മുമ്പിലുള്ള പ്രയാസമേറിയ ദൗത്യത്തിൽ അവനെ പ്രോത്സാഹിപ്പിക്കാനായിരിക്കാം അവർ വന്നത്.</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പിന്നെ ഒരു മേഘം അവരെ പൊതിഞ്ഞു, പത്രൊസും മറ്റു ശിഷ്യന്മാരും ഭയപ്പെട്ടു. മേഘത്തിൽ നിന്ന് ദൈവം അവരോടു സംസാരിച്ചു: “ഇവൻ എന്റെ മകൻ, ഞാൻ തിരഞ്ഞെടുത്തവൻ; ഇവനെ ശ്രദ്ധിപ്പിൻ” (9:34-35).</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ദൈവത്തിന്റെ സന്ദേശം പത്രൊസിന്റെയും യാക്കോബിന്റെയും യോഹന്നാന്റെയും ഹൃദയങ്ങളിൽ ജീവിച്ചു. അവർ അവന്റെ വാക്കുകൾ ഓർത്തു, അവ അനുസരിച്ചു, നാം അനുസരിക്കാനും കൈമാറാനുമായി അവ എഴുതിവച്ചു. ദൈവത്തെ പൂർണ്ണമായി സേവിച്ച യേശു എല്ലാ ജനങ്ങളുടെയും പാപങ്ങൾ വീണ്ടെടുക്കാൻ തന്റെ ജീവൻ യാഗം ചെയ്തു. എന്നാൽ അവൻ മരിച്ചവരിൽ നിന്ന് ഉയിർത്തെഴുന്നേറ്റ് എന്നേക്കും ജീവിക്കുന്നു.</w:t>
      </w:r>
    </w:p>
    <w:p>
      <w:r>
        <w:rPr>
          <w:rFonts w:ascii="Nirmala UI" w:hAnsi="Nirmala UI" w:cs="Nirmala UI"/>
          <w:b w:val="0"/>
          <w:sz w:val="22"/>
        </w:rPr>
        <w:t xml:space="preserve">യേശുവിൽ വിശ്വസിക്കാനും ദൈവത്തിന്റെ കുടുംബത്തിന്റെ ഭാഗമാകാനും അവനോടൊപ്പം എന്നേക്കും ജീവിക്കാനും എല്ലാവരെയും ക്ഷണിച്ചിരിക്കുന്നു. യേശുവിന്റെ വിളി ശ്രദ്ധിക്കുക, അവന്റെ കുടുംബത്തിലേക്കുള്ള അവന്റെ ക്ഷണം സ്വീകരിക്കുക. ഓർക്കുക: നാം ആരെപ്പോലെയാണെന്ന് നോക്കി നാം ആരുടെ കുടുംബത്തിൽ പെടുന്നുവെന്ന് ആളുകൾ കാണും. സ്വർഗ്ഗത്തിലെ നമ്മുടെ പിതാവിനെപ്പോലെ നമുക്ക് ആകാം (ഫിലി 2:5-11).</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24 – Moses and Elijah Appear with Jesus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24 – Moses and Elijah Appear with Jesus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