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23</w:t>
      </w:r>
    </w:p>
    <w:p>
      <w:pPr>
        <w:keepNext/>
        <w:spacing w:after="40"/>
      </w:pPr>
      <w:r>
        <w:rPr>
          <w:rFonts w:ascii="Nirmala UI" w:hAnsi="Nirmala UI" w:cs="Nirmala UI"/>
          <w:b/>
          <w:color w:val="1F4E79"/>
          <w:sz w:val="52"/>
        </w:rPr>
        <w:t xml:space="preserve">ഏലിയാവ് എന്നേക്കും ദൈവത്തോടൊപ്പം ജീവിക്കാൻ പോകുന്നു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ഏലിയാവ് ഭയപ്പെട്ടപ്പോൾ ദൈവം അവനെ എങ്ങനെ പരിപാലിച്ചുവെന്നും ഏലിയാവിനെ എന്നേക്കും തന്നോടൊപ്പം ജീവിക്കാൻ ദൈവം എങ്ങനെ കൊണ്ടുപോയെന്നും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1 രാജാക്കന്മാർ 19:1-21; 2 രാജാക്കന്മാർ 2:1-13</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w:t>
            </w:r>
          </w:p>
          <w:p>
            <w:pPr>
              <w:spacing w:after="40"/>
            </w:pPr>
            <w:r>
              <w:rPr>
                <w:rFonts w:ascii="Nirmala UI" w:hAnsi="Nirmala UI" w:cs="Nirmala UI"/>
                <w:b w:val="0"/>
                <w:i/>
                <w:sz w:val="22"/>
              </w:rPr>
              <w:t xml:space="preserve">സങ്കീർത്തനം മുഴുവൻ അവലോകനം ചെയ്യുക.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ഒരു ഓട്ടമത്സരത്തിൽ ജയിക്കുകയോ പരീക്ഷയിൽ നല്ല ഫലം നേടുകയോ ചെയ്താൽ നമുക്ക് അഭിമാനവും സന്തോഷവും തോന്നുന്നു. എല്ലാവരും നമ്മെ അഭിനന്ദിക്കുന്നു. സാധാരണ ഇത് കുറച്ചു ദിവസം തുടരും, പിന്നെ എല്ലാം പഴയതുപോലെയാകുകയും നാം ചെയ്തത് മറക്കപ്പെടുകയും ചെയ്യുന്നു. ചിലപ്പോൾ ഒരു വലിയ നേട്ടത്തിനു ശേഷം ഒരാൾക്ക് സങ്കടവും ഏകാന്തതയും തോന്നാം.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ഇതു തന്നെ ഏലിയാവിനും സംഭവിച്ചു. അവൻ ഒരു വലിയ മത്സരം ജയിക്കുകയും ബാലിനെ സേവിച്ച വ്യാജപ്രവാചകന്മാരെ തോൽപ്പിക്കുകയും ചെയ്തിരുന്നു. ഏലിയാവ് ചെയ്തത് ഈസബേൽ രാജ്ഞി കേട്ട് അവന് ഒരു സന്ദേശം അയച്ചു: ബാലിന്റെ പ്രവാചകന്മാരെ അവൻ കൊന്നതുപോലെ അവൾ അവനെയും കൊല്ലും (19:1-2).</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ചിത്രം 22 കാണിക്കുക. </w:t>
      </w:r>
      <w:r>
        <w:rPr>
          <w:rFonts w:ascii="Nirmala UI" w:hAnsi="Nirmala UI" w:cs="Nirmala UI"/>
          <w:b w:val="0"/>
          <w:sz w:val="22"/>
        </w:rPr>
        <w:t xml:space="preserve">450 ബാൽ പ്രവാചകന്മാർക്കെതിരെ നിലകൊണ്ട ഏലിയാവ് പെട്ടെന്ന് ഒരു ദുഷ്ട രാജ്ഞിയെ വല്ലാതെ ഭയപ്പെട്ടു. തിന്മയുടെ ശക്തി വലുതാണ്. ഏലിയാവ് മറ്റൊരു രാജ്യത്തേക്ക് ഓടിപ്പോയി, മരിക്കാൻ മാത്രം ആഗ്രഹിച്ചു (19:3-4).</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ദൈവം ഏലിയാവിനോട് വളരെ ദൃഢമായും എന്നാൽ വളരെ ദയയോടെയും പെരുമാറി. ആദ്യം, ദൈവം അവനെ ഗാഢനിദ്രയിൽ വീഴാൻ അനുവദിക്കുകയും അവനെ ഉന്മേഷവാനാക്കാൻ ഭക്ഷണം അയയ്ക്കുകയും ചെയ്തു. പിന്നെ, ദൈവം മോശെയോടു സംസാരിച്ച സീനായ് പർവ്വതത്തിലേക്ക്, അവന്റെ പ്രശ്നങ്ങളിൽ നിന്ന് അകലെയുള്ള ഒരു ദീർഘയാത്രയ്ക്ക് ഏലിയാവിനെ അയച്ചു (19:5-8).</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ദൈവം ഏലിയാവിനോട് അവന്റെ സുഖവിവരം ചോദിച്ചു. തനിക്ക് ഏകാന്തതയും ഭയവും തോന്നുന്നുവെന്ന് ഏലിയാവ് മറുപടി പറഞ്ഞു (19:9-10). ദൈവത്തോട് സത്യസന്ധരായിരിക്കുന്നത് നല്ലതാണ്. നാം അവനിൽ ആശ്രയിക്കുന്നുവെന്ന് അത് കാണിക്കുന്നു. അവനിൽ വിശ്വാസം വയ്ക്കുന്നവരെ ദൈവം സഹായിക്കുന്നു.</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ദൈവം ഏലിയാവിന്റെ മുമ്പിൽ അത്ഭുതകരവും ഭയപ്പെടുത്തുന്നതുമായ ചില കാര്യങ്ങൾ സംഭവിപ്പിച്ചു. ശക്തമായ കാറ്റിലും ഭൂകമ്പത്തിലും തീയിലും ദൈവത്തിന്റെ ശക്തി പ്രകടമാകുന്നത് ഏലിയാവ് കണ്ടു. തന്റെ ദാസനോടു സംസാരിക്കാൻ ദൈവം തന്റെ മൃദുവായ ശബ്ദം ഉപയോഗിച്ചപ്പോൾ അവൻ ദൈവത്തിന്റെ സാന്നിധ്യം അനുഭവിച്ചു. അപ്പോൾ ഏലിയാവിന് ഭയം ഇല്ലാതായി. ദൈവം തന്നെ ഏൽപ്പിച്ച ജോലി തുടരാനുള്ള ശക്തികൊണ്ട് അവൻ നിറഞ്ഞു (19:11-16).</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ഏലിയാവിനെ സഹായിക്കാനും അവനിൽ നിന്നു പഠിക്കാനും ദൈവം അവന് എലീശാ എന്ന ഒരു കൂട്ടാളിയെ നൽകി (19:19-21).</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അപ്പോഴേക്കും ഏലിയാവ് ഒരു വൃദ്ധനായിത്തീർന്നിരുന്നു, അവന് മരിക്കാനുള്ള സമയമായി. അവൻ എലീശായോടു വിട പറയാൻ ശ്രമിച്ചു, എന്നാൽ എലീശാ അവനെ പോകാൻ അനുവദിച്ചില്ല. ഒരു നദി കടന്നും ഒരിടത്തു നിന്നു മറ്റൊരിടത്തേക്ക് അവൻ ഏലിയാവിനെ പിന്തുടർന്നുകൊണ്ടിരുന്നു (2:1-10).</w:t>
      </w:r>
    </w:p>
    <w:p>
      <w:pPr>
        <w:tabs>
          <w:tab w:pos="567" w:val="left"/>
        </w:tabs>
        <w:spacing w:after="120"/>
        <w:ind w:left="567" w:hanging="567"/>
      </w:pPr>
      <w:r>
        <w:rPr>
          <w:rFonts w:ascii="Calibri" w:hAnsi="Calibri" w:cs="Calibri" w:eastAsia="Calibri"/>
          <w:b/>
          <w:color w:val="1F4E79"/>
          <w:sz w:val="22"/>
        </w:rPr>
        <w:t>8.</w:t>
        <w:tab/>
      </w:r>
      <w:r>
        <w:rPr>
          <w:rFonts w:ascii="Nirmala UI" w:hAnsi="Nirmala UI" w:cs="Nirmala UI"/>
          <w:b w:val="0"/>
          <w:sz w:val="22"/>
        </w:rPr>
        <w:t xml:space="preserve">അവർ ഒരുമിച്ചു നടക്കുമ്പോൾ എലീശാ തീരഥവും തീക്കുതിരകളും അവരുടെ ഇടയിൽ വരുന്നതും ഏലിയാവിനെ ചുഴലിക്കാറ്റിൽ സ്വർഗ്ഗത്തിലേക്ക് എടുക്കുന്നതും കണ്ടു. </w:t>
      </w:r>
      <w:r>
        <w:rPr>
          <w:rFonts w:ascii="Nirmala UI" w:hAnsi="Nirmala UI" w:cs="Nirmala UI"/>
          <w:b/>
          <w:sz w:val="22"/>
        </w:rPr>
        <w:t xml:space="preserve">ചിത്രം 23 കാണിക്കുക. </w:t>
      </w:r>
      <w:r>
        <w:rPr>
          <w:rFonts w:ascii="Nirmala UI" w:hAnsi="Nirmala UI" w:cs="Nirmala UI"/>
          <w:b w:val="0"/>
          <w:sz w:val="22"/>
        </w:rPr>
        <w:t xml:space="preserve">എലീശാ ഒരിക്കലും ഏലിയാവിനെ വീണ്ടും കാണുകയില്ല (2:11-12). എന്നാൽ ഏലിയാവ് പോയപ്പോൾ അവന്റെ പുതപ്പ് (അവൻ പുതച്ചിരുന്ന വസ്ത്രം) നിലത്തു വീണു. എലീശാ അത് എടുത്തു. ഏലിയാവിന്റെ വേല ഏറ്റെടുക്കേണ്ടത് അവനാണെന്നതിന്റെ അടയാളമായിരുന്നു ഇത് (2:13-15).</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 ഏലിയാവിനെ പരിപാലിച്ച വ്യത്യസ്ത വഴികളെക്കുറിച്ച് ചിന്തിക്കുക. ദൈവം ഏലിയാവിന് ഭക്ഷണവും വെള്ളവും ഈസബേലിൽ നിന്ന് സംരക്ഷണവും നൽകി. അവൻ ഏലിയാവിനു തന്റെ സാന്നിധ്യം കാണിക്കുകയും പിന്നെ എലീശായെ കൂട്ടാളിയായി നൽകുകയും ചെയ്തു. ദൈവം നമ്മെ പരിപാലിക്കുന്ന വഴികളെക്കുറിച്ച് ചിന്തിക്കുക. അവൻ നമുക്ക് ഭക്ഷണവും പാർപ്പിടവും സുഹൃത്തുക്കളും തന്നോടൊപ്പമുള്ള നിത്യജീവന്റെ വാഗ്ദാനവും നൽകുന്നു.</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23 – Elijah Goes to Live with God For Ever</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23 – Elijah Goes to Live with God For Ever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