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21</w:t>
      </w:r>
    </w:p>
    <w:p>
      <w:pPr>
        <w:keepNext/>
        <w:spacing w:after="40"/>
      </w:pPr>
      <w:r>
        <w:rPr>
          <w:rFonts w:ascii="Nirmala UI" w:hAnsi="Nirmala UI" w:cs="Nirmala UI"/>
          <w:b/>
          <w:color w:val="1F4E79"/>
          <w:sz w:val="52"/>
        </w:rPr>
        <w:t xml:space="preserve">പക്ഷികൾ ഏലിയാവിനെ പോഷിപ്പിക്കുന്നു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എല്ലാ ജീവന്റെയും സ്രഷ്ടാവും പരിപാലകനുമായ ദൈവം വരൾച്ചക്കാലത്ത് തന്റെ ദാസനായ ഏലിയാവിനെ എങ്ങനെ പരിപാലിച്ചുവെന്ന്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1 രാജാക്കന്മാർ 16:29-33; 17:1-15</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1:6 (6-ാം വാക്യം പൂർത്തിയാക്കുക)</w:t>
            </w:r>
          </w:p>
          <w:p>
            <w:pPr>
              <w:spacing w:after="40"/>
            </w:pPr>
            <w:r>
              <w:rPr>
                <w:rFonts w:ascii="Nirmala UI" w:hAnsi="Nirmala UI" w:cs="Nirmala UI"/>
                <w:b w:val="0"/>
                <w:i/>
                <w:sz w:val="22"/>
              </w:rPr>
              <w:t xml:space="preserve">യഹോവ നീതിമാന്മാരുടെ വഴി അറിയുന്നു; ദുഷ്ടന്മാരുടെ വഴിയോ നശിച്ചുപോകും.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15-ഉം 20-ഉം ചിത്രങ്ങൾ കാണിക്കുക. ചോദ്യങ്ങളിലൂടെ തങ്ങൾ പഠിച്ച വിവിധ രാജാക്കന്മാരെ ക്ലാസ്സിനെ ഓർമ്മിപ്പിക്കുക. ഓരോരുത്തരും ഏതുതരം രാജാവായിരുന്നുവെന്ന് ഊന്നിപ്പറയുക. </w:t>
      </w:r>
      <w:r>
        <w:rPr>
          <w:rFonts w:ascii="Nirmala UI" w:hAnsi="Nirmala UI" w:cs="Nirmala UI"/>
          <w:b w:val="0"/>
          <w:sz w:val="22"/>
        </w:rPr>
        <w:t xml:space="preserve">ദൈവത്തെ അനുസരിക്കുന്നതിനു പകരം സ്വന്തം വഴിയേ പോകാൻ ശൗൽ ഇഷ്ടപ്പെട്ടതിനാൽ അവൻ ഒരു നിരാശയായിരുന്നു. ദാവീദ് ഒരു നല്ല രാജാവായിരുന്നു, എന്നാൽ ഒരു പാപിയും. എങ്കിലും അവൻ ശരിക്കും മാനസാന്തരപ്പെടുകയും ക്ഷമ കണ്ടെത്തുകയും ചെയ്തു.</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ദാവീദിനും ശലോമോനും ശേഷം കുറേ വർഷങ്ങൾ കഴിഞ്ഞ് ആഹാബ് ഇസ്രായേലിന്റെ രാജാവായി. അവന്റെ ഭാര്യ ഈസബേൽ എന്നു പേരുള്ള ഒരു വിദേശ രാജകുമാരിയായിരുന്നു. രൂത്തിൽ നിന്ന് തികച്ചും വ്യത്യസ്തയായ ഒരു വിദേശിയായിരുന്നു അവൾ. (രൂത്ത് ഒരു മോവാബ്യ സ്ത്രീയായിരുന്നു, ഓർക്കുന്നുണ്ടോ?) </w:t>
      </w:r>
      <w:r>
        <w:rPr>
          <w:rFonts w:ascii="Nirmala UI" w:hAnsi="Nirmala UI" w:cs="Nirmala UI"/>
          <w:b/>
          <w:sz w:val="22"/>
        </w:rPr>
        <w:t xml:space="preserve">2-ഉം 3-ഉം ചിത്രങ്ങൾ കാണിക്കുക. </w:t>
      </w:r>
      <w:r>
        <w:rPr>
          <w:rFonts w:ascii="Nirmala UI" w:hAnsi="Nirmala UI" w:cs="Nirmala UI"/>
          <w:b w:val="0"/>
          <w:sz w:val="22"/>
        </w:rPr>
        <w:t xml:space="preserve">ഈസബേൽ ഇസ്രായേലിന്റെ ജീവനുള്ള ദൈവത്തെ ആരാധിച്ചില്ല; പകരം ആഹാബ് രാജാവും അവന്റെ ജനവും അവളുടെ വിഗ്രഹങ്ങളെയും വ്യാജദൈവമായ ബാലിനെയും ആരാധിക്കാൻ തുടങ്ങി. ദൈവത്തിന്റെ പ്രവാചകന്മാരെ കൊല്ലാൻ ഈസബേൽ ആജ്ഞാപിച്ചു. ഭൂമിയെ നിയന്ത്രിക്കുന്നത് ബാലാണെന്നും മഴ പെയ്യിക്കുന്നതും ധാന്യം വളർത്തുന്നതും ബാലാണെന്നും അവൾ പറഞ്ഞപ്പോൾ ഇസ്രായേൽ ജനം അവളെ വിശ്വസിച്ചു (16:29-33).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ദൈവം തന്റെ പ്രവാചകനായ ഏലിയാവിനെ ആഹാബ് രാജാവിന്റെ അടുക്കൽ അയച്ചു. ഏലിയാവിന് ജീവനുള്ള ദൈവത്തിൽ നിന്നുള്ള ഒരു സന്ദേശം ആഹാബിനു നൽകണമായിരുന്നു: ദൈവം കൽപ്പിക്കുന്നതുവരെ മൂന്നു വർഷം ഇസ്രായേലിൽ മഞ്ഞോ മഴയോ ഉണ്ടാകയില്ല. പ്രകൃതിശക്തികളുടെമേൽ അധികാരമുള്ളവൻ ബാൽ അല്ലെന്ന് ഇത് ജനത്തെ കാണിക്കും (17:1-2).</w:t>
      </w:r>
    </w:p>
    <w:p>
      <w:pPr>
        <w:ind w:left="567"/>
      </w:pPr>
      <w:r>
        <w:rPr>
          <w:rFonts w:ascii="Nirmala UI" w:hAnsi="Nirmala UI" w:cs="Nirmala UI"/>
          <w:b/>
          <w:sz w:val="22"/>
        </w:rPr>
        <w:t xml:space="preserve">മഴയില്ലെങ്കിൽ എന്തു സംഭവിക്കുമെന്ന് പറയാൻ ക്ലാസ്സിനോടു ചോദിക്കുക. </w:t>
      </w:r>
      <w:r>
        <w:rPr>
          <w:rFonts w:ascii="Nirmala UI" w:hAnsi="Nirmala UI" w:cs="Nirmala UI"/>
          <w:b w:val="0"/>
          <w:sz w:val="22"/>
        </w:rPr>
        <w:t xml:space="preserve">വരൾച്ച ഒരു ഭയങ്കര കാര്യമാണ്. വിളവെടുക്കാൻ വിളകളില്ല, നദികളും കിണറുകളും വറ്റിപ്പോകുന്നു.</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തുടർന്നുണ്ടായ ഭയങ്കര വരൾച്ചക്കാലത്ത് ദൈവം തന്റെ ദാസനായ ഏലിയാവിനെ പ്രത്യേകം പരിപാലിച്ചു. അല്പം വെള്ളം ഉണ്ടായിരുന്ന ഒരു നദിയിലേക്കുള്ള വഴി ദൈവം അവനെ കാണിച്ചു, പിന്നെ ദൈവം എല്ലാ രാവിലെയും വൈകുന്നേരവും ദൂരം പറന്ന് അവനു അപ്പവും മാംസവും കൊണ്ടുവരാൻ ചില കറുത്ത പക്ഷികളെ അയച്ചു. </w:t>
      </w:r>
      <w:r>
        <w:rPr>
          <w:rFonts w:ascii="Nirmala UI" w:hAnsi="Nirmala UI" w:cs="Nirmala UI"/>
          <w:b/>
          <w:sz w:val="22"/>
        </w:rPr>
        <w:t xml:space="preserve">ചിത്രം 21 കാണിക്കുക. </w:t>
      </w:r>
      <w:r>
        <w:rPr>
          <w:rFonts w:ascii="Nirmala UI" w:hAnsi="Nirmala UI" w:cs="Nirmala UI"/>
          <w:b w:val="0"/>
          <w:sz w:val="22"/>
        </w:rPr>
        <w:t xml:space="preserve">ഏലിയാവ് എവിടെയാണെന്ന് ആർക്കും അറിയില്ലായിരുന്നു. വരൾച്ചയെക്കുറിച്ച് വളരെ കോപിച്ച ആഹാബ് രാജാവിൽ നിന്ന് അവൻ സുരക്ഷിതനായിരുന്നു (17:2-6).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കുറച്ചുകാലത്തിനു ശേഷം നദി വറ്റിപ്പോയി. അപ്പോൾ ദൈവം ഏലിയാവിനെ ഒരു അയൽരാജ്യത്തേക്ക് ഒരു ദീർഘയാത്രയ്ക്ക് അയച്ചു. അവിടെ തന്റെ അവസാന ഭക്ഷണം അവനുമായി പങ്കുവച്ച ഒരു പാവപ്പെട്ട വിധവയുടെ അടുക്കലേക്ക് അവൻ നയിക്കപ്പെട്ടു. ആ കാലങ്ങളിൽ സ്ത്രീകൾക്ക് ജീവിതത്തിനായി ജോലി ചെയ്യാൻ അനുവാദമില്ലാതിരുന്നതിനാൽ വിധവമാർക്ക് സാധാരണ വളരെ കഠിനമായ ജീവിതമായിരുന്നു. എന്നാൽ ദൈവം കരുതി. മഴ വരുന്നതുവരെ അവളുടെ ഭക്ഷണസാധനങ്ങൾ നിലനിൽക്കുമെന്ന് അവൻ വാഗ്ദാനം ചെയ്തു. അത് ഒരിക്കലും തീർന്നുപോയില്ല (17:7-15).</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 വരൾച്ച അയച്ചത് എന്തുകൊണ്ട്? താനാണ് ഏക ജീവനുള്ള ദൈവമെന്നും എല്ലാ ജീവന്റെയും സ്രഷ്ടാവും പരിപാലകനുമെന്നും ആഹാബ് രാജാവിനും ഇസ്രായേൽ ജനത്തിനും കാണിക്കാൻ അവൻ ആഗ്രഹിച്ചു. ബാലിന് യാതൊരു ശക്തിയുമില്ലായിരുന്നു. അത് ജീവനില്ലാത്ത ഒരു മരപ്രതിമ മാത്രമായിരുന്നു.</w:t>
      </w:r>
    </w:p>
    <w:p>
      <w:r>
        <w:rPr>
          <w:rFonts w:ascii="Nirmala UI" w:hAnsi="Nirmala UI" w:cs="Nirmala UI"/>
          <w:b w:val="0"/>
          <w:sz w:val="22"/>
        </w:rPr>
        <w:t xml:space="preserve">ഏലിയാവിനു ചെയ്തതുപോലെ, സ്രഷ്ടാവായ തന്നെ നാം ആരാധിക്കണമെന്നും നമ്മുടെ ആവശ്യങ്ങൾ നിറവേറ്റാൻ അവനിൽ ആശ്രയിക്കണമെന്നും കർത്താവ് ആഗ്രഹിക്കുന്നു.</w:t>
      </w:r>
    </w:p>
    <w:p>
      <w:r>
        <w:rPr>
          <w:rFonts w:ascii="Nirmala UI" w:hAnsi="Nirmala UI" w:cs="Nirmala UI"/>
          <w:b/>
          <w:sz w:val="22"/>
        </w:rPr>
        <w:t xml:space="preserve">നിങ്ങളുടെ സ്വന്തം ജീവിതത്തിൽ നിന്ന് ദൈവത്തിന്റെ കരുതലിന്റെ ഒരു വ്യക്തിപരമായ ഉദാഹരണം പറയാൻ കഴിഞ്ഞാൽ അതിന് വലിയ സ്വാധീനമുണ്ടാകും.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21 – The Birds Feed Elijah</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21 – The Birds Feed Elijah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