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20</w:t>
      </w:r>
    </w:p>
    <w:p>
      <w:pPr>
        <w:keepNext/>
        <w:spacing w:after="40"/>
      </w:pPr>
      <w:r>
        <w:rPr>
          <w:rFonts w:ascii="Nirmala UI" w:hAnsi="Nirmala UI" w:cs="Nirmala UI"/>
          <w:b/>
          <w:color w:val="1F4E79"/>
          <w:sz w:val="52"/>
        </w:rPr>
        <w:t xml:space="preserve">യേശു യെരൂശലേമിൽ പ്രവേശിക്കുന്നു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4: ദൈവത്തിന്റെ ദാസന്മാർ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രാജാക്കന്മാരുടെ രാജാവായ യേശു യെരൂശലേമിൽ എങ്ങനെ പ്രവേശിച്ചുവെന്ന് കുട്ടികളെ കാണിക്കുക. ഒരു ദിവസം ഭൂമിയിൽ അവന്റെ രാജ്യം വരുന്നത് നമുക്കു പ്രതീക്ഷിക്കാം.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മത്തായി 21:1-11; യെശയ്യാവ് 11:1-9</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സങ്കീർത്തനം 1:6</w:t>
            </w:r>
          </w:p>
          <w:p>
            <w:pPr>
              <w:spacing w:after="40"/>
            </w:pPr>
            <w:r>
              <w:rPr>
                <w:rFonts w:ascii="Nirmala UI" w:hAnsi="Nirmala UI" w:cs="Nirmala UI"/>
                <w:b w:val="0"/>
                <w:i/>
                <w:sz w:val="22"/>
              </w:rPr>
              <w:t xml:space="preserve">യഹോവ നീതിമാന്മാരുടെ വഴി അറിയുന്നു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കുടുംബങ്ങൾ പ്രധാനമാണ്. നമ്മുടെ സ്വന്തം കുടുംബാംഗങ്ങളെ നാം വേഗം അറിയുന്നു. വളരുമ്പോൾ നമ്മുടെ കുടുംബത്തിന്റെ ചരിത്രത്തെക്കുറിച്ചും അവർ എവിടെയാണ് താമസിച്ചിരുന്നതെന്നതിനെക്കുറിച്ചും നാം കേൾക്കുന്നു.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ദാവീദ് ഇസ്രായേലിന്റെ ഏറ്റവും മഹാനായ രാജാവായിരുന്നു. തന്റെ കുടുംബം ദൈവത്തിന്റെ വിശ്വസ്ത ദാസന്മാരായി തുടർന്നാൽ അവർ ഇസ്രായേലിനെ ഭരിക്കുന്നത് തുടരുമെന്ന് ദൈവം അവനോടു പറഞ്ഞു (1 ദിന 28:7).</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ദാവീദിന്റെ മരണത്തിന് ഏകദേശം 1,000 വർഷങ്ങൾക്കു ശേഷം മറിയ എന്ന ഒരു യുവതിക്ക് ഒരു കുഞ്ഞ് ജനിച്ചു. അവളുടെ ഭർത്താവ് യോസേഫ് ദാവീദ് രാജാവിന്റെ പിൻഗാമിയായിരുന്നു. രാജാക്കന്മാരുടെ രാജാവായ ക്രിസ്തുയേശു എന്ന തന്റെ സ്വന്തം പുത്രന്റെ മനുഷ്യകുടുംബമായി ദൈവം ദാവീദിന്റെ കുടുംബത്തെ തിരഞ്ഞെടുത്തു.</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ഭൂമിയിലെ തന്റെ ജീവിതകാലത്ത് യേശു തന്റെ ശിഷ്യന്മാരെ ദൈവരാജ്യത്തെക്കുറിച്ച് (മത്തായിയുടെ സുവിശേഷം അതിനെ സ്വർഗ്ഗരാജ്യം എന്നു വിളിക്കുന്നു) പഠിപ്പിച്ചു. ദാവീദ് ചെയ്തതുപോലെ യേശു യെരൂശലേമിൽ രാജാവായി എല്ലാ ഇസ്രായേലിനെയും ഭരിക്കുകയും അവരെ ഭരിക്കുന്ന എല്ലാ വിദേശികളെയും പുറത്താക്കുകയും ചെയ്യുമെന്ന് പലരും പ്രതീക്ഷിച്ചു.</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ഒരു ദിവസം യേശു യെരൂശലേമിൽ പ്രവേശിക്കുകയും ജനം അവനെ സ്വാഗതം ചെയ്യുകയും ചെയ്തു, എന്നാൽ അവൻ ഒരു കഴുതപ്പുറത്താണ് യാത്ര ചെയ്തത്. ഭൂമിയിലെ മഹാരാജാക്കന്മാർ ഒട്ടകങ്ങളിലോ കുതിരകളിലോ യാത്ര ചെയ്തു. കഴുതകളെ ഉപയോഗിച്ചിരുന്നത് ചരക്കുകൾ കൊണ്ടുപോകാനാണ്, പ്രധാനപ്പെട്ട ആളുകളെ കൊണ്ടുപോകാനല്ല. ഇന്ന് രാഷ്ട്രത്തലവന്മാരും പ്രധാനപ്പെട്ട നേതാക്കളും വലിയ ആഡംബര കാറുകളിലാണ് യാത്ര ചെയ്യുന്നത്, വില കുറഞ്ഞ ചെറിയ കാറുകളിലോ സൈക്കിളിലോ അല്ല! ദൈവത്തെ സേവിച്ചിട്ടുള്ള ഏറ്റവും മഹാനായ വ്യക്തി യേശുവായിരുന്നു, എന്നാൽ അവൻ വിനീതനായിരുന്നു. തന്റെ ശക്തി കാണിക്കാൻ അവൻ സ്വത്തുക്കൾ ഉപയോഗിച്ചില്ല. നഗരത്തിലേക്കു സവാരി ചെയ്യാൻ ഒരു കഴുതയെ കൊണ്ടുവരാൻ അവൻ രണ്ടു ശിഷ്യന്മാരെ അയച്ചു (മത്താ 21:1-2).</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ആരെങ്കിലും എന്താണ് ചെയ്യുന്നതെന്ന് ചോദിച്ചാൽ കഴുത തങ്ങളുടെ കർത്താവിന്റെ ആവശ്യത്തിനുള്ളതാണെന്ന് പറയാൻ ശിഷ്യന്മാർക്കു നിർദ്ദേശം ഉണ്ടായിരുന്നു. വളരെ വർഷങ്ങൾക്കു മുമ്പ് ദൈവത്തിന്റെ പ്രവാചകന്മാർ മുൻകൂട്ടി പറഞ്ഞത് ഈ സംഭവങ്ങൾ നിറവേറ്റും (21:3-6).</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ജനക്കൂട്ടം കൂടി യേശുവിനെ അഭിവാദ്യം ചെയ്തുകൊണ്ട് ആർത്തുവിളിച്ചു: “ദാവീദിന്റെ പുത്രന് ഹോശന്നാ! കർത്താവിന്റെ നാമത്തിൽ വരുന്നവൻ വാഴ്ത്തപ്പെട്ടവൻ! ദൈവത്തിനു സ്തുതി!” (21:7-11).</w:t>
      </w:r>
    </w:p>
    <w:p>
      <w:pPr>
        <w:ind w:left="567"/>
      </w:pPr>
      <w:r>
        <w:rPr>
          <w:rFonts w:ascii="Nirmala UI" w:hAnsi="Nirmala UI" w:cs="Nirmala UI"/>
          <w:b/>
          <w:sz w:val="22"/>
        </w:rPr>
        <w:t xml:space="preserve">ചിത്രം 20 കാണിക്കുക.</w:t>
      </w:r>
    </w:p>
    <w:p>
      <w:pPr>
        <w:ind w:left="567"/>
      </w:pPr>
      <w:r>
        <w:rPr>
          <w:rFonts w:ascii="Nirmala UI" w:hAnsi="Nirmala UI" w:cs="Nirmala UI"/>
          <w:b/>
          <w:sz w:val="22"/>
        </w:rPr>
        <w:t xml:space="preserve">കഥയുടെ ഈ ഭാഗം കുട്ടികൾക്ക് അഭിനയിച്ചു കാണിക്കാം – ചിലർ ശിഖരങ്ങൾ വീശുന്നു, മറ്റു ചിലർ കഴുതയ്ക്കു നടക്കാൻ വസ്ത്രം വിരിക്കുന്നു. ഭൂമിയിലെ രാജാക്കന്മാരുടെ രാജാവിനോട് എല്ലാവർക്കും സ്തുതിയുടെയും സ്വാഗതത്തിന്റെയും ഒരു ഗീതം പാടാം.</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യേശു സംസാരിച്ച രാജ്യം യെരൂശലേമിലെ ജനം യഥാർത്ഥത്തിൽ മനസ്സിലാക്കിയില്ല. ദൈവമക്കളായി അവന്റെ കുടുംബത്തിന്റെ ഭാഗമായിക്കൊണ്ട് നാം അവന്റെ രാജ്യത്തിന്റെ ഭാഗമാകണമെന്ന് അവൻ ആഗ്രഹിക്കുന്നു (യോഹ 1:12).</w:t>
      </w:r>
    </w:p>
    <w:p>
      <w:r>
        <w:rPr>
          <w:rFonts w:ascii="Nirmala UI" w:hAnsi="Nirmala UI" w:cs="Nirmala UI"/>
          <w:b w:val="0"/>
          <w:sz w:val="22"/>
        </w:rPr>
        <w:t xml:space="preserve">ഒരു ദിവസം യേശു ഭൂമിയുടെ മുഴുവൻ രാജാവായി മടങ്ങിവരും. അവൻ ഒരു സമാധാന രാജ്യം സ്ഥാപിക്കും (യെശ 11:1-9). ദൈവത്തിന്റെ കുടുംബത്തിൽ ഉൾപ്പെടുന്നവർക്കു മാത്രമേ ആ അത്ഭുതകരമായ രാജ്യത്തിൽ സ്ഥാനമുണ്ടാകൂ.</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20 – Jesus enters into Jerusalem</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20 – Jesus enters into Jerusalem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