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19</w:t>
      </w:r>
    </w:p>
    <w:p>
      <w:pPr>
        <w:keepNext/>
        <w:spacing w:after="40"/>
      </w:pPr>
      <w:r>
        <w:rPr>
          <w:rFonts w:ascii="Nirmala UI" w:hAnsi="Nirmala UI" w:cs="Nirmala UI"/>
          <w:b/>
          <w:color w:val="1F4E79"/>
          <w:sz w:val="52"/>
        </w:rPr>
        <w:t xml:space="preserve">ദൈവത്തിനൊരു ആലയം</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തനിക്ക് പണിയാനുള്ള ഭാഗ്യം ലഭിക്കാത്ത ദൈവത്തിനായി ഒരു മനോഹരമായ ആലയം ദാവീദ് എത്ര ശ്രദ്ധയോടെ ഒരുക്കിയെന്ന്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1 ദിനവൃത്താന്തം 28:1-21; 29:6-9; 2 ദിനവൃത്താന്തം 2:1-16; 5:1-2, 11-14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1:5 (5-ാം വാക്യം പൂർത്തിയാക്കുക)</w:t>
            </w:r>
          </w:p>
          <w:p>
            <w:pPr>
              <w:spacing w:after="40"/>
            </w:pPr>
            <w:r>
              <w:rPr>
                <w:rFonts w:ascii="Nirmala UI" w:hAnsi="Nirmala UI" w:cs="Nirmala UI"/>
                <w:b w:val="0"/>
                <w:i/>
                <w:sz w:val="22"/>
              </w:rPr>
              <w:t xml:space="preserve">ദുഷ്ടന്മാർ ന്യായവിസ്താരത്തിലും പാപികൾ നീതിമാന്മാരുടെ സഭയിലും നിൽക്കുകയില്ല.</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സ്ഥലം തിരഞ്ഞെടുത്തുകഴിഞ്ഞാൽ ഒരു പുതിയ കെട്ടിടം പണിയുന്നതിന് മുമ്പ് ചെയ്യേണ്ട അനേകം പദ്ധതികളെയും ഒരുക്കങ്ങളെയും കുറിച്ച് ക്ലാസ്സിൽ ചർച്ച ചെയ്യുക. </w:t>
      </w:r>
      <w:r>
        <w:rPr>
          <w:rFonts w:ascii="Nirmala UI" w:hAnsi="Nirmala UI" w:cs="Nirmala UI"/>
          <w:b w:val="0"/>
          <w:sz w:val="22"/>
        </w:rPr>
        <w:t xml:space="preserve">കെട്ടിടത്തിന്റെ പ്ലാൻ ശ്രദ്ധയോടെ വരയ്ക്കണം. സാമഗ്രികളെല്ലാം വാങ്ങി സ്ഥലത്ത് എത്തിക്കണം. എല്ലാ തൊഴിലാളികളെയും നിയമിക്കണം. ചെയ്യാൻ വളരെയധികം കാര്യങ്ങളുണ്ട്.</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ദാവീദ് രാജാവ് ദൈവത്തെ സ്നേഹിച്ചു. വാസ്തവത്തിൽ, ദൈവം തന്റെ പാപങ്ങൾ ക്ഷമിച്ചുവെന്ന് മനസ്സിലാക്കിത്തുടങ്ങിയപ്പോൾ അവൻ ദൈവത്തെ കൂടുതൽ സ്നേഹിച്ചു. ഇസ്രായേലിന് ദൈവത്തെ ആരാധിക്കാൻ ഒരു വലിയ ആലയം പണിത് തന്റെ സ്നേഹം ദൈവത്തോടു കാണിക്കാൻ അവൻ ആഗ്രഹിച്ചു.</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ദാവീദ് ഒരു യുദ്ധവീരൻ ആയിരുന്നതിനാൽ ഈ ആലയം പണിയാൻ ദൈവം അവനെ അനുവദിച്ചില്ല. അവന്റെ പുത്രൻ ശലോമോൻ അത് ചെയ്യും. എന്നാൽ ഒരുക്കങ്ങൾ ചെയ്തുകൊണ്ട് ദാവീദിന് തന്റെ പങ്ക് നിർവഹിക്കാമായിരുന്നു. ദാവീദ് ജനത്തെ കൂട്ടിവരുത്തി ഈ പദ്ധതിയെക്കുറിച്ച് അവരോടു പറഞ്ഞു (1 ദിന 28:1-7).</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ദാവീദ് ദൈവാലയത്തിന്റെ, അഥവാ ദൈവത്തിന്റെ ആലയത്തിന്റെ, എല്ലാ നിർമ്മാണ പദ്ധതികളും ശലോമോനു നൽകി. കെട്ടിടത്തിനും ഉപകരണങ്ങൾക്കും എത്ര സ്വർണ്ണവും വെള്ളിയും മറ്റു സാമഗ്രികളും വേണ്ടിവരുമെന്ന് അവൻ കണക്കാക്കി. ഓരോരുത്തരുടെയും ജോലി എന്തായിരിക്കുമെന്ന് എല്ലാവരോടും പറഞ്ഞു (28:11-21).</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രാജാവും എല്ലാ നേതാക്കളും സൈന്യാധിപന്മാരും ഉൾപ്പെടെ എല്ലാവരും കെട്ടിടത്തിനായി മനസ്സോടെ സാമഗ്രികൾ നൽകി. ഇത്രയധികം ലഭിച്ചതിൽ അവർ സന്തോഷിച്ചു (29:1-9).</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ദാവീദ് മരിച്ചപ്പോൾ ശലോമോൻ രാജാവായി, തന്റെ പിതാവ് ആസൂത്രണം ചെയ്ത ദൈവാലയത്തിന്റെ പണി തുടങ്ങി. അവൻ മനോഹരമായ ദേവദാരു മരവും മറ്റു രാജ്യങ്ങളിൽ നിന്ന് വിദഗ്ദ്ധരായ പണിക്കാരെയും ശേഖരിച്ചു. (സോർ ഇസ്രായേലിന്റെ വടക്കുള്ള ഒരു തുറമുഖനഗരമായിരുന്നു.) പണിക്കാർക്ക് ആവശ്യത്തിന് ഭക്ഷണം ഉണ്ടെന്ന് ശലോമോൻ ശ്രദ്ധിച്ചു (2 ദിന 2:1-16).</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ദൈവാലയം പണിയാൻ ഏഴു വർഷമെടുത്തു. അത് മനോഹരവും ഗംഭീരവുമായിരുന്നു. സ്വർണ്ണവും വെള്ളിയും വെയിലിൽ തിളങ്ങി. പണി പൂർത്തിയായപ്പോൾ ഉടമ്പടിയുടെ പെട്ടകം ദൈവാലയത്തിലേക്കു കൊണ്ടുവരുന്നത് കാണാൻ ശലോമോൻ എല്ലാ നേതാക്കളെയും യെരൂശലേമിലേക്കു വിളിച്ചുകൂട്ടി (5:1-2). </w:t>
      </w:r>
      <w:r>
        <w:rPr>
          <w:rFonts w:ascii="Nirmala UI" w:hAnsi="Nirmala UI" w:cs="Nirmala UI"/>
          <w:b/>
          <w:sz w:val="22"/>
        </w:rPr>
        <w:t xml:space="preserve">ചിത്രം 19 കാണിക്കുക. </w:t>
      </w:r>
      <w:r>
        <w:rPr>
          <w:rFonts w:ascii="Nirmala UI" w:hAnsi="Nirmala UI" w:cs="Nirmala UI"/>
          <w:b w:val="0"/>
          <w:sz w:val="22"/>
        </w:rPr>
        <w:t xml:space="preserve">ഇവിടെ ശലോമോൻ പ്രതിഷ്ഠാ പ്രാർത്ഥന ചൊല്ലുന്നതും, പുരോഹിതന്മാർ വെങ്കല യാഗപീഠത്തിൽ യാഗം കഴിക്കുന്നതും (4:1), പുരോഹിതന്മാർക്ക് കഴുകാനുള്ള വലിയ തടാകവും ഹോമയാഗത്തിന് ഉപയോഗിക്കുന്ന വസ്തുക്കൾ കഴുകാനുള്ള പാത്രങ്ങളും (4:2-6), ദൈവാലയത്തിന്റെ മുൻവശത്തെ തൂണുകളും (3:15-16) നാം കാണുന്നു.</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പണി പൂർത്തിയായതിനാൽ എല്ലാവരും ദൈവത്തിന് സ്തുതിഗീതങ്ങൾ പാടാൻ ഒരുമിച്ചുകൂടി. തന്റെ തേജസ്സുള്ള സാന്നിധ്യം കൊണ്ട് ദൈവാലയത്തെ നിറച്ചുകൊണ്ട് ദൈവം തന്റെ സന്തോഷവും പ്രസാദവും കാണിച്ചു (5:11-14). </w:t>
      </w:r>
      <w:r>
        <w:rPr>
          <w:rFonts w:ascii="Nirmala UI" w:hAnsi="Nirmala UI" w:cs="Nirmala UI"/>
          <w:b/>
          <w:sz w:val="22"/>
        </w:rPr>
        <w:t xml:space="preserve">ദൈവത്തിന് ഒരു സന്തോഷകരമായ സ്തുതിഗീതം പാടിക്കൊണ്ട് പാഠത്തിന്റെ ഈ ഭാഗം അവസാനിപ്പിക്കുക.</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യെരൂശലേമിൽ ദൈവാലയം പണിയാനുള്ള ദാവീദിന്റെ ഒരുക്കങ്ങൾ വളരെ ശ്രദ്ധാപൂർവ്വമായിരുന്നു, വളരെ സമയമെടുത്തു. കെട്ടിടം പൂർത്തിയാകാൻ തന്നെ ഏഴു വർഷമെടുത്തു. ദൈവത്തിന്റെ ദാസനായിരിക്കാൻ ഒരു ജീവിതകാലം മുഴുവൻ വേണം. നമ്മുടെ ശരീരങ്ങൾ അവനായി മനോഹരമായ ആലയങ്ങളായിരിക്കണം. </w:t>
      </w:r>
      <w:r>
        <w:rPr>
          <w:rFonts w:ascii="Nirmala UI" w:hAnsi="Nirmala UI" w:cs="Nirmala UI"/>
          <w:b/>
          <w:sz w:val="22"/>
        </w:rPr>
        <w:t xml:space="preserve">1 കൊരിന്ത്യർ 6:19-20 ഉറക്കെ വായിക്കുകയും നാം ദൈവത്തിന്റെ ആലയങ്ങളാണെന്ന ആശയം കുട്ടികൾക്കു വിശദീകരിക്കുകയും ചെയ്യുക.</w:t>
      </w:r>
    </w:p>
    <w:p>
      <w:r>
        <w:rPr>
          <w:rFonts w:ascii="Nirmala UI" w:hAnsi="Nirmala UI" w:cs="Nirmala UI"/>
          <w:b/>
          <w:sz w:val="22"/>
        </w:rPr>
        <w:t xml:space="preserve">ദൈവത്തിന്റെ പ്രവർത്തനത്തിനായി നമ്മുടെ പണവും സ്വത്തുക്കളും നൽകുന്നതിന്റെ പ്രാധാന്യവും സന്തോഷവും പഠിപ്പിക്കാനും ഈ പാഠം ഉപയോഗിക്കാം.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19 – A House for God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19 – A House for God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