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ദാവീദ് ശൗലിന്റെ ജീവൻ ഒഴിവാക്കുന്നു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ദാവീദിനെ കൊല്ലാൻ ശ്രമിച്ചിട്ടും ദാവീദ് ശൗൽ രാജാവിന്റെ ജീവൻ ഒഴിവാക്കിയതെങ്ങനെയെന്ന്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26:1-25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1:3 (3-ാം വാക്യം പൂർത്തിയാക്കുക)</w:t>
            </w:r>
          </w:p>
          <w:p>
            <w:pPr>
              <w:spacing w:after="40"/>
            </w:pPr>
            <w:r>
              <w:rPr>
                <w:rFonts w:ascii="Nirmala UI" w:hAnsi="Nirmala UI" w:cs="Nirmala UI"/>
                <w:b w:val="0"/>
                <w:i/>
                <w:sz w:val="22"/>
              </w:rPr>
              <w:t xml:space="preserve">അവൻ നീർത്തോടുകളുടെ അരികിൽ നട്ടിരിക്കുന്ന മരംപോലെ ആകുന്നു; അത് തക്കസമയത്തു ഫലം തരുന്നു; അതിന്റെ ഇല വാടുന്നില്ല. അവൻ ചെയ്യുന്നതൊക്കെയും സഫലമാകും.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തങ്ങൾക്ക് ഇഷ്ടമില്ലാത്ത ഒരാളോട് ആളുകൾ എങ്ങനെ പെരുമാറുന്നുവെന്ന് ക്ലാസ്സിനോടു ചോദിക്കുക. </w:t>
      </w:r>
      <w:r>
        <w:rPr>
          <w:rFonts w:ascii="Nirmala UI" w:hAnsi="Nirmala UI" w:cs="Nirmala UI"/>
          <w:b w:val="0"/>
          <w:sz w:val="22"/>
        </w:rPr>
        <w:t xml:space="preserve">വെറുപ്പ് വഴക്കിലേക്കും മരണത്തിലേക്കും നയിക്കും.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ദാവീദിന് ഒരു കഠിന ശത്രു ഉണ്ടായിരുന്നു. അത് ശൗൽ രാജാവായിരുന്നു. </w:t>
      </w:r>
      <w:r>
        <w:rPr>
          <w:rFonts w:ascii="Nirmala UI" w:hAnsi="Nirmala UI" w:cs="Nirmala UI"/>
          <w:b/>
          <w:sz w:val="22"/>
        </w:rPr>
        <w:t xml:space="preserve">ചിത്രം 15 കാണിക്കുക. ചിത്രം ചൂണ്ടിക്കാണിച്ച് ക്ലാസ്സിനോടു ചോദ്യങ്ങൾ ചോദിച്ചുകൊണ്ട് കഴിഞ്ഞ പാഠം ചുരുക്കമായി അവലോകനം ചെയ്യുക. </w:t>
      </w:r>
      <w:r>
        <w:rPr>
          <w:rFonts w:ascii="Nirmala UI" w:hAnsi="Nirmala UI" w:cs="Nirmala UI"/>
          <w:b w:val="0"/>
          <w:sz w:val="22"/>
        </w:rPr>
        <w:t xml:space="preserve">ദാവീദിനോടുള്ള അസൂയ ശൗലിനെ പലതവണ അവനെ കൊല്ലാൻ ശ്രമിപ്പിച്ചു, അതുകൊണ്ട് ദാവീദിന് ഒളിച്ചിരിക്കേണ്ടിവന്നു. സാഹചര്യം മറിച്ചായിരുന്നെങ്കിൽ, ശൗൽ തന്റെ അധീനതയിലായിരുന്നെങ്കിൽ, ദാവീദ് എന്തു ചെയ്യുമായിരുന്നു?</w:t>
      </w:r>
    </w:p>
    <w:p>
      <w:pPr>
        <w:ind w:left="567"/>
      </w:pPr>
      <w:r>
        <w:rPr>
          <w:rFonts w:ascii="Nirmala UI" w:hAnsi="Nirmala UI" w:cs="Nirmala UI"/>
          <w:b w:val="0"/>
          <w:sz w:val="22"/>
        </w:rPr>
        <w:t xml:space="preserve">താഴെയുള്ള കഥ നമ്മോടു പറയുന്നു.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ഒരു ദിവസം ദൂതന്മാർ വന്ന് ദാവീദ് എവിടെ ഒളിച്ചിരിക്കുന്നുവെന്ന് ശൗൽ രാജാവിനോടു പറഞ്ഞു. ഉടനെ ശൗൽ തന്റെ ഏറ്റവും നല്ല 3,000 പടയാളികളെ കൂട്ടി (ഒരു മനുഷ്യനെ പിടിക്കാൻ ഇത്രയും പേർ!) അവനെ പിടിക്കാൻ പുറപ്പെട്ടു. എന്നാൽ ദാവീദിനും ചാരന്മാർ ഉണ്ടായിരുന്നു; അവനും അവന്റെ അനുയായികളും ശൗലും സൈന്യവും പാളയമടിക്കുന്നത് നിരീക്ഷിച്ചു (26:1-5).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രാത്രിയിൽ ദാവീദും അവന്റെ സുഹൃത്ത് അബീശായിയും പാളയത്തിലേക്ക് ഇഴഞ്ഞുചെന്ന് ശൗൽ രാജാവ് ഉറങ്ങിക്കിടക്കുന്ന സ്ഥലത്തിന് തൊട്ടടുത്തെത്തി. അവന്റെ കാവൽക്കാരും ഉറങ്ങുകയായിരുന്നു! ദാവീദിന്റെ ശത്രുവായ ശൗൽ ഒടുവിൽ അവന്റെ അധീനതയിലായി. ഈ അവസരം ഉപയോഗിച്ച് ശൗലിനെ കൊല്ലാൻ തന്നെ അനുവദിക്കണമെന്ന് അബീശായി ദാവീദിനോട് നിർബന്ധിച്ചു (26:6-8).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എന്നാൽ ശൗലിനെ കൊല്ലുന്നതിൽ നിന്ന് ദാവീദ് അബീശായിയെ തടഞ്ഞു. ദൈവമാണ് ശൗലിനെ ഇസ്രായേലിന്റെ രാജാവായി നിയമിച്ചതെന്നും, സമയമാകുമ്പോൾ ദൈവം ശൗലിനെ നീക്കുമെന്നും അവൻ പറഞ്ഞു. ദാവീദിന് അറിയാമായിരുന്നു: ദൈവം പ്രവർത്തിക്കുന്ന വഴി നമുക്ക് എല്ലായ്പ്പോഴും മനസ്സിലാകുന്നില്ലെങ്കിലും ദൈവത്തിന്റെ പദ്ധതിയും സമയവും പൂർണ്ണമാണ്. </w:t>
      </w:r>
      <w:r>
        <w:rPr>
          <w:rFonts w:ascii="Nirmala UI" w:hAnsi="Nirmala UI" w:cs="Nirmala UI"/>
          <w:b/>
          <w:sz w:val="22"/>
        </w:rPr>
        <w:t xml:space="preserve">ചിത്രം 16 കാണിക്കുക. </w:t>
      </w:r>
      <w:r>
        <w:rPr>
          <w:rFonts w:ascii="Nirmala UI" w:hAnsi="Nirmala UI" w:cs="Nirmala UI"/>
          <w:b w:val="0"/>
          <w:sz w:val="22"/>
        </w:rPr>
        <w:t xml:space="preserve">പകരം, താൻ അവിടെ വന്നിരുന്നുവെന്നും ആഗ്രഹിച്ചിരുന്നെങ്കിൽ തനിക്ക് അവനെ കൊല്ലാമായിരുന്നുവെന്നും തെളിയിക്കാൻ ദാവീദ് ശൗലിന്റെ തലയ്ക്കരികിൽ നിന്ന് അവന്റെ കുന്തവും വെള്ളക്കുടവും എടുത്തു (26:9-12).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പാളയത്തിൽ നിന്ന് സുരക്ഷിതമായ അകലത്തിൽ എത്തിയപ്പോൾ ദാവീദ് അവരോട് ഉറക്കെ വിളിച്ചുപറഞ്ഞു. അപ്പോൾ മാത്രമാണ് അവർ ഉണർന്നത്. താനും അബീശായിയും ചെയ്തത് അവൻ അവരോടു പറഞ്ഞു. അവർ എത്ര മോശം കാവൽക്കാരാണെന്നു കാണിക്കാൻ അവൻ കുന്തവും വെള്ളക്കുടവും വായുവിൽ ഉയർത്തിപ്പിടിച്ചു (26:13-16).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ശൗൽ രാജാവും ദാവീദിന്റെ ശബ്ദം തിരിച്ചറിഞ്ഞു. എന്തിനാണ് തന്നെ ഇടയ്ക്കിടെ കൊല്ലാൻ ശ്രമിക്കുന്നതെന്ന് ദാവീദ് ശൗലിനോടു ചോദിച്ചു. തനിക്ക് ശൗലിനെ എത്ര എളുപ്പത്തിൽ കൊല്ലാമായിരുന്നുവെന്ന് ശൗൽ മനസ്സിലാക്കിയപ്പോൾ ദാവീദിനെ കൊല്ലാൻ ശ്രമിക്കുന്നത് നിർത്താമെന്ന് അവൻ വാഗ്ദാനം ചെയ്തു. ശൗലും സൈന്യവും വീട്ടിലേക്കു മടങ്ങി (26:17-25).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ശൗലിനെ തന്റെ അധീനതയിൽ കിട്ടിയപ്പോഴുള്ള ദാവീദിന്റെ പ്രതികരണം അബീശായിയുടേതിൽ നിന്ന് വളരെ വ്യത്യസ്തമായിരുന്നു. ശൗൽ പലതവണ തന്നെ കൊല്ലാൻ ശ്രമിച്ചിട്ടും ശൗൽ രാജാവിനെ കൊല്ലാൻ ദാവീദിന് സ്വാതന്ത്ര്യം തോന്നിയില്ല. രാജാവ് ഇത് മനസ്സിലാക്കിയപ്പോൾ ദാവീദിനോടുള്ള അവന്റെ പെരുമാറ്റം മാറി. ദാവീദിന് ഇത് എങ്ങനെ കഴിഞ്ഞു? അവൻ യഹോവയുടെ സ്വന്തം ഹൃദയപ്രകാരമുള്ള ഒരു വ്യക്തിയായിരുന്നു (13:14), ദൈവത്തിന്റെ ആത്മാവ് ദാവീദിന്റെമേൽ വന്നിരുന്നു (16:13).</w:t>
      </w:r>
    </w:p>
    <w:p>
      <w:r>
        <w:rPr>
          <w:rFonts w:ascii="Nirmala UI" w:hAnsi="Nirmala UI" w:cs="Nirmala UI"/>
          <w:b w:val="0"/>
          <w:sz w:val="22"/>
        </w:rPr>
        <w:t xml:space="preserve">നിങ്ങൾക്ക് ഇഷ്ടമില്ലാത്തവരോടോ നിങ്ങളെ ദ്രോഹിക്കാൻ ശ്രമിച്ചവരോടോ നിങ്ങൾ എങ്ങനെ പെരുമാറുന്നു? ലോകം ചെയ്യുന്നതിന്റെ വിപരീതം ചെയ്യാൻ, അതായത് ക്ഷമിക്കാൻ, തന്നെ സേവിക്കുന്നവരോടു യേശു കൽപ്പിച്ചു. വർഷങ്ങൾക്കു ശേഷം പൗലൊസ് യുവ ക്രിസ്തീയ സഭയ്ക്ക് ഇതിനെക്കുറിച്ച് ചില സഹായകമായ നിർദ്ദേശങ്ങൾ നൽകി. ഇന്നും അത് നല്ല ഉപദേശമാണ്. </w:t>
      </w:r>
      <w:r>
        <w:rPr>
          <w:rFonts w:ascii="Nirmala UI" w:hAnsi="Nirmala UI" w:cs="Nirmala UI"/>
          <w:b/>
          <w:sz w:val="22"/>
        </w:rPr>
        <w:t xml:space="preserve">അവർക്ക് റോമർ 12:17-21 വായിച്ചുകേൾപ്പിക്കുക.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David Spares Saul’s Life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David Spares Saul’s Life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