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15</w:t>
      </w:r>
    </w:p>
    <w:p>
      <w:pPr>
        <w:keepNext/>
        <w:spacing w:after="40"/>
      </w:pPr>
      <w:r>
        <w:rPr>
          <w:rFonts w:ascii="Nirmala UI" w:hAnsi="Nirmala UI" w:cs="Nirmala UI"/>
          <w:b/>
          <w:color w:val="1F4E79"/>
          <w:sz w:val="52"/>
        </w:rPr>
        <w:t xml:space="preserve">ശൗൽ ദാവീദിനെ കൊല്ലാൻ ശ്രമിക്കുന്നു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4: ദൈവത്തിന്റെ ദാസന്മാർ</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ശൗൽ രാജാവിന് ദാവീദിനോട് അസൂയ തോന്നിയപ്പോൾ ദൈവം തന്റെ ദാസനായ ദാവീദിനെ എങ്ങനെ സംരക്ഷിച്ചുവെന്ന്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1 ശമൂവേൽ 18:1-16; 20:1-42; 22:1-2</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സങ്കീർത്തനം 1:3</w:t>
            </w:r>
          </w:p>
          <w:p>
            <w:pPr>
              <w:spacing w:after="40"/>
            </w:pPr>
            <w:r>
              <w:rPr>
                <w:rFonts w:ascii="Nirmala UI" w:hAnsi="Nirmala UI" w:cs="Nirmala UI"/>
                <w:b w:val="0"/>
                <w:i/>
                <w:sz w:val="22"/>
              </w:rPr>
              <w:t xml:space="preserve">(3-ാം വാക്യം തുടർന്നു പഠിക്കുക) അവൻ നീർത്തോടുകളുടെ അരികിൽ നട്ടിരിക്കുന്ന മരംപോലെ ആകുന്നു; അത് തക്കസമയത്തു ഫലം തരുന്നു; അതിന്റെ ഇല വാടുന്നില്ല.</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റൂത്തയും പെരിസും രണ്ടു കൊച്ചു സഹോദരിമാരായിരുന്നു. ജന്മദിനത്തിന് റൂത്തയ്ക്ക് ഒരു മനോഹരമായ പുതിയ ഉടുപ്പ് ലഭിച്ചു. അതിൽ പെരിസിന് വളരെ സങ്കടമായി, അവൾ കരഞ്ഞു. അവൾക്കും ഒരു പുതിയ ഉടുപ്പ് വേണമായിരുന്നു, പക്ഷേ അത് അവളുടെ ജന്മദിനമായിരുന്നില്ല. സഹോദരിയുടെ പുതിയ ഉടുപ്പ് കീറാൻ അവൾ ശ്രമിച്ചു. പെരിസിനു വേണ്ടതും എന്നാൽ കിട്ടാത്തതുമായ ഒന്ന് റൂത്തയ്ക്ക് ഉണ്ടായിരുന്നതിനാൽ പെരിസിന് റൂത്തയോട് വലിയ അസൂയ തോന്നി.</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ശൗൽ രാജാവിന് ദാവീദിനോട് വലിയ അസൂയ തോന്നി. അത് അത്ഭുതകരമായി തോന്നാം – ഒരു രാജാവിന് ഒരു ഇടയബാലനോട് അസൂയ! എന്നാൽ ദാവീദ് ഭീമനായ ഗോലിയാത്തിനെ കൊല്ലുകയും സൈന്യത്തിൽ ഉയർന്ന സ്ഥാനം നേടുകയും ചെയ്തിരുന്നു. ഇസ്രായേലിലെ സ്ത്രീകൾ രാജാവിനെക്കാൾ ദാവീദിനെ പുകഴ്ത്തി പാട്ടുകൾ ഉണ്ടാക്കിത്തുടങ്ങി. ഇത് ശൗലിനെ വളരെ കോപിപ്പിച്ചു (18:5-9).</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ശൗലിന്റെ മൂത്ത പുത്രനായ ജോനാഥാനുമായും ദാവീദ് വലിയ സുഹൃത്തുക്കളായി (18:1-5).</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ശൗൽ രാജാവിന് ദാവീദിനോട് ഇത്രയധികം അസൂയ തോന്നിയതിനാൽ അവന് സ്വയം നിയന്ത്രണം നഷ്ടപ്പെട്ടുതുടങ്ങി. ഒരു ദിവസം രാജാവിന്റെ മനസ്സ് ശാന്തമാക്കാൻ ദാവീദ് സംഗീതം വായിക്കുമ്പോൾ ശൗൽ ദാവീദിന്റെ നേരെ തന്റെ കുന്തം എറിഞ്ഞു. ദാവീദ് ഒഴിഞ്ഞുമാറി, കുന്തം ചുമരിൽ കൊണ്ടു. ശൗൽ വീണ്ടും ശ്രമിച്ചു, എന്നാൽ വീണ്ടും ദാവീദ് രക്ഷപ്പെട്ടു (18:10-11). </w:t>
      </w:r>
      <w:r>
        <w:rPr>
          <w:rFonts w:ascii="Nirmala UI" w:hAnsi="Nirmala UI" w:cs="Nirmala UI"/>
          <w:b/>
          <w:sz w:val="22"/>
        </w:rPr>
        <w:t xml:space="preserve">ചിത്രം 15 കാണിക്കുക.</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അതിനുശേഷം ശൗൽ പലതവണ ദാവീദിനെ കൊല്ലാൻ ശ്രമിച്ചു, എന്നാൽ പലതവണ അവന്റെ പുത്രൻ ജോനാഥാൻ ദാവീദിനെ രക്ഷപ്പെടാൻ സഹായിച്ചു. ഒരു പ്രത്യേക വിരുന്നിൽ ദാവീദ് രാജാവിനോടും കുടുംബത്തോടുമൊപ്പം ഭക്ഷണം കഴിക്കേണ്ടതായിരുന്നു. വരുന്നത് സുരക്ഷിതമാണോ അല്ലയോ എന്ന് ദാവീദിന് അറിയില്ലായിരുന്നു. ശൗൽ തന്നോട് ഇത്ര കോപിക്കുന്നത് എന്തിനാണെന്ന് അവനു മനസ്സിലായില്ല. ജോനാഥാൻ ദാവീദിനെ സഹായിക്കാമെന്നു പറഞ്ഞു, അവർ ഒരു രഹസ്യ പദ്ധതി തയ്യാറാക്കി. അപകടമുണ്ടെങ്കിൽ ജോനാഥാൻ അവനെ അറിയിക്കും (20:1-23).</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ജോനാഥാൻ തന്റെ ഭൃത്യനോടൊപ്പം വില്ലും അമ്പും അഭ്യസിക്കാൻ വയലിലേക്കു പോയപ്പോൾ ദാവീദ് ഒരു പാറക്കൂട്ടത്തിന്റെ പിന്നിൽ ഒളിച്ചു. ഏറ്റവും ദൂരത്തുള്ള അമ്പുകൾ അന്വേഷിച്ചു പോകാൻ ജോനാഥാൻ ഭൃത്യനോടു പറയുന്നത് കേട്ടപ്പോൾ ശൗലിന്റെ അടുത്ത് നിൽക്കുന്നത് സുരക്ഷിതമല്ലെന്നുള്ള ജോനാഥാന്റെ സൂചനയാണ് അതെന്ന് ദാവീദ് മനസ്സിലാക്കി (20:35-40).</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ജോനാഥാനോട് വിട പറഞ്ഞശേഷം ശൗലിൽ നിന്ന് രക്ഷപ്പെടാൻ ദാവീദ് അടുത്ത കുറച്ചു വർഷങ്ങൾ മരുഭൂമിയിൽ കഴിഞ്ഞു (22:1-2).</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1 ശമൂവേൽ 18:12 ദാവീദും ശൗലും തമ്മിലുള്ള വ്യത്യാസം കാണിക്കുന്നു. യഹോവ ദാവീദിനോടുകൂടെ ഉണ്ടായിരുന്നു. അനേകം പ്രശ്നങ്ങൾക്കിടയിലും അവൻ ദൈവത്തിൽ ആശ്രയിക്കുകയും യഹോവയെ അനുസരിച്ച് ജീവിക്കുകയും ചെയ്തു. എന്നാൽ ശൗലാകട്ടെ അഹങ്കാരിയും അസൂയാലുവും അനുസരണമില്ലാത്തവനുമായിരുന്നു. ഫലമായി അവൻ ഭയത്തിലും കോപത്തിലും ജീവിച്ചു. ശൗൽ രാജാവും ദാവീദ് ഒരു പാവപ്പെട്ട, വേട്ടയാടപ്പെടുന്ന മനുഷ്യനും ആയിരുന്നു, എങ്കിലും ദൈവത്തിന്റെ കൂട്ടായ്മയുടെ ഭാഗ്യം ലഭിച്ചത് ദാവീദിനായിരുന്നു.</w:t>
      </w:r>
    </w:p>
    <w:p>
      <w:r>
        <w:rPr>
          <w:rFonts w:ascii="Nirmala UI" w:hAnsi="Nirmala UI" w:cs="Nirmala UI"/>
          <w:b w:val="0"/>
          <w:sz w:val="22"/>
        </w:rPr>
        <w:t xml:space="preserve">അസൂയ ചെറിയ രീതിയിൽ തുടങ്ങാം, എന്നാൽ അത് മിക്കവാറും വളർന്നുകൊണ്ടേയിരിക്കും. ഒടുവിൽ അത് ഒരാളുടെ ജീവിതത്തെ ഭരിക്കുകയും വലിയ തിന്മയിലേക്കു നയിക്കുകയും ചെയ്യും. നിങ്ങളുടെ ജീവിതം ഏതു ദിശയിലേക്കാണ്? നിങ്ങൾ ഒരു ശൗലാണോ അതോ ഒരു ദാവീദാണോ?</w:t>
      </w:r>
    </w:p>
    <w:p>
      <w:pPr>
        <w:pStyle w:val="Heading2"/>
      </w:pPr>
      <w:r>
        <w:rPr>
          <w:rFonts w:ascii="Nirmala UI" w:hAnsi="Nirmala UI" w:cs="Nirmala UI"/>
        </w:rPr>
        <w:t xml:space="preserve">മനഃപാഠ വാക്യം ഹൃദിസ്ഥമാക്കൽ</w:t>
      </w:r>
    </w:p>
    <w:p>
      <w:r>
        <w:rPr>
          <w:rFonts w:ascii="Nirmala UI" w:hAnsi="Nirmala UI" w:cs="Nirmala UI"/>
          <w:b/>
          <w:sz w:val="22"/>
        </w:rPr>
        <w:t xml:space="preserve">ഇതുവരെ കുട്ടികൾ പഠിച്ച സങ്കീർത്തനം 1-ലെ വാക്യങ്ങൾ അവലോകനം ചെയ്യുക.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15 – Saul Tries to Kill David</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15 – Saul Tries to Kill David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