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ദാവീദും ഭീമനായ ഗോലിയാത്തും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അസാധ്യമെന്നു തോന്നിയപ്പോഴും തന്റെ ദാസനായ ദാവീദിനെ ഒരു ഭീമനെ തോൽപ്പിക്കാൻ ദൈവം എങ്ങനെ സഹായിച്ചുവെന്ന്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17:1-54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1:3</w:t>
            </w:r>
          </w:p>
          <w:p>
            <w:pPr>
              <w:spacing w:after="40"/>
            </w:pPr>
            <w:r>
              <w:rPr>
                <w:rFonts w:ascii="Nirmala UI" w:hAnsi="Nirmala UI" w:cs="Nirmala UI"/>
                <w:b w:val="0"/>
                <w:i/>
                <w:sz w:val="22"/>
              </w:rPr>
              <w:t xml:space="preserve">അവൻ നീർത്തോടുകളുടെ അരികിൽ നട്ടിരിക്കുന്ന മരംപോലെ ആകുന്നു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നിങ്ങൾക്കറിയാവുന്നതുപോലെ വ്യത്യസ്ത ആളുകൾ വ്യത്യസ്ത ഉയരത്തിൽ വളരുന്നു. ചിലർ വളരെ ഉയരമുള്ളവരാകുന്നു; മറ്റു ചിലർ പൊക്കം കുറഞ്ഞവരായി തുടരുന്നു. </w:t>
      </w:r>
      <w:r>
        <w:rPr>
          <w:rFonts w:ascii="Nirmala UI" w:hAnsi="Nirmala UI" w:cs="Nirmala UI"/>
          <w:b/>
          <w:sz w:val="22"/>
        </w:rPr>
        <w:t xml:space="preserve">നിങ്ങൾ കണ്ടിട്ടുള്ളതിൽ ഏറ്റവും ഉയരമുള്ള ആളുടെ ഉയരം എന്നെ കാണിക്കൂ. മൂന്നു മീറ്ററോളം നീളമുള്ള ഒരു ചോളത്തണ്ടോ വടിയോ ക്ലാസ്സിനെ കാണിക്കുക. </w:t>
      </w:r>
      <w:r>
        <w:rPr>
          <w:rFonts w:ascii="Nirmala UI" w:hAnsi="Nirmala UI" w:cs="Nirmala UI"/>
          <w:b w:val="0"/>
          <w:sz w:val="22"/>
        </w:rPr>
        <w:t xml:space="preserve">ഇത്ര ഉയരമുള്ള ആരെയെങ്കിലും നിങ്ങൾ കണ്ടിട്ടുണ്ടോ?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ഗോലിയാത്ത് ഈ വടിയോളം ഉയരമുള്ളവനായിരുന്നു, തീർച്ചയായും അതിലും വളരെ വീതിയുള്ളവനും. അവൻ ഒരു ഭീമനായിരുന്നു. ഇസ്രായേലിനോടു യുദ്ധം ചെയ്തിരുന്ന ഫെലിസ്ത്യ ഗോത്രത്തിൽപ്പെട്ടവനായിരുന്നു അവൻ. തന്നോടു യുദ്ധം ചെയ്യാൻ വരാൻ അവൻ ദിവസവും ഇസ്രായേല്യരെ വെല്ലുവിളിച്ചു. എന്നാൽ എല്ലാ പടയാളികളും അവനെ ഭയന്നു (17:1-11).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ദാവീദിന്റെ പിതാവ് അവനെ സൈനിക പാളയത്തിലുള്ള മൂത്ത സഹോദരന്മാരെ സന്ദർശിക്കാനും അവർക്കു കുറച്ചു ഭക്ഷണം കൊണ്ടുപോകാനും അയച്ചതെങ്ങനെയെന്ന് വിവരിക്കുക. </w:t>
      </w:r>
      <w:r>
        <w:rPr>
          <w:rFonts w:ascii="Nirmala UI" w:hAnsi="Nirmala UI" w:cs="Nirmala UI"/>
          <w:b w:val="0"/>
          <w:sz w:val="22"/>
        </w:rPr>
        <w:t xml:space="preserve">ഇസ്രായേലിനെയും അവരുടെ ദൈവത്തെയും കുറിച്ചുള്ള ഗോലിയാത്തിന്റെ വെല്ലുവിളി ദാവീദ് കേട്ടു, ശൗൽ രാജാവിന്റെ ആളുകൾ എത്ര ഭയന്നിരിക്കുന്നുവെന്നും അവൻ കണ്ടു. ജീവനുള്ള ദൈവത്തെ അറിയാത്ത ഈ മനുഷ്യനെ അവർ എന്തിനാണ് ഇത്ര ഭയപ്പെടുന്നതെന്ന് അവൻ അത്ഭുതപ്പെട്ടു. ഒരു വലിയ ഭീമൻ പോലും ദൈവത്തിന്റെ ശക്തിക്കു മുമ്പിൽ ശക്തിയില്ലാത്തവനാണെന്ന് അവനറിയാമായിരുന്നു (17:17-25).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ദാവീദിന്റെ മൂത്ത സഹോദരൻ അവനെ മിണ്ടാതാക്കാൻ ശ്രമിച്ചു. ഒടുവിൽ ഈ യുവാവ് ഭീമനോടു പോരാടാൻ തയ്യാറാണെന്ന് ശൗൽ രാജാവ് കേട്ടു, അവൻ ദാവീദിനെ വിളിപ്പിച്ചു. പരിചയസമ്പന്നനായ യോദ്ധാവായ ഗോലിയാത്തിനെതിരെ ദാവീദിന് ഒരു സാധ്യതയുമില്ലെന്ന് ശൗൽ കരുതി. എന്നാൽ താൻ ദൈവത്തിൽ ആശ്രയിക്കുന്നുവെന്ന് ദാവീദ് രാജാവിനോടു പറഞ്ഞു. </w:t>
      </w:r>
      <w:r>
        <w:rPr>
          <w:rFonts w:ascii="Nirmala UI" w:hAnsi="Nirmala UI" w:cs="Nirmala UI"/>
          <w:b/>
          <w:sz w:val="22"/>
        </w:rPr>
        <w:t xml:space="preserve">ചിത്രം 13 വീണ്ടും കാണിക്കുക. </w:t>
      </w:r>
      <w:r>
        <w:rPr>
          <w:rFonts w:ascii="Nirmala UI" w:hAnsi="Nirmala UI" w:cs="Nirmala UI"/>
          <w:b w:val="0"/>
          <w:sz w:val="22"/>
        </w:rPr>
        <w:t xml:space="preserve">വന്യമൃഗങ്ങളിൽ നിന്ന് തന്റെ ആടുകളെ സംരക്ഷിക്കാൻ ദൈവം അവനെ സഹായിച്ചതുപോലെ, ആ ഭീമനിൽ നിന്ന് തന്റെ ജനത്തെ സംരക്ഷിക്കാനും ദൈവം അവനെ സഹായിക്കും (17:26-37).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ശൗൽ ദാവീദിന് സംരക്ഷണത്തിനായി തന്റെ സ്വന്തം കവചം നൽകി, എന്നാൽ അത് വളരെ വലുതും ഭാരമുള്ളതുമായിരുന്നു. പകരം അവൻ നദിക്കരയിൽ ചെന്ന് തന്റെ കവണയ്ക്കായി അഞ്ച് കല്ലുകൾ തിരഞ്ഞെടുത്തു (17:38-40).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ചിത്രം 14 കാണിക്കുക. </w:t>
      </w:r>
      <w:r>
        <w:rPr>
          <w:rFonts w:ascii="Nirmala UI" w:hAnsi="Nirmala UI" w:cs="Nirmala UI"/>
          <w:b w:val="0"/>
          <w:sz w:val="22"/>
        </w:rPr>
        <w:t xml:space="preserve">ഗോലിയാത്തും ദാവീദും തമ്മിലുള്ള വ്യത്യാസങ്ങൾ — വലിപ്പത്തിലും കവചത്തിലും ആയുധങ്ങളിലും — ശ്രദ്ധിക്കുക. ഏറ്റവും പ്രധാനമായി, ഗോലിയാത്ത് ജീവനുള്ള ദൈവത്തിനെതിരെയാണ് പോരാടുന്നത്, ദാവീദോ അവന്റെ ദാസനും (17:45).</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ഇസ്രായേൽ വെറുമൊരു യുവാവിനെ, അതും യാതൊരു കവചവുമോ ഗൗരവമുള്ള ആയുധമോ ഇല്ലാതെ, തന്നോടു പോരാടാൻ അയയ്ക്കുന്നതു കണ്ട് ഗോലിയാത്ത് വളരെ കോപിച്ചു! താൻ ജീവനുള്ള, ജയാളിയായ ദൈവത്തിന്റെ ദാസനാണെന്ന് ദാവീദ് ഗോലിയാത്തിനോടു പറഞ്ഞു (17:41-47).</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തന്റെ കവണയിലെ ഒരു കല്ലുകൊണ്ട് ദാവീദ് ഗോലിയാത്തിനെ ജയിച്ചതെങ്ങനെയെന്ന് ക്ലാസ്സിനോടു പറയുക. ഭീമൻ മരിച്ചുവെന്നു കണ്ടപ്പോൾ ഫെലിസ്ത്യർ ഓടിപ്പോയി. ഇസ്രായേല്യർ യുദ്ധം ജയിച്ചു, ദാവീദ് ഗോലിയാത്തിന്റെ വാൾ സൂക്ഷിച്ചു (17:48-54).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വളരെ വലുതോ ശക്തമോ ആയി തോന്നുന്ന കാര്യങ്ങളെ നാം പലപ്പോഴും ഭയപ്പെടുന്നു. ഗോലിയാത്ത് വലിയവനും വളരെ ശക്തനുമായി തോന്നിയിട്ടും ദാവീദിനെ അവൻ ഭയപ്പെടുത്തിയില്ല. ഗോലിയാത്തിനെ ജയിക്കാൻ ദാവീദ് ദൈവത്തിന്റെ ശക്തിയിൽ പ്രവർത്തിച്ചു. ദൈവത്തിന്റെ ദാസന്മാരായ നമുക്കും തിന്മയുടെ ആക്രമണങ്ങളെയും പ്രലോഭനങ്ങളെയും അതിജീവിക്കാൻ അതേ ശക്തി ദൈവം നൽകിയിരിക്കുന്നു (1 കൊരിന്ത്യർ 10:13).</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കുട്ടികൾ പഠിച്ച സങ്കീർത്തനം 1-ലെ വാക്യങ്ങൾ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David and the Giant Goliath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David and the Giant Goliath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