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ഇടയബാലനായ ദാവീദ്</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തന്റെ ദാസനായ ദാവീദിനെ ഒരു ദാസനായും തന്റെ ജനത്തിന്റെ മഹാനായ നേതാവായും എങ്ങനെ ഒരുക്കിയെന്ന്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16:1-13; 17:34-35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 (2-ാം വാക്യം പൂർത്തിയാക്കുക)</w:t>
            </w:r>
          </w:p>
          <w:p>
            <w:pPr>
              <w:spacing w:after="40"/>
            </w:pPr>
            <w:r>
              <w:rPr>
                <w:rFonts w:ascii="Nirmala UI" w:hAnsi="Nirmala UI" w:cs="Nirmala UI"/>
                <w:b w:val="0"/>
                <w:i/>
                <w:sz w:val="22"/>
              </w:rPr>
              <w:t xml:space="preserve">ഭാഗ്യവാൻ … അവന്റെ ആനന്ദം യഹോവയുടെ ന്യായപ്രമാണത്തിൽ; അവന്റെ ന്യായപ്രമാണത്തെ അവൻ രാവും പകലും ധ്യാനിക്കുന്നു.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നിങ്ങൾക്കറിയാവുന്ന വലിയവരും പ്രധാനികളുമായ ചില ആളുകളുടെ പേര് പറയാൻ ക്ലാസ്സിനോടു ചോദിക്കുക. </w:t>
      </w:r>
      <w:r>
        <w:rPr>
          <w:rFonts w:ascii="Nirmala UI" w:hAnsi="Nirmala UI" w:cs="Nirmala UI"/>
          <w:b w:val="0"/>
          <w:sz w:val="22"/>
        </w:rPr>
        <w:t xml:space="preserve">ജീവിച്ചിട്ടുള്ളതിൽ ഏറ്റവും മഹാന്മാരായ ചിലർ ദൈവത്തിന്റെ ദാസന്മാരായിരുന്നുവെന്ന് നിങ്ങൾക്കറിയാമോ?</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ഇസ്രായേലിലെ ഏറ്റവും മഹാനായ രാജാക്കന്മാരിൽ ഒരാളായിരുന്നു ദാവീദ് രാജാവ്, എന്നാൽ അവൻ തന്റെ ജീവിതം ആരംഭിച്ചത് പിതാവിന്റെ ആടുകളെ പരിപാലിച്ചുകൊണ്ടാണ്. ചിലപ്പോൾ അവന് വളരെ ധൈര്യത്തോടെ പ്രവർത്തിക്കേണ്ടിവന്നു എന്നാണ് ഇതിനർത്ഥം. സിംഹം, കരടി തുടങ്ങിയ വന്യമൃഗങ്ങളുടെ ആക്രമണത്തിൽ നിന്ന് അവൻ ആട്ടിൻകൂട്ടത്തെ സംരക്ഷിക്കണമായിരുന്നു (17:34). </w:t>
      </w:r>
      <w:r>
        <w:rPr>
          <w:rFonts w:ascii="Nirmala UI" w:hAnsi="Nirmala UI" w:cs="Nirmala UI"/>
          <w:b/>
          <w:sz w:val="22"/>
        </w:rPr>
        <w:t xml:space="preserve">ചിത്രം 13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ദാവീദ് ഒരു സമർത്ഥനായ സംഗീതജ്ഞനുമായി. ആടുകളെ മേയ്ക്കുമ്പോൾ ഇപ്പോൾ സങ്കീർത്തനങ്ങളുടെ പുസ്തകത്തിന്റെ ഭാഗമായ ആരാധനാഗീതങ്ങളിൽ പലതും അവൻ ഉണ്ടാക്കി. </w:t>
      </w:r>
      <w:r>
        <w:rPr>
          <w:rFonts w:ascii="Nirmala UI" w:hAnsi="Nirmala UI" w:cs="Nirmala UI"/>
          <w:b/>
          <w:sz w:val="22"/>
        </w:rPr>
        <w:t xml:space="preserve">ചിത്രത്തിൽ പാറയിൽ ചാരിവച്ചിരിക്കുന്ന, ദാവീദ് ഉപയോഗിച്ച വാദ്യം ചൂണ്ടിക്കാണിക്കുക. സങ്കീർത്തനം 121-ഉം സങ്കീർത്തനം 1:1-2-ഉം അവലോകനം ചെയ്യാൻ ഇതു നല്ല സമയമാണ്. </w:t>
      </w:r>
      <w:r>
        <w:rPr>
          <w:rFonts w:ascii="Nirmala UI" w:hAnsi="Nirmala UI" w:cs="Nirmala UI"/>
          <w:b w:val="0"/>
          <w:sz w:val="22"/>
        </w:rPr>
        <w:t xml:space="preserve">ദാവീദ് ദൈവത്തിൽ വിശ്വസിച്ചും അവനെ അനുസരിച്ചുമാണ് വളർന്നത്.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ഒരു ദിവസം ദാവീദ് ആടുകളെ മേയ്ക്കുമ്പോൾ അവന്റെ പിതാവായ യിശ്ശായി അവനെ വീട്ടിലേക്കു വിളിപ്പിച്ചു. അവൻ എത്തിയപ്പോൾ പ്രവാചകനായ ശമൂവേലിനെ അവിടെ കണ്ടു (16:11).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നന്നായി തുടങ്ങിയ ശൗൽ രാജാവ് അപ്പോഴേക്കും അഹങ്കാരിയും ദൈവത്തിന്റെ കൽപ്പനകളോട് അനുസരണക്കേടുള്ളവനും ആയിത്തീർന്നിരുന്നു. ദൈവത്തിന്റെ സ്വന്തം ഹൃദയപ്രകാരമുള്ള ഒരു രാജാവിനെ യിശ്ശായിയുടെ കുടുംബത്തിൽ അന്വേഷിക്കാൻ ദൈവം ശമൂവേലിനോടു നിർദ്ദേശിച്ചു. ശമൂവേൽ ഇത് രഹസ്യമായി ചെയ്യണമായിരുന്നു, കാരണം ശൗൽ അറിഞ്ഞാൽ വളരെ കോപിക്കും. അതുകൊണ്ട് താൻ ഒരു യാഗം കഴിക്കാനും അവരെ ആരാധനയിൽ നയിക്കാനും വന്നതാണെന്ന് ശമൂവേൽ എല്ലാവരോടും പറഞ്ഞു (16:1-5).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യിശ്ശായിയുടെ പുത്രന്മാർ ചടങ്ങിനായി എത്തിയപ്പോൾ ശമൂവേൽ അവരെ നോക്കി. അടുത്ത രാജാവായി ആരെ തിരഞ്ഞെടുക്കും? അവർ വലിയവരും സുന്ദരന്മാരുമായ പുരുഷന്മാരായിരുന്നു.</w:t>
      </w:r>
    </w:p>
    <w:p>
      <w:pPr>
        <w:ind w:left="567"/>
      </w:pPr>
      <w:r>
        <w:rPr>
          <w:rFonts w:ascii="Nirmala UI" w:hAnsi="Nirmala UI" w:cs="Nirmala UI"/>
          <w:b/>
          <w:sz w:val="22"/>
        </w:rPr>
        <w:t xml:space="preserve">6-11 വാക്യങ്ങൾ വീട്ടിൽ പലതവണ വായിക്കുക, അങ്ങനെ കഥ നിങ്ങളുടെ സ്വന്തം വാക്കുകളിൽ പറയാൻ കഴിയും. ശമൂവേലായി അഭിനയിച്ചുകൊണ്ട് ക്ലാസ്സിൽ കഥ അഭിനയിച്ചു കാണിക്കാം.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തന്റെ ജനത്തിന്റെ അടുത്ത രാജാവായി താൻ തിരഞ്ഞെടുത്തത് ദാവീദിനെയാണെന്ന് ദൈവം ശമൂവേലിനെ കാണിച്ചു. ശമൂവേൽ ദാവീദിനെ എണ്ണ പൂശി അഭിഷേകം ചെയ്തു (16:12-13).</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തന്റെ ആത്മാവിനെ ശൗലിനു നൽകിയിരുന്നു. അതുപോലെ യഹോവയുടെ സേവനത്തിനായി ദാവീദിനെ സജ്ജനാക്കാൻ അതേ ആത്മാവ് അവന്റെമേൽ വന്നു (10:9; 16:13). എന്നാൽ ശൗലിൽ നിന്ന് വ്യത്യസ്തമായി, ദൈവത്തെ വളരെ ദുഃഖിപ്പിച്ച ചില കാര്യങ്ങൾ ചെയ്തെങ്കിലും ദാവീദ് ജീവിതകാലം മുഴുവൻ ദൈവത്തിൽ ആശ്രയിച്ചു (അത് നാം കാണും). എങ്കിലും അവൻ പൂർണ്ണഹൃദയത്തോടെ ദൈവത്തെ സേവിക്കാൻ ആഗ്രഹിച്ച ഒരു വ്യക്തിയായി തുടർന്നു. ദൈവം നമ്മിൽ ഓരോരുത്തരോടും ആഗ്രഹിക്കുന്ന തരത്തിലുള്ള ബന്ധം ദാവീദിന് ദൈവവുമായി ഉണ്ടായിരുന്നതിനാൽ അവൻ നമുക്കൊരു മാതൃകയാണ് (13:14).</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David the Shepherd Boy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David the Shepherd Boy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