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12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യേശു ദൈവത്തിന്റെ ആലയത്തിൽ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4: ദൈവത്തിന്റെ ദാസന്മാർ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ശമൂവേൽ അറിഞ്ഞതുപോലെ, ഒരു ബാലനായിരിക്കെത്തന്നെ യേശു ഭൂമിയിലെ തന്റെ ദൗത്യം ദൈവത്തെ സേവിക്കുകയാണെന്ന് അറിഞ്ഞിരുന്നുവെന്ന് കുട്ടികളെ കാണിക്കുക.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ലൂക്കോസ് 2:41-52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സങ്കീർത്തനം 1:1-2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ഭാഗ്യവാൻ … അവന്റെ ആനന്ദം യഹോവയുടെ ന്യായപ്രമാണത്തിൽ ആകുന്നു …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 w:val="0"/>
          <w:sz w:val="22"/>
        </w:rPr>
        <w:t xml:space="preserve">എല്ലാ വർഷവും നാം ചില കാര്യങ്ങൾ ചില സമയങ്ങളിൽ ചെയ്യുന്നു. ഉദാഹരണത്തിന്, മഴ തുടങ്ങുമ്പോൾ നാം വിത്തുകൾ നടുന്നു.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/>
          <w:sz w:val="22"/>
        </w:rPr>
        <w:t xml:space="preserve">ഹന്നായും എൽക്കാനായും ദൈവാലയത്തിൽ ആരാധിക്കാനും യാഗം കഴിക്കാനും എല്ലാ വർഷവും നടത്തിയ യാത്രയുടെ കഥ കുട്ടികളെ ഓർമ്മിപ്പിക്കുക (പാഠം 7). </w:t>
      </w:r>
      <w:r>
        <w:rPr>
          <w:rFonts w:ascii="Nirmala UI" w:hAnsi="Nirmala UI" w:cs="Nirmala UI"/>
          <w:b w:val="0"/>
          <w:sz w:val="22"/>
        </w:rPr>
        <w:t xml:space="preserve">ശമൂവേലിന്റെ കാലത്തിനു വളരെ ശേഷം യേശു ഇസ്രായേലിൽ ഒരു ബാലനായി ജീവിച്ചു. അവന് 12 വയസ്സായപ്പോൾ പെസഹ എന്ന മഹാപെരുന്നാളിനായി അവൻ മറിയയോടും യോസേഫിനോടുമൊപ്പം യെരൂശലേമിലേക്കു പോയി (പുസ്തകം 2, ദൈവത്തിന്റെ ശക്തരായ ജനം കാണുക; 2:41-42).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ആളുകൾ വലിയ കുടുംബ സംഘങ്ങളായി പെരുന്നാളിനു പോകുകയും മടങ്ങുകയും ചെയ്തു. പോകുമ്പോൾ അവർ പാടി. </w:t>
      </w:r>
      <w:r>
        <w:rPr>
          <w:rFonts w:ascii="Nirmala UI" w:hAnsi="Nirmala UI" w:cs="Nirmala UI"/>
          <w:b/>
          <w:sz w:val="22"/>
        </w:rPr>
        <w:t xml:space="preserve">മടക്കയാത്രയിൽ യേശു സംഘത്തിൽ എവിടെയോ ഉണ്ടെന്ന് മറിയയും യോസേഫും കരുതിയത് എങ്ങനെയെന്ന് വിവരിക്കുക. </w:t>
      </w:r>
      <w:r>
        <w:rPr>
          <w:rFonts w:ascii="Nirmala UI" w:hAnsi="Nirmala UI" w:cs="Nirmala UI"/>
          <w:b w:val="0"/>
          <w:sz w:val="22"/>
        </w:rPr>
        <w:t xml:space="preserve">അവനെ അന്വേഷിച്ച് അവർ യെരൂശലേമിലേക്കു മടങ്ങി (2:43-45).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മൂന്നു ദിവസത്തെ അന്വേഷണത്തിനു ശേഷം അവർ യേശുവിനെ ദൈവാലയത്തിൽ, ദൈവത്തിന്റെ ഭവനത്തിൽ കണ്ടെത്തി. അവൻ യഹൂദ ഗുരുക്കന്മാരോട് ദൈവത്തെക്കുറിച്ച് സംസാരിക്കുകയായിരുന്നു. ഒന്നു ചിന്തിച്ചുനോക്കൂ: സർവ്വകലാശാലാ അധ്യാപകരെന്നു നാം വിളിക്കുന്നവരോട് ചർച്ച ചെയ്യുന്ന 12 വയസ്സുള്ള ഒരു ബാലൻ! യേശുവിന്റെ ജ്ഞാനത്തിൽ യഹൂദ ഗുരുക്കന്മാർ അത്ഭുതപ്പെട്ടു. </w:t>
      </w:r>
      <w:r>
        <w:rPr>
          <w:rFonts w:ascii="Nirmala UI" w:hAnsi="Nirmala UI" w:cs="Nirmala UI"/>
          <w:b/>
          <w:sz w:val="22"/>
        </w:rPr>
        <w:t xml:space="preserve">ചിത്രം 12 കാണിക്കുക (2:45-47).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യേശു ഇത് ചെയ്യുന്നതായി കണ്ടപ്പോൾ മറിയയും യോസേഫും പൂർണ്ണമായും അത്ഭുതപ്പെട്ടു. </w:t>
      </w:r>
      <w:r>
        <w:rPr>
          <w:rFonts w:ascii="Nirmala UI" w:hAnsi="Nirmala UI" w:cs="Nirmala UI"/>
          <w:b/>
          <w:sz w:val="22"/>
        </w:rPr>
        <w:t xml:space="preserve">48-ാം വാക്യം അവർക്കു വായിച്ചുകേൾപ്പിക്കുക. </w:t>
      </w:r>
      <w:r>
        <w:rPr>
          <w:rFonts w:ascii="Nirmala UI" w:hAnsi="Nirmala UI" w:cs="Nirmala UI"/>
          <w:b w:val="0"/>
          <w:sz w:val="22"/>
        </w:rPr>
        <w:t xml:space="preserve">മറിയയുടെ ചോദ്യം അവൾ അസ്വസ്ഥയായിരുന്നുവെന്ന് കാണിക്കുന്നു. താൻ ദൈവപുത്രനാണെന്ന് തനിക്കറിയാമെന്ന് യേശു തന്റെ മറുപടിയിലൂടെ കാണിച്ചു (2:49). ശമൂവേലിനെപ്പോലെ ഭൂമിയിലെ തന്റെ ദൗത്യം ദൈവത്തെ സേവിക്കുകയാണെന്ന് യേശു അറിഞ്ഞിരുന്നു. ഇത് ഒരാൾക്ക് ഉണ്ടാകാവുന്ന ഏറ്റവും ശ്രേഷ്ഠമായ ദൗത്യമാണ്.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ദൈവം തന്റെ പുത്രനായ യേശുക്രിസ്തുവിനെ ഭൂമിയിൽ തന്റെ പൂർണ്ണ ദാസനായി അയച്ചു. അങ്ങനെ ചെയ്തുകൊണ്ട് ദൈവം എങ്ങനെയുള്ളവനാണെന്നും താൻ ആഗ്രഹിക്കുന്ന വിധത്തിൽ നാം അവനെ എങ്ങനെ സേവിക്കണമെന്നും അവൻ നമുക്കു കാണിച്ചുതന്നു. ദൈവപുത്രനായിരുന്നിട്ടും യേശു മറിയയോടും യോസേഫിനോടുമൊപ്പം നസറെത്തിലേക്കു മടങ്ങി; അവിടെ അവൻ അവരുടെ അനുസരണമുള്ള പുത്രനായിരുന്നു (2:51-52). ദൈവം യേശുവിനെ ഈ മനുഷ്യകുടുംബത്തിന്റെ ഭാഗമാക്കി; നമ്മിൽ ഓരോരുത്തരെയും ദൈവം ഒരു കുടുംബത്തിന്റെ ഭാഗമാക്കുന്നു. നമ്മുടെ മനുഷ്യ മാതാപിതാക്കളെ അനുസരിച്ചുകൊണ്ട് സ്വർഗ്ഗത്തിലുള്ള നമ്മുടെ പിതാവിനെ നമുക്കു സേവിക്കാമെന്ന് യേശു നമുക്കു കാണിച്ചുതന്നു.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r>
        <w:rPr>
          <w:rFonts w:ascii="Nirmala UI" w:hAnsi="Nirmala UI" w:cs="Nirmala UI"/>
          <w:b w:val="0"/>
          <w:sz w:val="22"/>
        </w:rPr>
        <w:t xml:space="preserve">ഈ വാക്യം നമുക്ക് ഒരു മാതൃക വയ്ക്കുന്നു. യേശു അത് പൂർണ്ണമായി പിന്തുടർന്നു.</w:t>
      </w:r>
    </w:p>
    <w:p>
      <w:r>
        <w:rPr>
          <w:rFonts w:ascii="Nirmala UI" w:hAnsi="Nirmala UI" w:cs="Nirmala UI"/>
          <w:b/>
          <w:sz w:val="22"/>
        </w:rPr>
        <w:t xml:space="preserve">1-ാം വാക്യം അവലോകനം ചെയ്യുക.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12 – Jesus in the House of God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12 – Jesus in the House of God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