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ശൗൽ ശമൂവേലിന്റെ അങ്കി കീറുന്നു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ശൗൽ രാജാവ് ഒരു നേതാവെന്ന നിലയിൽ എങ്ങനെ പരാജയപ്പെട്ടുവെന്ന് കുട്ടികളെ കാണിക്കുക. അവൻ ദൈവത്തെ സ്വന്തം രീതിയിൽ ആരാധിക്കാൻ ആഗ്രഹിച്ചു, എന്നാൽ ദൈവം അനുസരണം ആഗ്രഹിക്കുന്നു.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15:1-29, 34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1:1 (1-ാം വാക്യം പൂർത്തിയാക്കുക)</w:t>
            </w:r>
          </w:p>
          <w:p>
            <w:pPr>
              <w:spacing w:after="40"/>
            </w:pPr>
            <w:r>
              <w:rPr>
                <w:rFonts w:ascii="Nirmala UI" w:hAnsi="Nirmala UI" w:cs="Nirmala UI"/>
                <w:b w:val="0"/>
                <w:i/>
                <w:sz w:val="22"/>
              </w:rPr>
              <w:t xml:space="preserve">ദുഷ്ടന്മാരുടെ ആലോചനപ്രകാരം നടക്കുകയോ പാപികളുടെ വഴിയിൽ നിൽക്കുകയോ പരിഹാസികളുടെ ഇരിപ്പിടത്തിൽ ഇരിക്കുകയോ ചെയ്യാത്ത മനുഷ്യൻ ഭാഗ്യവാൻ.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അനുസരണക്കേട് കാണിച്ച ഒരു കുട്ടിയെക്കുറിച്ച് ഒരു കഥ ഉണ്ടാക്കി പറയുക, അല്ലെങ്കിൽ നിങ്ങളുടെ സ്വന്തം അനുഭവത്തിൽ നിന്ന് ഒന്ന് പറയുക. ഒരു മാതാപിതാവ് കുട്ടിയോട് ഒരു കാര്യം ഒരു പ്രത്യേക രീതിയിൽ ചെയ്യാൻ പറയുകയും കുട്ടി അത് അവഗണിക്കുകയും ചെയ്യുന്ന സംഭവം അതിൽ ഉണ്ടായിരിക്കണം. ജ്ഞാനിയായ മാതാപിതാവിനെക്കാൾ തനിക്കു കൂടുതൽ അറിയാമെന്ന് ഒരു കുട്ടി കരുതുമ്പോഴുണ്ടാകുന്ന അസുഖകരമായ പരിണിതഫലങ്ങൾ വിവരിക്കുക.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പ്രവാചകനായ ശമൂവേൽ ശൗൽ രാജാവിന് ദൈവത്തിൽ നിന്നുള്ള ഒരു സന്ദേശം നൽകിയിരുന്നു. അമാലേക്യർ എന്ന അയൽ ഗോത്രത്തിനെതിരെ രാജാവ് ഇസ്രായേലിന്റെ സൈന്യത്തെ നയിക്കണമായിരുന്നു. തങ്ങളുടെ സ്വന്തം ശക്തിയിൽ തങ്ങൾ ജയിക്കുകയില്ലെന്നും ദൈവമാണ് തങ്ങൾക്കു വേണ്ടി യുദ്ധം ജയിക്കുന്നതെന്നും തങ്ങൾക്കറിയാമെന്ന് അവർ കാണിക്കണമായിരുന്നു. അമാലേക്യരുടേതായിരുന്ന എല്ലാം നശിപ്പിച്ചും സ്വന്തത്തിനായി ഒന്നും എടുക്കാതെയും അവർ അത് കാണിക്കണമായിരുന്നു (15:1-3).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ശൗലും അവന്റെ സൈന്യവും അമാലേക്യരെ തോൽപ്പിച്ചു, എന്നാൽ അവർ ദൈവത്തെ പൂർണ്ണമായി അനുസരിച്ചില്ല. എല്ലാം നശിപ്പിക്കുന്നതിനു പകരം അവർ അമാലേക്കിലെ രാജാവിനെയും ഏറ്റവും നല്ല കന്നുകാലികളെയും ജീവനോടെ വിട്ടു (15:7-9).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 ഈ അനുസരണക്കേടിനെക്കുറിച്ച് ശമൂവേലിനോടു സംസാരിച്ചു; ശമൂവേൽ ശൗലിനെ അന്വേഷിച്ച് പുറപ്പെട്ടു; അവൻ തനിക്കായി ഒരു സ്മാരകം പണിയാൻ പോയിരുന്നു. ശൗലിന്റെ പേരും അവൻ നേടിയ എല്ലാ വിജയങ്ങളും കാണിക്കുന്ന ഒരു വലിയ ഗോപുരമായിരുന്നിരിക്കാം അത്. ശൗൽ രാജാവ് തന്നെക്കുറിച്ച് അഹങ്കരിച്ചുതുടങ്ങിയിരുന്നു (15:10-13).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താൻ ദൈവത്തെ അനുസരിച്ചുവെന്ന് ശൗൽ രാജാവ് കരുതി. അമാലേക്യരുടെ ഏറ്റവും നല്ല കന്നുകാലികളെയും ആടുകളെയും ഒഴിവാക്കിയതിന് അവൻ തന്റെ ആളുകളെ കുറ്റപ്പെടുത്തി. എന്നാൽ ഒരു രാജാവ് തന്റെ ആളുകളെ തന്നെ നയിക്കാൻ അനുവദിക്കണമോ? ശമൂവേൽ ശൗലിനോട് വളരെ അസ്വസ്ഥനായി. </w:t>
      </w:r>
      <w:r>
        <w:rPr>
          <w:rFonts w:ascii="Nirmala UI" w:hAnsi="Nirmala UI" w:cs="Nirmala UI"/>
          <w:b/>
          <w:sz w:val="22"/>
        </w:rPr>
        <w:t xml:space="preserve">ശൗലിന്റെയും ശമൂവേലിന്റെയും രംഗം, രണ്ടു വേഷങ്ങളും നിങ്ങൾ തന്നെ അഭിനയിച്ച്, അവതരിപ്പിക്കാം. </w:t>
      </w:r>
      <w:r>
        <w:rPr>
          <w:rFonts w:ascii="Nirmala UI" w:hAnsi="Nirmala UI" w:cs="Nirmala UI"/>
          <w:b w:val="0"/>
          <w:sz w:val="22"/>
        </w:rPr>
        <w:t xml:space="preserve">താൻ നിരപരാധിയാണെന്ന് ശൗൽ രാജാവ് വാദിച്ചു, എന്നാൽ ഒരു കൂട്ടം ചോദ്യങ്ങളിലൂടെ അവൻ ബുദ്ധിയില്ലാതെ പ്രവർത്തിച്ചുവെന്ന് ശമൂവേൽ അവനെ കാണിച്ചു (15:13-21).</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 തന്റെ കൽപ്പനകളോട് പൂർണ്ണ അനുസരണം ആഗ്രഹിക്കുന്നുവെന്ന് ശമൂവേൽ ശൗലിനോടു പറഞ്ഞു; അതാണ് യഥാർത്ഥ ആരാധന. ശൗലിന്റെ അനുസരണക്കേട് ഇത്ര ഗുരുതരമായ ലംഘനമായിരുന്നതിനാൽ അവന്റെ പിൻഗാമികൾ അവന്റെ സിംഹാസനത്തിന് അവകാശികളാകുകയില്ല (15:22-23).</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ശൗൽ വളരെ അസ്വസ്ഥനായി, എന്നാൽ തന്റെ അനുസരണക്കേടിന് അവൻ ഒഴികഴിവുകൾ പറഞ്ഞുകൊണ്ടിരുന്നു. ശമൂവേൽ ഇനി കേൾക്കാൻ വിസമ്മതിച്ച് പോകാൻ തിരിഞ്ഞപ്പോൾ ശൗൽ അവന്റെ വസ്ത്രത്തിൽ അത്ര ശക്തമായി പിടിച്ചതിനാൽ തുണി കീറിപ്പോയി. </w:t>
      </w:r>
      <w:r>
        <w:rPr>
          <w:rFonts w:ascii="Nirmala UI" w:hAnsi="Nirmala UI" w:cs="Nirmala UI"/>
          <w:b/>
          <w:sz w:val="22"/>
        </w:rPr>
        <w:t xml:space="preserve">ചിത്രം 11 കാണിക്കുക. </w:t>
      </w:r>
      <w:r>
        <w:rPr>
          <w:rFonts w:ascii="Nirmala UI" w:hAnsi="Nirmala UI" w:cs="Nirmala UI"/>
          <w:b w:val="0"/>
          <w:sz w:val="22"/>
        </w:rPr>
        <w:t xml:space="preserve">ശൗൽ തന്റെ വസ്ത്രം കീറിയതുപോലെ യഹോവ രാജ്യം ശൗലിൽ നിന്ന് കീറിക്കളഞ്ഞു എന്ന് ശമൂവേൽ അവനോടു പറഞ്ഞു. അതായത് യഹോവ അത് അവനിൽ നിന്ന് എടുത്തുകളഞ്ഞു. ശമൂവേലും ശൗലും ഇനി ഒരിക്കലും കണ്ടുമുട്ടുകയില്ല (15:24-29, 34).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നമ്മുടെ ആരാധനാ പ്രവൃത്തികളെക്കാൾ ദൈവത്തിന് അനുസരണം പ്രധാനമാണെന്ന് ഈ കഥ കാണിക്കുന്നു. തന്നെ ശരിക്കും അനുസരിക്കാൻ ആഗ്രഹിക്കുന്നവർക്ക് യഹോവ തന്റെ ഇഷ്ടം വ്യക്തമായി വെളിപ്പെടുത്തും. നാം എന്തു ചെയ്യണമെന്ന് അവൻ ആഗ്രഹിക്കുന്നു എന്ന് ദൈവത്തിന്റെ വചനമായ ബൈബിൾ നമ്മെ പഠിപ്പിക്കുന്നു. രാജാവിനെ വിഷമിപ്പിക്കേണ്ടിവന്നാലും ശമൂവേൽ ദൈവത്തെ അനുസരിച്ച് ജീവിതകാലം മുഴുവൻ അവനെ സേവിച്ചു.</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Saul Tears Samuel’s Robe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Saul Tears Samuel’s Robe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