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10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ശമൂവേൽ ശൗലിനെ എണ്ണ പൂശി അഭിഷേകം ചെയ്യുന്നു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4: ദൈവത്തിന്റെ ദാസന്മാർ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ഇസ്രായേൽ ജനത്തെ നയിക്കാൻ ശൗൽ രാജാവായി തിരഞ്ഞെടുക്കപ്പെട്ടത് എങ്ങനെയെന്ന് കുട്ടികളെ കാണിക്കുക.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1 ശമൂവേൽ 8:4-22; 9:1-27; 10:1-4, 9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സങ്കീർത്തനം 1:1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(1-ാം വാക്യം തുടർന്നു പഠിക്കുക) ദുഷ്ടന്മാരുടെ ആലോചനപ്രകാരം നടക്കുകയോ പാപികളുടെ വഴിയിൽ നിൽക്കുകയോ ചെയ്യാത്ത മനുഷ്യൻ ഭാഗ്യവാൻ …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/>
          <w:sz w:val="22"/>
        </w:rPr>
        <w:t xml:space="preserve">നിങ്ങൾക്ക് എന്തെങ്കിലും നഷ്ടപ്പെട്ടതിനെക്കുറിച്ചും അത് കണ്ടെത്താൻ നിങ്ങൾക്കുണ്ടായ ബുദ്ധിമുട്ടിനെക്കുറിച്ചും ക്ലാസിനോട് ഒരു ചെറിയ കഥ പറയുക.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ഇസ്രായേലിൽ കീശ് എന്ന ഒരു ധനികൻ ഉണ്ടായിരുന്നു; അവന്റെ കഴുതകൾ നഷ്ടപ്പെട്ടു. അവയെ അന്വേഷിക്കാൻ അവൻ തന്റെ പുത്രൻ ശൗലിനെ ഒരു ദാസനോടൊപ്പം അയച്ചു. </w:t>
      </w:r>
      <w:r>
        <w:rPr>
          <w:rFonts w:ascii="Nirmala UI" w:hAnsi="Nirmala UI" w:cs="Nirmala UI"/>
          <w:b/>
          <w:sz w:val="22"/>
        </w:rPr>
        <w:t xml:space="preserve">ശൗൽ എങ്ങനെയുള്ളവനായിരുന്നു എന്ന് വിവരിക്കുക (9:1-3).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sz w:val="22"/>
        </w:rPr>
        <w:t xml:space="preserve">ശൗലും ദാസനും കിലോമീറ്ററുകളോളം നടന്നു, എന്നാൽ കഴുതകളെ കണ്ടെത്താൻ കഴിഞ്ഞില്ല. കഴുതകളില്ലാതെ മടങ്ങിപ്പോകണമെന്ന് ശൗൽ തീരുമാനിച്ചു; അല്ലെങ്കിൽ തന്റെ മകനും വഴിതെറ്റിപ്പോയെന്ന് പിതാവ് വിഷമിച്ചേക്കാം (9:4-5).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എന്നാൽ ദാസന് ഒരു നല്ല ആശയം ഉണ്ടായിരുന്നു. ദൈവപുരുഷനായ ശമൂവേൽ താമസിക്കുന്ന പട്ടണത്തിനടുത്താണ് അവർ ഉണ്ടായിരുന്നത്. അവനോട് ഉപദേശം ചോദിക്കണമെന്ന് ദാസൻ നിർദ്ദേശിച്ചു. ചില പെൺകുട്ടികൾ ശമൂവേൽ താമസിക്കുന്ന സ്ഥലം അവർക്കു കാണിച്ചുകൊടുത്തു (9:6-13).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ശൗലും ദാസനും ശമൂവേലിനെ കണ്ടു; കഴുതകളെ കണ്ടെത്തിയെന്ന് അവൻ അവരോടു പറഞ്ഞു. പ്രത്യേക ഭക്ഷണവും ഉറങ്ങാൻ നല്ല സ്ഥലവും നൽകി ശമൂവേൽ അവരെ സ്വീകരിച്ച വിധത്തിൽ ശൗൽ വളരെ അത്ഭുതപ്പെട്ടു. ശൗലിന്റെ പിതാവ് ഒരു പ്രധാനപ്പെട്ട മനുഷ്യനായിരുന്നെങ്കിലും അവൻ ഇസ്രായേലിലെ ഏറ്റവും ചെറിയ ഗോത്രത്തിൽ നിന്നുള്ളവനായിരുന്നു (9:14, 19-25).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sz w:val="22"/>
        </w:rPr>
        <w:t xml:space="preserve">ശൗലിനെ ഇസ്രായേലിന്റെ രാജാവായി താൻ തിരഞ്ഞെടുത്തിരിക്കുന്നുവെന്ന് ദൈവം ശമൂവേലിനോടു പറഞ്ഞിരുന്നത് ശൗലിന് അപ്പോഴും അറിയില്ലായിരുന്നു (9:17). ചുറ്റുമുള്ള മറ്റു ഗോത്രങ്ങളെപ്പോലെ ആകാൻ ജനം ഒരു രാജാവിനെ ചോദിച്ചിരുന്നു. അത് ശമൂവേലിനെ വേദനിപ്പിച്ചു. ഇസ്രായേലിന്റെ ഏക രാജാവ് യഹോവയാണെന്ന് അവൻ ജനത്തോടു പറഞ്ഞു. കൂടാതെ അവൻ അവർക്ക് മുന്നറിയിപ്പ് നൽകി: മനുഷ്യ രാജാക്കന്മാർ പലപ്പോഴും ജനത്തിൽ നിന്ന് അവർക്കു നൽകുന്നതിനെക്കാൾ കൂടുതൽ എടുക്കുന്നു (8:4-22).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6.</w:t>
        <w:tab/>
      </w:r>
      <w:r>
        <w:rPr>
          <w:rFonts w:ascii="Nirmala UI" w:hAnsi="Nirmala UI" w:cs="Nirmala UI"/>
          <w:b w:val="0"/>
          <w:sz w:val="22"/>
        </w:rPr>
        <w:t xml:space="preserve">ശൗലും ദാസനും ശമൂവേലിന്റെ വീട്ടിൽ രാത്രി കഴിച്ചശേഷം പിറ്റേന്ന് പുലർച്ചെ ശമൂവേൽ അവരെ പട്ടണത്തിന്റെ അതിർത്തിവരെ അനുഗമിച്ചു. പിന്നെ ശമൂവേൽ ശൗലിനെ മാറ്റിനിർത്തി, ദൈവം അവനെ ഇസ്രായേലിന്റെ ഭരണാധികാരിയായി നിയമിച്ചു എന്ന് കാണിക്കാൻ അവന്റെ തലയിൽ എണ്ണ ഒഴിച്ച് അഭിഷേകം ചെയ്തു. </w:t>
      </w:r>
      <w:r>
        <w:rPr>
          <w:rFonts w:ascii="Nirmala UI" w:hAnsi="Nirmala UI" w:cs="Nirmala UI"/>
          <w:b/>
          <w:sz w:val="22"/>
        </w:rPr>
        <w:t xml:space="preserve">ചിത്രം 10 കാണിക്കുക (9:26-27; 10:1-2).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രാജാവായിരിക്കുക എന്ന വലിയ ഉത്തരവാദിത്തം വഹിക്കാൻ ദൈവം ശൗലിനെ തനിച്ചു വിട്ടില്ല. ശൗലിന് തന്റെ ദൗത്യം നന്നായി നിർവഹിക്കാൻ കഴിയേണ്ടതിന് യഹോവ അവനെ മാറ്റി (10:9).</w:t>
      </w:r>
    </w:p>
    <w:p>
      <w:r>
        <w:rPr>
          <w:rFonts w:ascii="Nirmala UI" w:hAnsi="Nirmala UI" w:cs="Nirmala UI"/>
          <w:b w:val="0"/>
          <w:sz w:val="22"/>
        </w:rPr>
        <w:t xml:space="preserve">ഇന്നും, ദൈവം നമുക്ക് ഒരു ദൗത്യം തരുമ്പോൾ അത് ചെയ്യാനുള്ള ശക്തിയും അവൻ നമുക്കു തരുന്നു. തന്നെ സേവിക്കാൻ നമ്മെ യോഗ്യരാക്കാൻ നാം യഹോവയിൽ ആശ്രയിക്കണം (ഫിലി 1:6).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10 – Samuel Anoints Saul with Oil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10 – Samuel Anoints Saul with Oil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