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8</w:t>
      </w:r>
    </w:p>
    <w:p>
      <w:pPr>
        <w:keepNext/>
        <w:spacing w:after="40"/>
      </w:pPr>
      <w:r>
        <w:rPr>
          <w:rFonts w:ascii="Nirmala UI" w:hAnsi="Nirmala UI" w:cs="Nirmala UI"/>
          <w:b/>
          <w:color w:val="1F4E79"/>
          <w:sz w:val="52"/>
        </w:rPr>
        <w:t xml:space="preserve">ദൈവാലയത്തിൽ ബാലനായ ശമൂവേൽ</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ഒരു ചെറിയ കുട്ടിക്കുപോലും ദൈവത്തെ സേവിക്കാൻ കഴിയുമെന്ന്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ശമൂവേൽ 1:21-28; 2:18-20, 26; 3:1-21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121:8</w:t>
            </w:r>
          </w:p>
          <w:p>
            <w:pPr>
              <w:spacing w:after="40"/>
            </w:pPr>
            <w:r>
              <w:rPr>
                <w:rFonts w:ascii="Nirmala UI" w:hAnsi="Nirmala UI" w:cs="Nirmala UI"/>
                <w:b w:val="0"/>
                <w:i/>
                <w:sz w:val="22"/>
              </w:rPr>
              <w:t xml:space="preserve">[യ]ഹോവ നിന്റെ ഗമനത്തെയും ആഗമനത്തെയും ഇന്നുമുതൽ എന്നേക്കും 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കുട്ടികൾക്ക് വീട്ടിൽ എങ്ങനെ സഹായിക്കാമെന്ന് സംസാരിക്കുക. വീട്ടിൽ അവർ എങ്ങനെ സഹായിക്കാൻ ശ്രമിക്കുന്നുവെന്ന് ക്ലാസിനോടു പറയാൻ ആവശ്യപ്പെടുക. </w:t>
      </w:r>
      <w:r>
        <w:rPr>
          <w:rFonts w:ascii="Nirmala UI" w:hAnsi="Nirmala UI" w:cs="Nirmala UI"/>
          <w:b w:val="0"/>
          <w:sz w:val="22"/>
        </w:rPr>
        <w:t xml:space="preserve">ചെറിയ കുട്ടികൾ നടക്കാൻ പഠിക്കുന്നതിനു മുമ്പുതന്നെ മാതാപിതാക്കളെ അനുകരിക്കാൻ ശ്രമിക്കുന്നു.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7 കാണിക്കുക. ചോദ്യങ്ങൾ ചോദിച്ച് കഴിഞ്ഞ ആഴ്ചയിലെ ഹന്നായുടെ പ്രാർത്ഥനയെയും ശമൂവേലിന്റെ ജനനത്തെയും കുറിച്ചുള്ള പാഠം ചുരുക്കമായി അവലോകനം ചെയ്യുക. </w:t>
      </w:r>
      <w:r>
        <w:rPr>
          <w:rFonts w:ascii="Nirmala UI" w:hAnsi="Nirmala UI" w:cs="Nirmala UI"/>
          <w:b w:val="0"/>
          <w:sz w:val="22"/>
        </w:rPr>
        <w:t xml:space="preserve">ശമൂവേൽ എന്ന പേരിന്റെ അർത്ഥം “ദൈവം കേട്ടു” എന്നാണ്. എന്തുകൊണ്ടെന്ന് ഓർക്കുന്നുണ്ടോ? </w:t>
      </w:r>
      <w:r>
        <w:rPr>
          <w:rFonts w:ascii="Nirmala UI" w:hAnsi="Nirmala UI" w:cs="Nirmala UI"/>
          <w:b/>
          <w:sz w:val="22"/>
        </w:rPr>
        <w:t xml:space="preserve">ഹന്നാ ദൈവത്തോടു ചെയ്ത വാഗ്ദാനം അവരെ ഓർമ്മിപ്പിക്കുക (1:11).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ശമൂവേൽ മുലകുടി മാറ്റിയ ഒരു കൊച്ചുകുട്ടി ആയിരിക്കെ ഹന്നാ അവനെ ശീലോവിലെ ദൈവാലയത്തിൽ മഹാപുരോഹിതനായ ഏലിയുടെ അടുത്തു കൊണ്ടുപോയി. അവന്റെ ജീവിതം ദൈവത്തിനു സമർപ്പിക്കാമെന്ന തന്റെ വാഗ്ദാനം അവൾ നിറവേറ്റുകയായിരുന്നു. ശമൂവേൽ വളരെ ചെറുപ്പമായിരുന്നിട്ടും ദൈവാലയത്തിൽ ദൈവത്തെ സേവിക്കാൻ സഹായിക്കണമായിരുന്നു (1:24-28).</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എല്ലാ വർഷവും ഹന്നായും എൽക്കാനായും ശമൂവേലിനെ സന്ദർശിച്ച് അവനു പുതിയ വസ്ത്രങ്ങൾ കൊണ്ടുവന്നു. ബാലനായ ശമൂവേൽ ദൈവത്തിന്റെ ദാസനാകാൻ പഠിക്കുകയായിരുന്നു; ദൈവം തന്നോടുകൂടെ ഉണ്ടെന്ന് അവൻ അറിഞ്ഞിരുന്നു. ദൈവാലയം വൃത്തിയാക്കിയും വിളക്കുകളിൽ എണ്ണ നിറച്ചും സന്ദേശങ്ങൾ എത്തിച്ചും ആരാധനയിൽ ഉപയോഗിക്കുന്ന സങ്കീർത്തനങ്ങളും മറ്റു പാട്ടുകളും പാടാൻ പഠിച്ചും അവൻ ഏലിയെ സഹായിച്ചിരിക്കാം. ഇന്ന് കുട്ടികൾ വീട്ടിൽ ചെയ്യുന്ന പല ജോലികളും അവൻ ചെയ്തിരിക്കും. ബാലനായ ശമൂവേലിനെക്കുറിച്ച് ആളുകൾ നല്ലതു ചിന്തിച്ചു (2:18-20, 26).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ആ കാലത്ത് ഇസ്രായേലിലെ പലരും ദൈവത്തെ ആത്മാർത്ഥമായി ആരാധിച്ചിരുന്നില്ല. അവർ കേൾക്കാൻ ആഗ്രഹിക്കാത്തതിനാൽ ദൈവം ഇസ്രായേല്യരോടു സംസാരിക്കുന്നത് നിർത്തി (3:1). എന്നാൽ ശമൂവേൽ വ്യത്യസ്തനാകാൻ പഠിക്കുകയായിരുന്നു.</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ഒരു രാത്രി അപ്പോഴേക്കും ഏതാണ്ട് അന്ധനായ ഏലി ഉറങ്ങാൻ പോയിരുന്നു; ശമൂവേൽ ദൈവാലയത്തിൽ നിയമപെട്ടകത്തിനു മുമ്പിലുള്ള വിളക്കിനു കാവലിരിക്കുകയായിരുന്നു. ദൈവം മോശെക്കു നൽകിയ കൽപ്പനകൾ പെട്ടകത്തിൽ ഉണ്ടായിരുന്നതിനാൽ ഇത് ദൈവാലയത്തിലെ ഏറ്റവും പരിശുദ്ധമായ സ്ഥലമായിരുന്നു. പെട്ടകം ദൈവസാന്നിധ്യത്തിന്റെ പ്രതീകവുമായിരുന്നു. പെട്ടെന്ന് ശമൂവേൽ തന്റെ പേര് വിളിക്കുന്ന ഒരു ശബ്ദം കേട്ടു. </w:t>
      </w:r>
      <w:r>
        <w:rPr>
          <w:rFonts w:ascii="Nirmala UI" w:hAnsi="Nirmala UI" w:cs="Nirmala UI"/>
          <w:b/>
          <w:sz w:val="22"/>
        </w:rPr>
        <w:t xml:space="preserve">4, 5 വാക്യങ്ങളിൽ എന്തു സംഭവിക്കുന്നുവെന്ന് സ്വന്തം വാക്കുകളിൽ വിവരിക്കുക (3:1-5).</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sz w:val="22"/>
        </w:rPr>
        <w:t xml:space="preserve">ദൈവം ശമൂവേലിനെ രണ്ടാമതും മൂന്നാമതും വിളിച്ചതിന്റെയും ഏലിയുടെ നിർദ്ദേശങ്ങളുടെയും കഥ പറയുക. ചിത്രം 8 കാണിക്കുക. നിങ്ങൾ ഓരോ ഭാഗവും മാറിമാറി അഭിനയിച്ചാൽ ഇത് വളരെ നാടകീയമായ ഒരു കഥയാകും (1:6-10).</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ശമൂവേൽ ഒരു കുട്ടി മാത്രമായിരുന്നിട്ടും ദൈവത്തിന് അവനോടു പറയാൻ വളരെ ദുഃഖകരവും ഗൗരവമുള്ളതുമായ ഒരു വാർത്ത ഉണ്ടായിരുന്നു. പുരോഹിതന്മാരായിരുന്ന ഏലിയുടെ പുത്രന്മാർ അനുസരണക്കേടുള്ളവരായിരുന്നു. അവർ ദൈവത്തിന്റെ നല്ല ദാസന്മാർ ആയിരുന്നില്ല. യഹോവ അവരെ ന്യായം വിധിക്കും (2:11-15).</w:t>
      </w:r>
    </w:p>
    <w:p>
      <w:pPr>
        <w:ind w:left="567"/>
      </w:pPr>
      <w:r>
        <w:rPr>
          <w:rFonts w:ascii="Nirmala UI" w:hAnsi="Nirmala UI" w:cs="Nirmala UI"/>
          <w:b w:val="0"/>
          <w:sz w:val="22"/>
        </w:rPr>
        <w:t xml:space="preserve">അതിനുശേഷം ദൈവം ശമൂവേലിനോട് പലതവണ സംസാരിച്ചു. ശമൂവേൽ ഒരു വലിയ പ്രവാചകനും തന്റെ ജനത്തിന്റെ നേതാവും ആയിത്തീർന്നു (1:19-21).</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ശമൂവേൽ വളരെ ചെറുപ്പത്തിൽത്തന്നെ ദൈവത്തെ സേവിച്ചുതുടങ്ങി – ഒരുപക്ഷേ നിങ്ങളിൽ ചിലരെക്കാൾ ചെറുപ്പത്തിൽ. ഏലിയെ പ്രസാദിപ്പിക്കാൻ മാത്രമല്ല, പ്രധാനമായും ദൈവത്തെ സേവിക്കാനും ആദരിക്കാനും വേണ്ടിയാണ് അവൻ തന്റെ ദൈനംദിന ജോലികൾ ചെയ്തത്. ദൈവത്തെ ശ്രദ്ധിക്കാൻ അവൻ പഠിച്ചു. ഇന്ന് കുട്ടികൾക്കു പിന്തുടരാൻ അവൻ ഒരു മാതൃകയാണ്.</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കുട്ടികൾ ഇതുവരെ പഠിച്ച സങ്കീർത്തനം 121-ലെ വാക്യങ്ങൾ അവലോകനം ചെയ്യുക.</w:t>
      </w:r>
    </w:p>
    <w:p>
      <w:r>
        <w:rPr>
          <w:rFonts w:ascii="Nirmala UI" w:hAnsi="Nirmala UI" w:cs="Nirmala UI"/>
          <w:b w:val="0"/>
          <w:sz w:val="22"/>
        </w:rPr>
        <w:t xml:space="preserve">നിങ്ങൾ ശ്രദ്ധിച്ചോ? നാം ഇതുവരെ സംസാരിച്ച എല്ലാ ആളുകൾക്കും – രൂത്ത്, മറിയ, ഹന്നാ, ശമൂവേൽ – ഈ സങ്കീർത്തനം സത്യമാണ്.</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8 – The Child Samuel in the House of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8 – The Child Samuel in the House of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