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6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മറിയയും ദൈവദൂതനും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4: ദൈവത്തിന്റെ ദാസന്മാർ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മറിയ എന്ന ഒരു യുവതി ദൈവത്തിന്റെ അനുസരണമുള്ള, അനുഗ്രഹിക്കപ്പെട്ട ദാസിയായിത്തീർന്നത് എങ്ങനെയെന്ന് കുട്ടികളെ കാണിക്കുക.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ലൂക്കോസ് 1:26-38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സങ്കീർത്തനം 121:6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[പ]കൽ വെയിൽ നിനക്കു ഹാനി വരുത്തുകയില്ല; രാത്രി ചന്ദ്രനും.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 w:val="0"/>
          <w:sz w:val="22"/>
        </w:rPr>
        <w:t xml:space="preserve">ഒരു യുവതിയെ വിവാഹം നിശ്ചയിക്കുകയോ വിവാഹം വാഗ്ദാനം ചെയ്യുകയോ ചെയ്യുമ്പോൾ, പ്രത്യേകിച്ച് വിവാഹദിനം അടുക്കുമ്പോൾ, ചെയ്യാൻ ധാരാളം ഒരുക്കങ്ങൾ ഉണ്ട്. പലരും സഹായിക്കാൻ വരുന്നു. </w:t>
      </w:r>
      <w:r>
        <w:rPr>
          <w:rFonts w:ascii="Nirmala UI" w:hAnsi="Nirmala UI" w:cs="Nirmala UI"/>
          <w:b/>
          <w:sz w:val="22"/>
        </w:rPr>
        <w:t xml:space="preserve">തങ്ങളുടെ കുടുംബങ്ങൾ ചെയ്യുന്നത് കണ്ടതെന്തെന്ന് കുട്ടികൾ പറയട്ടെ.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പാഠത്തിലെ പ്രധാന ആശയങ്ങൾ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sz w:val="22"/>
        </w:rPr>
        <w:t xml:space="preserve">മറിയ യോസേഫ് എന്ന പുരുഷനുമായി വിവാഹനിശ്ചയം ചെയ്യപ്പെട്ടിരുന്നപ്പോൾ അവൾക്ക് വളരെ അത്ഭുതകരമായ ഒരു അതിഥി വന്നു.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sz w:val="22"/>
        </w:rPr>
        <w:t xml:space="preserve">മറിയ വീട്ടിൽ ഇരിക്കുമ്പോൾ പെട്ടെന്ന് ദൈവത്തിൽ നിന്നുള്ള സന്ദേശവാഹകനായ ഗബ്രിയേൽ ദൂതൻ അവളുടെ മുമ്പിൽ പ്രത്യക്ഷപ്പെട്ടു. ഗബ്രിയേലിന്റെ അഭിവാദന വാക്കുകൾ വളരെ പ്രധാനപ്പെട്ടവയായിരുന്നു: ദൈവം അവളോടുകൂടെ ഉണ്ടെന്ന് അവ മറിയയോടു പറഞ്ഞു (1:26-28). </w:t>
      </w:r>
      <w:r>
        <w:rPr>
          <w:rFonts w:ascii="Nirmala UI" w:hAnsi="Nirmala UI" w:cs="Nirmala UI"/>
          <w:b/>
          <w:sz w:val="22"/>
        </w:rPr>
        <w:t xml:space="preserve">ചിത്രം 6 കാണിക്കുക.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sz w:val="22"/>
        </w:rPr>
        <w:t xml:space="preserve">ആദ്യം മറിയ വളരെ ഭയപ്പെട്ടു, എന്നാൽ ഗബ്രിയേൽ അവളെ ആശ്വസിപ്പിച്ചു. ദൈവം അവളെ വളരെ പ്രത്യേക രീതിയിൽ അനുഗ്രഹിക്കാൻ പോകുകയാണെന്ന് അവൻ പറഞ്ഞു (1:29-30).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sz w:val="22"/>
        </w:rPr>
        <w:t xml:space="preserve">അവൾ ദൈവപുത്രനായ യേശുക്രിസ്തുവിന്റെ മനുഷ്യ മാതാവാകുമെന്ന സന്ദേശം ഗബ്രിയേൽ മറിയയ്ക്കു കൊണ്ടുവന്നു. മിശിഹാ, രക്ഷകൻ, ദാവീദിന്റെ കുടുംബപരമ്പരയിൽ നിന്ന് ജനിക്കുമെന്ന് ദൈവം യഹൂദന്മാർക്ക് വാഗ്ദാനം ചെയ്തിരുന്നു. മിശിഹായുടെ മാതാവാകാൻ ദൈവം </w:t>
      </w:r>
      <w:r>
        <w:rPr>
          <w:rFonts w:ascii="Nirmala UI" w:hAnsi="Nirmala UI" w:cs="Nirmala UI"/>
          <w:b/>
          <w:sz w:val="22"/>
        </w:rPr>
        <w:t xml:space="preserve">തങ്ങളെ </w:t>
      </w:r>
      <w:r>
        <w:rPr>
          <w:rFonts w:ascii="Nirmala UI" w:hAnsi="Nirmala UI" w:cs="Nirmala UI"/>
          <w:b w:val="0"/>
          <w:sz w:val="22"/>
        </w:rPr>
        <w:t xml:space="preserve">തിരഞ്ഞെടുക്കുമോ എന്ന് പല യുവ യഹൂദ സ്ത്രീകളും ഒരുപക്ഷേ ചിന്തിച്ചിട്ടുണ്ടാകും (1:31-33).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 w:val="0"/>
          <w:sz w:val="22"/>
        </w:rPr>
        <w:t xml:space="preserve">താൻ കന്യകയും ഇതുവരെ വിവാഹിതയാകാത്തവളും ആയതിനാൽ ദൈവം ഇത് എങ്ങനെ ചെയ്യുമെന്ന് മറിയ ദൂതനോടു ചോദിച്ചു. അവൾ ദൈവത്തിന്റെ പദ്ധതിയെ സംശയിച്ചു എന്ന് ഇതിനർത്ഥമില്ല. അത് ശരിക്കും ഒരു അത്ഭുതമായിരിക്കുമെന്ന് ഗബ്രിയേൽ അവളോടു പറഞ്ഞു: ദൈവത്തിന്റെ പരിശുദ്ധാത്മാവിന്റെ ശക്തി അത് സാധ്യമാക്കും (1:34-35, 37).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6.</w:t>
        <w:tab/>
      </w:r>
      <w:r>
        <w:rPr>
          <w:rFonts w:ascii="Nirmala UI" w:hAnsi="Nirmala UI" w:cs="Nirmala UI"/>
          <w:b w:val="0"/>
          <w:sz w:val="22"/>
        </w:rPr>
        <w:t xml:space="preserve">മിക്ക ആളുകളും അവളെ വിശ്വസിക്കാത്തവിധം അസാധാരണമായിരുന്നിട്ടും തനിക്കായുള്ള ദൈവത്തിന്റെ പദ്ധതി മറിയ സ്വീകരിച്ചു. താൻ ദൈവത്തിന്റെ സന്നദ്ധ ദാസിയാണെന്ന് അവൾ പറഞ്ഞു (1:38).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 w:val="0"/>
          <w:sz w:val="22"/>
        </w:rPr>
        <w:t xml:space="preserve">രൂത്തിനെപ്പോലെ മറിയയും തന്റെ ജീവിതത്തിനായുള്ള ദൈവത്തിന്റെ പദ്ധതി സ്വീകരിച്ചു. വളരെ സന്തോഷത്തോടെയാണ് അവൾ തന്നെത്തന്നെ ദൈവകരങ്ങളിൽ ഏൽപ്പിച്ചത്. </w:t>
      </w:r>
      <w:r>
        <w:rPr>
          <w:rFonts w:ascii="Nirmala UI" w:hAnsi="Nirmala UI" w:cs="Nirmala UI"/>
          <w:b/>
          <w:sz w:val="22"/>
        </w:rPr>
        <w:t xml:space="preserve">ലൂക്കോസ് 1:46-49 വായിക്കുക. </w:t>
      </w:r>
      <w:r>
        <w:rPr>
          <w:rFonts w:ascii="Nirmala UI" w:hAnsi="Nirmala UI" w:cs="Nirmala UI"/>
          <w:b w:val="0"/>
          <w:sz w:val="22"/>
        </w:rPr>
        <w:t xml:space="preserve">തനിക്കു നിറവേറ്റപ്പെടണമെന്ന് ആഗ്രഹിച്ച ഒരു ദൗത്യത്തിനായി ദൈവം അവളെ തിരഞ്ഞെടുത്തിരുന്നു, അവൾ ദൈവത്തിന്റെ അനുസരണമുള്ള ദാസിയായിരുന്നു.</w:t>
      </w:r>
    </w:p>
    <w:p>
      <w:r>
        <w:rPr>
          <w:rFonts w:ascii="Nirmala UI" w:hAnsi="Nirmala UI" w:cs="Nirmala UI"/>
          <w:b w:val="0"/>
          <w:sz w:val="22"/>
        </w:rPr>
        <w:t xml:space="preserve">നാമും പൂർണ്ണഹൃദയത്തോടെ തന്നെ സേവിക്കണമെന്ന് ദൈവം ആഗ്രഹിക്കുന്നു. അത് ഒരു വലിയ പദവിയാണ്. അതിനുവേണ്ടിയാണ് അവൻ നമ്മെ സൃഷ്ടിച്ചതും. അനുസരണം രൂത്തിനും മറിയയ്ക്കും അനുഗ്രഹത്തിലേക്കുള്ള വഴിയായിരുന്നു, ഇന്നും നമുക്ക് അങ്ങനെതന്നെയാണ്.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p>
      <w:r>
        <w:rPr>
          <w:rFonts w:ascii="Nirmala UI" w:hAnsi="Nirmala UI" w:cs="Nirmala UI"/>
          <w:b w:val="0"/>
          <w:sz w:val="22"/>
        </w:rPr>
        <w:t xml:space="preserve">സങ്കീർത്തനം 121 മുഴുവനും ദൈവം തന്നെ സേവിക്കുന്നവരെ സംരക്ഷിക്കുന്നുവെന്ന് കാണിക്കുന്നു. </w:t>
      </w:r>
      <w:r>
        <w:rPr>
          <w:rFonts w:ascii="Nirmala UI" w:hAnsi="Nirmala UI" w:cs="Nirmala UI"/>
          <w:b/>
          <w:sz w:val="22"/>
        </w:rPr>
        <w:t xml:space="preserve">മുൻ വാക്യങ്ങൾ അവലോകനം ചെയ്യുക.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6 – Mary and the Angel of God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6 – Mary and the Angel of God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