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3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രൂത്ത് കൊയ്ത്തുവയലുകളിൽ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4: ദൈവത്തിന്റെ ദാസന്മാർ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നൊവൊമിക്കും രൂത്തിനും എങ്ങനെ നൽകി എന്ന്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രൂത്ത് 2:1-23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സങ്കീർത്തനം 121:3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അവൻ നിന്റെ കാൽ വഴുതുവാൻ സമ്മതിക്കയില്ല – നിന്നെ കാക്കുന്നവൻ ഉറങ്ങുകയില്ല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അഭയാർത്ഥികൾക്കും കുടിയൊഴിപ്പിക്കപ്പെട്ടവർക്കും എങ്ങനെയാണ് കഴിക്കാൻ എന്തെങ്കിലും കിട്ടുന്നതെന്ന് ക്ലാസിനോടു ചോദിക്കുക. </w:t>
      </w:r>
      <w:r>
        <w:rPr>
          <w:rFonts w:ascii="Nirmala UI" w:hAnsi="Nirmala UI" w:cs="Nirmala UI"/>
          <w:b w:val="0"/>
          <w:sz w:val="22"/>
        </w:rPr>
        <w:t xml:space="preserve">നമുക്കറിയാവുന്നതുപോലെ, അഭയാർത്ഥികൾ ഓടിച്ചെന്ന രാജ്യത്തെ സർക്കാർ പലപ്പോഴും മറ്റു സർക്കാരുകളോടും സഹായ ഏജൻസികളോടും സഹായം ചോദിക്കുന്നു. എന്നാൽ ആദ്യം കുടുംബങ്ങൾ പരസ്പരം സഹായിക്കാൻ ശ്രമിക്കുന്നു.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നൊവൊമിയും രൂത്തും വളരെ ദരിദ്രരായിരുന്നു. അവർ ബേത്ലഹേമിൽ എത്തിയപ്പോൾ കൊയ്ത്തുകാലമായിരുന്നു; അതുകൊണ്ട് കൊയ്ത്തുകാർ വീഴ്ത്തിയ ബാക്കി ധാന്യം പെറുക്കാൻ വയലുകളിൽ പോകാമെന്ന് രൂത്ത് പറഞ്ഞു (2:2-3).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രൂത്ത് പോയ വയലിന്റെ ഉടമ ബോവസ് എന്ന ധനികനായിരുന്നു. അവൻ വയലിൽ എത്തിയപ്പോൾ അവിടെ ജോലി ചെയ്യുന്ന അന്യദേശക്കാരിയെ ശ്രദ്ധിച്ചു (2:4-5). </w:t>
      </w:r>
      <w:r>
        <w:rPr>
          <w:rFonts w:ascii="Nirmala UI" w:hAnsi="Nirmala UI" w:cs="Nirmala UI"/>
          <w:b/>
          <w:sz w:val="22"/>
        </w:rPr>
        <w:t xml:space="preserve">ചിത്രം 3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ഈ സ്ത്രീ ആരാണെന്ന് ബോവസ് ചോദിച്ചു; കൊയ്ത്തുകാരുടെ മേൽനോട്ടക്കാരൻ രൂത്തിനെക്കുറിച്ച് വളരെ നല്ലതു പറഞ്ഞു (2:5-7).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ബോവസ് ഒരു ധനികനും രൂത്ത് ഒരു അന്യദേശത്തുനിന്നുള്ള ദരിദ്രയായ യുവതിയും ആയിരുന്നിട്ടും അവൻ അവളോടു ദയയോടെ സംസാരിക്കുകയും അവളെ വളരെ സഹായിക്കുകയും ചെയ്തു (2:8-9).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രൂത്ത് തന്റെ അമ്മായിയമ്മയായ നൊവൊമിയെ പരിപാലിച്ച വിധം ബോവസിനെ വളരെ ആകർഷിച്ചു (2:10-13).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രൂത്തിന് ഭക്ഷിക്കാൻ ആവശ്യത്തിന് ഉണ്ടെന്ന് ബോവസ് ഉറപ്പാക്കുകയും അവളെ നന്നായി നോക്കാൻ തന്റെ വേലക്കാർക്ക് പ്രത്യേക നിർദ്ദേശങ്ങൾ നൽകുകയും ചെയ്തു (2:14-16).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ആ വൈകുന്നേരം രൂത്ത് 20 ലിറ്ററിൽ അധികം ധാന്യം (അതായത് രണ്ടു വലിയ ടിൻ) വീട്ടിൽ കൊണ്ടുപോയി. </w:t>
      </w:r>
      <w:r>
        <w:rPr>
          <w:rFonts w:ascii="Nirmala UI" w:hAnsi="Nirmala UI" w:cs="Nirmala UI"/>
          <w:b/>
          <w:sz w:val="22"/>
        </w:rPr>
        <w:t xml:space="preserve">അവൾ അത് വീട്ടിൽ കൊണ്ടുപോയി നൊവൊമിയെ കാണിച്ചതെങ്ങനെയെന്ന് വിവരിക്കുക (2:17-18). </w:t>
      </w:r>
      <w:r>
        <w:rPr>
          <w:rFonts w:ascii="Nirmala UI" w:hAnsi="Nirmala UI" w:cs="Nirmala UI"/>
          <w:b w:val="0"/>
          <w:sz w:val="22"/>
        </w:rPr>
        <w:t xml:space="preserve">അത് വളരെ സന്തോഷകരമായ ഒരു സായാഹ്നം ആയിരുന്നിരിക്കണം.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രൂത്ത് ബോവസിന്റെ വയലിൽ ജോലി ചെയ്തെന്ന് നൊവൊമി കേട്ടപ്പോൾ അവൾ സന്തോഷിച്ച് യഹോവയെ സ്തുതിച്ചു. ബോവസ് നൊവൊമിയുടെ മരിച്ച ഭർത്താവിന്റെ ബന്ധു ആയിരുന്നതുകൊണ്ടാണ് അത്; അതായത് അവൻ അവരുടെ അടുത്ത ബന്ധു ആയിരുന്നു (2:19-20).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8.</w:t>
        <w:tab/>
      </w:r>
      <w:r>
        <w:rPr>
          <w:rFonts w:ascii="Nirmala UI" w:hAnsi="Nirmala UI" w:cs="Nirmala UI"/>
          <w:b w:val="0"/>
          <w:sz w:val="22"/>
        </w:rPr>
        <w:t xml:space="preserve">കൊയ്ത്തുകാലം അവസാനിക്കുന്നതുവരെ രൂത്ത് ബോവസിന്റെ വയലുകളിൽ ജോലി തുടർന്നു (2:21-23).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തനിക്കും തന്റെ അമ്മായിയമ്മയ്ക്കും ഭക്ഷണം നൽകാൻ വളരെ ക്ഷീണിപ്പിക്കുന്ന അധ്വാനം ചെയ്യാൻ അവൾ തയ്യാറാണെന്ന് കാണിച്ചതിനു ശേഷം ബോവസിന്റെ വയലുകളിൽ ജോലി ചെയ്യാൻ ദൈവം രൂത്തിനെ നയിച്ചു.</w:t>
      </w:r>
    </w:p>
    <w:p>
      <w:r>
        <w:rPr>
          <w:rFonts w:ascii="Nirmala UI" w:hAnsi="Nirmala UI" w:cs="Nirmala UI"/>
          <w:b w:val="0"/>
          <w:sz w:val="22"/>
        </w:rPr>
        <w:t xml:space="preserve">ചൈനയിലേക്കുള്ള പ്രശസ്തനായ ഒരു ക്രിസ്തീയ മിഷനറിയായിരുന്നു ഹഡ്സൺ ടെയ്ലർ. ആളുകളോടു ചോദിക്കുന്നതിനു പകരം തന്റെ എല്ലാ ആവശ്യങ്ങളെയും കുറിച്ച് ദൈവത്തോടു പ്രാർത്ഥിക്കണമെന്ന് അദ്ദേഹം വിശ്വസിച്ചു. ഒരു ദിവസം അദ്ദേഹത്തിന്റെ പാചകക്കാരൻ വന്ന് പറഞ്ഞു: “നമ്മൾ അവസാനത്തെ ചോറ് സഞ്ചി തുറന്നു.” അതിനർത്ഥം അവരുടെ ഭക്ഷണം ഏതാണ്ട് തീർന്നു എന്നാണ്. ഹഡ്സൺ ടെയ്ലർ മറുപടി പറഞ്ഞു: “അങ്ങനെയെങ്കിൽ നമ്മുടെ ആവശ്യങ്ങൾ നിറവേറ്റാനുള്ള കർത്താവിന്റെ സമയം അടുത്തെത്തിയിരിക്കണം.” അവസാനത്തെ ചോറ് തീരുന്നതിനു മുമ്പ് ഒരു സുഹൃത്ത് ആവശ്യമുള്ളതെല്ലാം വാങ്ങാൻ കുറച്ചു പണം അയച്ചുതന്നു!</w:t>
      </w:r>
    </w:p>
    <w:p>
      <w:r>
        <w:rPr>
          <w:rFonts w:ascii="Nirmala UI" w:hAnsi="Nirmala UI" w:cs="Nirmala UI"/>
          <w:b w:val="0"/>
          <w:sz w:val="22"/>
        </w:rPr>
        <w:t xml:space="preserve">ദൈവം നൊവൊമിക്കും രൂത്തിനും നൽകി. ഹഡ്സൺ ടെയ്ലറിനും കുടുംബത്തിനും അവൻ നൽകി. ഇന്ന് അവൻ നമുക്കും നൽകുന്നു. </w:t>
      </w:r>
      <w:r>
        <w:rPr>
          <w:rFonts w:ascii="Nirmala UI" w:hAnsi="Nirmala UI" w:cs="Nirmala UI"/>
          <w:b/>
          <w:sz w:val="22"/>
        </w:rPr>
        <w:t xml:space="preserve">തങ്ങളുടെ ജീവിതത്തിൽ ദൈവത്തിന്റെ കരുതലിന്റെ ഒരു ഉദാഹരണം പറയാൻ കഴിയുമോ എന്ന് ക്ലാസിനോടു ചോദിക്കുക. നിങ്ങൾക്കും പങ്കുവയ്ക്കാൻ ഒരു ഉദാഹരണം ഉണ്ടായിരിക്കണം.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/>
          <w:sz w:val="22"/>
        </w:rPr>
        <w:t xml:space="preserve">പാഠം 1, 2 എന്നിവയിലെ മനഃപാഠ വാക്യങ്ങൾ അവലോകനം ചെയ്യുക.</w:t>
      </w:r>
    </w:p>
    <w:p>
      <w:r>
        <w:rPr>
          <w:rFonts w:ascii="Nirmala UI" w:hAnsi="Nirmala UI" w:cs="Nirmala UI"/>
          <w:b w:val="0"/>
          <w:sz w:val="22"/>
        </w:rPr>
        <w:t xml:space="preserve">സെഷൻ അവസാനിപ്പിക്കാൻ നൊവൊമിയുടെ മാതൃക (2:20) നമുക്കും പിന്തുടരാം: നമുക്കു നൽകുന്നതിന് ദൈവത്തെ സ്തുതിക്കാം. ഇത് ചെയ്യാൻ അവൻ ഉപയോഗിക്കുന്ന ആളുകൾക്കും ദൈവത്തോടു നന്ദി പറയാം.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3 – Ruth in the Harvesting Fields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3 – Ruth in the Harvesting Fields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