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23</w:t>
      </w:r>
    </w:p>
    <w:p>
      <w:pPr>
        <w:keepNext/>
        <w:spacing w:after="40"/>
      </w:pPr>
      <w:r>
        <w:rPr>
          <w:rFonts w:ascii="Nirmala UI" w:hAnsi="Nirmala UI" w:cs="Nirmala UI"/>
          <w:b/>
          <w:color w:val="1F4E79"/>
          <w:sz w:val="52"/>
        </w:rPr>
        <w:t xml:space="preserve">യേശു മരിച്ചവരിൽ നിന്ന് ഉയിർത്തെഴുന്നേറ്റു</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3: ദൈവത്തിലൂടെ വിജയം</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യേശു മരണത്തിനു മേൽ ജയം നേടി, ഇന്നും ജീവിക്കുന്നു എന്ന്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മത്തായി 28:16-20</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എഫെസ്യർ 1:22</w:t>
            </w:r>
          </w:p>
          <w:p>
            <w:pPr>
              <w:spacing w:after="40"/>
            </w:pPr>
            <w:r>
              <w:rPr>
                <w:rFonts w:ascii="Nirmala UI" w:hAnsi="Nirmala UI" w:cs="Nirmala UI"/>
                <w:b w:val="0"/>
                <w:i/>
                <w:sz w:val="22"/>
              </w:rPr>
              <w:t xml:space="preserve">ദൈവം സകലവും [യേശുക്രിസ്തുവിന്റെ] കാൽക്കീഴാക്കി, അവനെ സഭയ്ക്കു സകലത്തിനും മീതെ തലയാക്കിവെച്ചു …</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ഒരു ഗോത്രത്തിന്റെയോ പ്രവിശ്യയുടെയോ രാജ്യത്തിന്റെയോ നേതാവിനെ നാം എന്തു വിളിക്കുന്നു എന്ന് ക്ലാസിനോടു ചോദിക്കുക. </w:t>
      </w:r>
      <w:r>
        <w:rPr>
          <w:rFonts w:ascii="Nirmala UI" w:hAnsi="Nirmala UI" w:cs="Nirmala UI"/>
          <w:b w:val="0"/>
          <w:sz w:val="22"/>
        </w:rPr>
        <w:t xml:space="preserve">ഈ ആളുകളുടെ യഥാർത്ഥ പേരുകൾ പറയേണ്ടതില്ല, അവരുടെ സ്ഥാനങ്ങൾ മാത്രം മതി (ഉദാഹരണത്തിന്: മൂപ്പൻ, ഗവർണർ, പ്രസിഡന്റ്).</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ദൈവം യേശുവിനെ സഭയുടെ തലവനായി നിയമിച്ചിരിക്കുന്നു. </w:t>
      </w:r>
      <w:r>
        <w:rPr>
          <w:rFonts w:ascii="Nirmala UI" w:hAnsi="Nirmala UI" w:cs="Nirmala UI"/>
          <w:b/>
          <w:sz w:val="22"/>
        </w:rPr>
        <w:t xml:space="preserve">മനഃപാഠ വാക്യം ചൊല്ലുക. </w:t>
      </w:r>
      <w:r>
        <w:rPr>
          <w:rFonts w:ascii="Nirmala UI" w:hAnsi="Nirmala UI" w:cs="Nirmala UI"/>
          <w:b w:val="0"/>
          <w:sz w:val="22"/>
        </w:rPr>
        <w:t xml:space="preserve">ദൈവം ഇതു ചെയ്തത് എന്തുകൊണ്ട്? ഇന്നത്തെ ചിത്രം അതു മനസ്സിലാക്കാൻ നമ്മെ സഹായിക്കും.</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sz w:val="22"/>
        </w:rPr>
        <w:t xml:space="preserve">ചിത്രം 23 കാണിക്കുക. </w:t>
      </w:r>
      <w:r>
        <w:rPr>
          <w:rFonts w:ascii="Nirmala UI" w:hAnsi="Nirmala UI" w:cs="Nirmala UI"/>
          <w:b w:val="0"/>
          <w:sz w:val="22"/>
        </w:rPr>
        <w:t xml:space="preserve">യെരൂശലേമിനു പുറത്തുള്ള ഒരു കുന്നിൽ യേശു തന്റെ അനുയായികളോടു സംസാരിക്കുന്നതായി ഇവിടെ കാണിച്ചിരിക്കുന്നു. </w:t>
      </w:r>
      <w:r>
        <w:rPr>
          <w:rFonts w:ascii="Nirmala UI" w:hAnsi="Nirmala UI" w:cs="Nirmala UI"/>
          <w:b/>
          <w:sz w:val="22"/>
        </w:rPr>
        <w:t xml:space="preserve">ചിത്രത്തിൽ യെരൂശലേം ചൂണ്ടിക്കാണിക്കുക. </w:t>
      </w:r>
      <w:r>
        <w:rPr>
          <w:rFonts w:ascii="Nirmala UI" w:hAnsi="Nirmala UI" w:cs="Nirmala UI"/>
          <w:b w:val="0"/>
          <w:sz w:val="22"/>
        </w:rPr>
        <w:t xml:space="preserve">ഒരു തെറ്റും ചെയ്യാതിരുന്നിട്ടും യേശുവിനെ മരണശിക്ഷയ്ക്കു വിധിച്ചിരുന്നു. രണ്ടു കുറ്റവാളികൾക്കിടയിൽ അവൻ ഒരു കുരിശിൽ മരിച്ചു. </w:t>
      </w:r>
      <w:r>
        <w:rPr>
          <w:rFonts w:ascii="Nirmala UI" w:hAnsi="Nirmala UI" w:cs="Nirmala UI"/>
          <w:b/>
          <w:sz w:val="22"/>
        </w:rPr>
        <w:t xml:space="preserve">ചിത്രത്തിലെ കുരിശുകൾ കാണിക്കുക. ദൈവപുത്രനായ യേശു തന്നെത്തന്നെ മരണത്തിന് ഏൽപ്പിച്ചുകൊടുത്തു (മത്താ 27:33-44).</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എന്നാൽ ജീവനുള്ള ദൈവത്തിന്റെ പുത്രനെ മരണത്തിനു പിടിച്ചുനിർത്താൻ കഴിഞ്ഞില്ല. യേശു മരിച്ചവരിൽ നിന്ന് ഉയിർത്തെഴുന്നേറ്റു. അവൻ മരണത്തെ പരാജയപ്പെടുത്തി. അവൻ ഒരിക്കലും വീണ്ടും മരിക്കുകയില്ല. </w:t>
      </w:r>
      <w:r>
        <w:rPr>
          <w:rFonts w:ascii="Nirmala UI" w:hAnsi="Nirmala UI" w:cs="Nirmala UI"/>
          <w:b/>
          <w:sz w:val="22"/>
        </w:rPr>
        <w:t xml:space="preserve">ചിത്രത്തിൽ വലിയ കല്ല് അരികിലുള്ള ഒഴിഞ്ഞ കല്ലറ ചൂണ്ടിക്കാണിക്കുക.</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യേശു തന്റെ ശിഷ്യന്മാരെ ഒരുമിച്ചുകൂട്ടി അവരോടു പറഞ്ഞു: “സ്വർഗ്ഗത്തിലും ഭൂമിയിലും സകല അധികാരവും എനിക്കു നൽകപ്പെട്ടിരിക്കുന്നു.” ജീവിച്ചിരിക്കുന്ന യേശുക്രിസ്തുവിനെക്കുറിച്ച് എല്ലാ ജനങ്ങളോടും പറയാൻ പുറപ്പെട്ടുപോകണമെന്ന് അവൻ തന്റെ ശിഷ്യന്മാരോടു കൽപ്പിച്ചു; അങ്ങനെ അവരും അവനെ അനുഗമിക്കുകയും ആരാധിക്കുകയും ചെയ്യും. താൻ എല്ലായ്പോഴും അവരോടുകൂടെ ഉണ്ടായിരിക്കുമെന്ന് യേശു വാഗ്ദാനം ചെയ്തു. പാപത്തിന്മേലും ദുഷ്ടശക്തികളുടെമേലും അവൻ അവർക്കു വിജയം വാഗ്ദാനം ചെയ്തു. യേശുവിന്റെ ഈ വാക്കുകൾ നമുക്കു കൂടിയുള്ളതാണ്!</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സയർ ഒരു സ്വതന്ത്ര രാജ്യമാകുന്നതിനു മുമ്പ് കൊളോണിയൽ ഭരണകൂടത്തിലെ ചില അംഗങ്ങൾ പ്രൊട്ടസ്റ്റന്റ് സഭയുടെ വ്യാപനം പരിമിതപ്പെടുത്താൻ ശ്രമിച്ചു. ആ കാലത്ത് യോവാനെ അകുദ്രി കഴിവുള്ളവനും അറിയപ്പെടുന്നവനുമായ ഒരു സഭാ നേതാവായിരുന്നു. തങ്ങൾക്ക് കുറഞ്ഞ ബുദ്ധിമുട്ടു മാത്രം ഉണ്ടാകുന്ന മറ്റൊരിടത്തേക്ക് അവനെ മാറ്റാൻ വേണ്ടി സർക്കാർ അവനെ അറസ്റ്റ് ചെയ്തു. “അത് എനിക്കു സമ്മതമാണ്,” യോവാനെ അവരോടു പറഞ്ഞു. “ഈ സുവിശേഷം കാക്വകൾക്കു മാത്രമുള്ളതല്ല, നമ്മുടെ രാജ്യത്തുടനീളമുള്ള ആളുകൾക്കുള്ളതാണ്!” കേസ് കൈകാര്യം ചെയ്ത സർക്കാർ ഉദ്യോഗസ്ഥൻ യോവാനെയുടെ സാക്ഷ്യത്തിൽ വളരെ മതിപ്പുള്ളവനായതിനാൽ അവനെ വിട്ടയച്ചു.</w:t>
      </w:r>
    </w:p>
    <w:p>
      <w:r>
        <w:rPr>
          <w:rFonts w:ascii="Nirmala UI" w:hAnsi="Nirmala UI" w:cs="Nirmala UI"/>
          <w:b w:val="0"/>
          <w:sz w:val="22"/>
        </w:rPr>
        <w:t xml:space="preserve">ഇതിൽ നിന്ന്: </w:t>
      </w:r>
      <w:r>
        <w:rPr>
          <w:rFonts w:ascii="Nirmala UI" w:hAnsi="Nirmala UI" w:cs="Nirmala UI"/>
          <w:b/>
          <w:sz w:val="22"/>
        </w:rPr>
        <w:t xml:space="preserve">അകുദ്രി </w:t>
      </w:r>
      <w:r>
        <w:rPr>
          <w:rFonts w:ascii="Nirmala UI" w:hAnsi="Nirmala UI" w:cs="Nirmala UI"/>
          <w:b w:val="0"/>
          <w:sz w:val="22"/>
        </w:rPr>
        <w:t xml:space="preserve">— പീറ്റർ ബ്രാഷ്ലർ</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23 – Jesus Rose From the Dead</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23 – Jesus Rose From the Dead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