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യേശു തിന്മയുടെമേൽ ജയം നേടുന്നു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ദൈവപുത്രനായ യേശുക്രിസ്തു ഭൂതങ്ങളെയും എല്ലാ ദുഷ്ടശക്തികളെയും പരാജയപ്പെടുത്തി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8:26-39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8:39</w:t>
            </w:r>
          </w:p>
          <w:p>
            <w:pPr>
              <w:spacing w:after="40"/>
            </w:pPr>
            <w:r>
              <w:rPr>
                <w:rFonts w:ascii="Nirmala UI" w:hAnsi="Nirmala UI" w:cs="Nirmala UI"/>
                <w:b w:val="0"/>
                <w:i/>
                <w:sz w:val="22"/>
              </w:rPr>
              <w:t xml:space="preserve">“നിന്റെ വീട്ടിൽ ചെന്ന് ദൈവം നിനക്കു ചെയ്തതെല്ലാം അറിയിക്ക.”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കുട്ടിയോട് ക്ലാസിനു മുമ്പിൽ നിൽക്കാൻ പറയുക. ഏകദേശം ആറു കുട്ടികളെ അവനു ചുറ്റും വൃത്താകൃതിയിൽ നിർത്തുക. നിങ്ങൾ “തുടങ്ങൂ” എന്ന് പറയുമ്പോൾ അവരെല്ലാം ഒരേസമയം നടുവിലുള്ള കുട്ടിയോട് വ്യത്യസ്ത കാര്യങ്ങൾ ചെയ്യാൻ പറഞ്ഞുതുടങ്ങണം: എഴുന്നേൽക്കൂ! ഇരിക്കൂ! ചാടൂ! കൈകൾ ഉയർത്തൂ! കൈയടിക്കൂ! അലറൂ! ചിരിക്കൂ! </w:t>
      </w:r>
      <w:r>
        <w:rPr>
          <w:rFonts w:ascii="Nirmala UI" w:hAnsi="Nirmala UI" w:cs="Nirmala UI"/>
          <w:b w:val="0"/>
          <w:sz w:val="22"/>
        </w:rPr>
        <w:t xml:space="preserve">കണ്ടോ? നടുവിലുള്ള നിങ്ങളുടെ കൂട്ടുകാരൻ [കൂട്ടുകാരി] എന്തു ചെയ്യണമെന്ന് അറിയാത്തവിധം ആശയക്കുഴപ്പത്തിലായി!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ഇതുവരെയുള്ള മറ്റു പാഠങ്ങളിൽ ദൈവത്തിന്റെ ശക്തിയിൽ ആശ്രയിച്ച് വിജയം നേടിയ യോശുവ, ഗിദെയോൻ, ശിംശോൻ എന്നിവരെക്കുറിച്ച് നാം പഠിച്ചു. അവർക്കുശേഷം വർഷങ്ങൾക്കു ശേഷമാണ് യേശു ജീവിച്ചത്. യേശു ദൈവപുത്രനാണ്, അവൻ തന്നെ ദൈവമാണ്, എല്ലാ ദുഷ്ടശക്തികളെയും അവൻ പരാജയപ്പെടുത്തിയിരിക്കുന്നു.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ഒരു ദിവസം യേശു വളരെ ആശയക്കുഴപ്പത്തിലായ ഒരു മനുഷ്യനെ കണ്ടുമുട്ടി. അവനിൽ വളരെയധികം ഭൂതങ്ങൾ വസിച്ചിരുന്നു, ഓരോന്നും വ്യത്യസ്ത കൽപ്പനകൾ നൽകി അവനെ ഭ്രാന്തനാക്കി. </w:t>
      </w:r>
      <w:r>
        <w:rPr>
          <w:rFonts w:ascii="Nirmala UI" w:hAnsi="Nirmala UI" w:cs="Nirmala UI"/>
          <w:b/>
          <w:sz w:val="22"/>
        </w:rPr>
        <w:t xml:space="preserve">ഈ മനുഷ്യൻ എങ്ങനെയാണ് ജീവിച്ചിരുന്നതെന്ന് വിവരിക്കുക (8:27). </w:t>
      </w:r>
      <w:r>
        <w:rPr>
          <w:rFonts w:ascii="Nirmala UI" w:hAnsi="Nirmala UI" w:cs="Nirmala UI"/>
          <w:b w:val="0"/>
          <w:sz w:val="22"/>
        </w:rPr>
        <w:t xml:space="preserve">അവൻ യേശുവിനെ കണ്ടുമുട്ടിയപ്പോൾ ദുരാത്മാക്കൾ യേശുവിനെ ദൈവപുത്രനായി തിരിച്ചറിഞ്ഞു. തങ്ങളുടെമേൽ യേശുവിന് അധികാരമുണ്ടെന്ന് അവയ്ക്കു നന്നായി അറിയാമായിരുന്നു. യേശു നിമിത്തം ദുരാത്മാക്കൾ തന്നോട് എന്തു ചെയ്യുമെന്ന് ആ മനുഷ്യൻ വളരെ ഭയപ്പെട്ടു (8:28-29).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മനുഷ്യന്റെ പേര് ലെഗ്യോൻ എന്നായിരുന്നു. റോമൻ സൈന്യത്തിലെ ഒരു വലിയ പടയാളിക്കൂട്ടമായിരുന്നു ലെഗ്യോൻ. അതുകൊണ്ട് ഈ മനുഷ്യന്റെ പേരിന്റെ അർത്ഥം അവൻ കോപമുള്ള വലിയൊരു കൂട്ടം ആത്മാക്കളുടെ അധികാരത്തിലായിരുന്നു എന്നാണ്. എന്നാൽ ലെഗ്യോനെ വിട്ടുപോകാൻ യേശു അവയോടു കൽപ്പിച്ചപ്പോൾ ഭൂതങ്ങൾക്ക് അനുസരിക്കേണ്ടിവന്നു. അടുത്തുതന്നെ മേഞ്ഞുകൊണ്ടിരുന്ന ചില പന്നികളിൽ പ്രവേശിക്കാൻ അവൻ അവയെ അനുവദിച്ചു. ഉടനെ പന്നിക്കൂട്ടം മുഴുവൻ തടാകത്തിലേക്ക് ചാടി മുങ്ങിച്ചത്തു (8:30-33). </w:t>
      </w:r>
      <w:r>
        <w:rPr>
          <w:rFonts w:ascii="Nirmala UI" w:hAnsi="Nirmala UI" w:cs="Nirmala UI"/>
          <w:b/>
          <w:sz w:val="22"/>
        </w:rPr>
        <w:t xml:space="preserve">ചിത്രം 21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ലെഗ്യോൻ ഒരു പുതിയ മനുഷ്യനെപ്പോലെയായി. യേശുവിനെ എല്ലായിടത്തും അനുഗമിക്കാൻ അവൻ ആഗ്രഹിച്ചു, എന്നാൽ പകരം യേശു അവനു ചെയ്യാൻ ഒരു പുതിയ വേല നൽകി. തിന്മയുടെമേലുള്ള ദൈവത്തിന്റെ ശക്തിയെയും തിന്മയിൽ നിന്ന് നമ്മെ രക്ഷിക്കുന്ന ദൈവത്തിന്റെ സ്നേഹത്തെയും കുറിച്ച് അവൻ മറ്റുള്ളവരോടു പറയണമായിരുന്നു (8:35, 38-39).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സയറിലെ ഒരു യുവ ക്രിസ്ത്യാനിയായ യോവാനെ അകുദ്രിയുടെ മൂത്ത ബന്ധു മരിച്ചപ്പോൾ അവനെ ഗ്രാമത്തിലേക്ക് തിരികെ വിളിച്ചു. ശവസംസ്കാരത്തിനു മുമ്പ് കുടുംബം യോവാനെയോടു പറഞ്ഞു: “ദുഃഖനൃത്തത്തിന്റെ നേതാവായി നീ നിന്റെ സ്ഥാനം ഏറ്റെടുക്കണം. അതാണ് ഞങ്ങളുടെ രീതി, നിനക്കറിയാമല്ലോ.”</w:t>
      </w:r>
    </w:p>
    <w:p>
      <w:r>
        <w:rPr>
          <w:rFonts w:ascii="Nirmala UI" w:hAnsi="Nirmala UI" w:cs="Nirmala UI"/>
          <w:b w:val="0"/>
          <w:sz w:val="22"/>
        </w:rPr>
        <w:t xml:space="preserve">ഒരു ക്രിസ്ത്യാനിക്ക് ഇതിൽ എങ്ങനെ പങ്കെടുക്കാൻ കഴിയും? മറുവശത്ത്, ഒരു വർഷമായി കാണാത്ത തന്റെ ബന്ധുക്കളെ യോവാനെ എങ്ങനെ വേദനിപ്പിക്കും?</w:t>
      </w:r>
    </w:p>
    <w:p>
      <w:r>
        <w:rPr>
          <w:rFonts w:ascii="Nirmala UI" w:hAnsi="Nirmala UI" w:cs="Nirmala UI"/>
          <w:b w:val="0"/>
          <w:sz w:val="22"/>
        </w:rPr>
        <w:t xml:space="preserve">അവൻ ചിന്തിച്ചു പ്രാർത്ഥിച്ചു, പിന്നെ പറഞ്ഞു: “എന്റെ പ്രിയ സഹോദരന്മാരേ, സഹോദരിമാരേ, നിങ്ങളുടെ ഭയവും ദുഃഖവും എനിക്കറിയാം. ഈ മന്ത്രവാദിയെയും അവന് നിങ്ങളുടെമേലുണ്ടെന്ന് നിങ്ങൾ കരുതുന്ന ശക്തിയെയും ഭയന്നാണ് നിങ്ങൾ ഭയപ്പെടുന്നത്. എന്റെ ജീവിതകാലം മുഴുവൻ ഞാനും അതു വിശ്വസിച്ചു. എന്നാൽ ഇപ്പോൾ ദുരാത്മാക്കളുടെമേൽ പോലും അധികാരമുള്ള യേശുക്രിസ്തുവിനെ ഞാൻ അറിഞ്ഞിരിക്കുന്നു. ദുഃഖനൃത്തവുമായി എനിക്ക് ഒരു ബന്ധവുമുണ്ടാകില്ല. ഞാൻ നിങ്ങൾക്ക് ഒരു നല്ല വഴി കാണിച്ചുതരാം.”</w:t>
      </w:r>
    </w:p>
    <w:p>
      <w:r>
        <w:rPr>
          <w:rFonts w:ascii="Nirmala UI" w:hAnsi="Nirmala UI" w:cs="Nirmala UI"/>
          <w:b w:val="0"/>
          <w:sz w:val="22"/>
        </w:rPr>
        <w:t xml:space="preserve">ഇതു കേട്ടപ്പോൾ മന്ത്രവാദി അലറി: “യോവാനെ പിശാചുക്കളുടെ രാജകുമാരനാണ്! അവനെ കൊല്ലണം!” മൂർച്ചയുള്ള ഒരു കത്തി ഉപയോഗിച്ച് അവൻ യോവാനെയെ ആക്രമിക്കാൻ ശ്രമിച്ചു, എന്നാൽ പെട്ടെന്ന് ശക്തിയില്ലാതെ വിറച്ചുകൊണ്ട് നിലത്തുവീണു. ഒരു ഉയർന്ന ശക്തി നിയന്ത്രണത്തിലായിരുന്നു!</w:t>
      </w:r>
    </w:p>
    <w:p>
      <w:r>
        <w:rPr>
          <w:rFonts w:ascii="Nirmala UI" w:hAnsi="Nirmala UI" w:cs="Nirmala UI"/>
          <w:b w:val="0"/>
          <w:sz w:val="22"/>
        </w:rPr>
        <w:t xml:space="preserve">ഇതിൽ നിന്ന് എടുത്തത്: </w:t>
      </w:r>
      <w:r>
        <w:rPr>
          <w:rFonts w:ascii="Nirmala UI" w:hAnsi="Nirmala UI" w:cs="Nirmala UI"/>
          <w:b/>
          <w:sz w:val="22"/>
        </w:rPr>
        <w:t xml:space="preserve">അകുദ്രി </w:t>
      </w:r>
      <w:r>
        <w:rPr>
          <w:rFonts w:ascii="Nirmala UI" w:hAnsi="Nirmala UI" w:cs="Nirmala UI"/>
          <w:b w:val="0"/>
          <w:sz w:val="22"/>
        </w:rPr>
        <w:t xml:space="preserve">— പീറ്റർ ബ്രാഷ്ലർ</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Jesus Triumphs Over Evil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Jesus Triumphs Over Evil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