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20</w:t>
      </w:r>
    </w:p>
    <w:p>
      <w:pPr>
        <w:keepNext/>
        <w:spacing w:after="40"/>
      </w:pPr>
      <w:r>
        <w:rPr>
          <w:rFonts w:ascii="Nirmala UI" w:hAnsi="Nirmala UI" w:cs="Nirmala UI"/>
          <w:b/>
          <w:color w:val="1F4E79"/>
          <w:sz w:val="52"/>
        </w:rPr>
        <w:t xml:space="preserve">ശിംശോൻ ഫെലിസ്ത്യരെ നശിപ്പിക്കുന്നു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ദൈവത്തിങ്കലേക്കു തിരിയാൻ ഒരിക്കലും വൈകിയിട്ടില്ല എന്ന് കുട്ടികളെ കാണിക്കുക. എങ്കിലും ദൈവത്തെ സേവിക്കാനുള്ള പല അവസരങ്ങളും പാഴാക്കിയെന്ന് തിരിച്ചറിയുന്നത് വളരെ ദുഃഖകരമാണ്.</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16:21-30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51:1</w:t>
            </w:r>
          </w:p>
          <w:p>
            <w:pPr>
              <w:spacing w:after="40"/>
            </w:pPr>
            <w:r>
              <w:rPr>
                <w:rFonts w:ascii="Nirmala UI" w:hAnsi="Nirmala UI" w:cs="Nirmala UI"/>
                <w:b w:val="0"/>
                <w:i/>
                <w:sz w:val="22"/>
              </w:rPr>
              <w:t xml:space="preserve">ദൈവമേ, നിന്റെ ഉറച്ച സ്നേഹപ്രകാരം എന്നോടു കരുണ തോന്നണമേ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കൂട്ടം നായ്ക്കളെയോ കോഴികളെയോ നിങ്ങൾ നിരീക്ഷിച്ചാൽ, അവയെല്ലാം ഏറ്റവും ദുർബലമായതിനെ ആക്രമിക്കുന്നതു കാണാം. മനുഷ്യരും പലപ്പോഴും അങ്ങനെയാണ്: തിരിച്ചടിക്കാൻ കഴിയാത്തവരെ അവർ പരിഹസിക്കുന്നു.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ശിംശോൻ വളരെ ബലവാനായിരുന്നു. </w:t>
      </w:r>
      <w:r>
        <w:rPr>
          <w:rFonts w:ascii="Nirmala UI" w:hAnsi="Nirmala UI" w:cs="Nirmala UI"/>
          <w:b/>
          <w:sz w:val="22"/>
        </w:rPr>
        <w:t xml:space="preserve">ചിത്രം 19 കാണിച്ച് കഥ ചുരുക്കമായി അവലോകനം ചെയ്യുക. </w:t>
      </w:r>
      <w:r>
        <w:rPr>
          <w:rFonts w:ascii="Nirmala UI" w:hAnsi="Nirmala UI" w:cs="Nirmala UI"/>
          <w:b w:val="0"/>
          <w:sz w:val="22"/>
        </w:rPr>
        <w:t xml:space="preserve">അനുസരണക്കേടും ദൈവഭക്തിയില്ലാത്ത ജീവിതരീതിയും കാരണം ദൈവം നൽകിയ ബലം അവന് നഷ്ടപ്പെട്ടിരുന്നു. ഇപ്പോൾ ഫെലിസ്ത്യർ അവനെ തടവുകാരനാക്കിയിരുന്നു.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ഫെലിസ്ത്യ നേതാക്കൾ അവന്റെ കണ്ണുകൾ പൊട്ടിച്ച്, വലിയ കല്ലുകൾ തിരിക്കാൻ വൃത്തത്തിൽ ചുറ്റിനടന്ന് ഒരു ആട്ടുകല്ലിൽ ജോലി ചെയ്യിച്ചു (16:21).</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ഫെലിസ്ത്യ നേതാക്കൾ തങ്ങളുടെ വിഗ്രഹമായ ദാഗോന്റെ ബഹുമാനാർത്ഥം ഒരു വിരുന്ന് നടത്തി ശിംശോന്റെ പരാജയം ആഘോഷിക്കുകയായിരുന്നു. അവനെ പരിഹസിക്കാൻ വേണ്ടി അവർ ശിംശോനെ വിളിപ്പിച്ചു (16:23-27).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തന്റെ ബലത്തിന്റെ യഥാർത്ഥ ഉറവിടം ദൈവമാണെന്ന് ശിംശോൻ തിരിച്ചറിഞ്ഞിരുന്നു; അതുകൊണ്ട് അവൻ ദൈവത്തിങ്കലേക്കു തിരിഞ്ഞ് ഒരിക്കൽ കൂടി തന്നെ ബലപ്പെടുത്തണമെന്ന് അപേക്ഷിച്ചു (16:28).</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ദൈവം അവന്റെ പ്രാർത്ഥന കേട്ടു. ദാഗോന്റെ ആലയത്തിന്റെ മേൽക്കൂര താങ്ങിനിർത്തിയിരുന്ന തൂണുകളിൽ ശിംശോൻ ചാരിനിന്ന് കെട്ടിടം വലിച്ചിടിച്ചു; അവിടെയുണ്ടായിരുന്ന എല്ലാവരും മരിച്ചു (16:29-30). </w:t>
      </w:r>
      <w:r>
        <w:rPr>
          <w:rFonts w:ascii="Nirmala UI" w:hAnsi="Nirmala UI" w:cs="Nirmala UI"/>
          <w:b/>
          <w:sz w:val="22"/>
        </w:rPr>
        <w:t xml:space="preserve">ചിത്രം 20 കാണിക്കുക.</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ശിംശോൻ ഫെലിസ്ത്യ നേതാക്കളോടൊപ്പം മരിച്ചു. ദൈവത്തെ അനുസരിക്കാതെ തന്റെ ജീവിതത്തിന്റെ ഏറ്റവും വലിയ ഭാഗവും തന്റെ വിലയേറിയ വരവും അവൻ പാഴാക്കിയിരുന്നു. അത് വളരെ ദുഃഖകരമായിരുന്നു. എങ്കിലും അവൻ ദൈവത്തിങ്കലേക്കു തിരിഞ്ഞപ്പോൾ ദൈവം അവനെ തള്ളിക്കളഞ്ഞില്ല.</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ശിംശോന്റെ ജീവിതകഥ നമുക്ക് ഒരു മുന്നറിയിപ്പാണ്. ദൈവം അവന് അസാധാരണമായ ഒരു വരം നൽകി, എന്നാൽ സ്വന്തം ലക്ഷ്യങ്ങൾക്കായി അത് ദുരുപയോഗം ചെയ്തതിനാൽ ഒടുവിൽ അത് ശിംശോന് സന്തോഷമൊന്നും നൽകിയില്ല. അനുസരണക്കേടിന്മേലും സ്വാർത്ഥതയുടെമേലും നിത്യവിജയത്തിലേക്കുള്ള വഴി കാണിക്കാൻ വന്ന യേശുക്രിസ്തുവിനോട് നമുക്ക് നന്ദി പറയാം.</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20 – Samson Destroys the Philistines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20 – Samson Destroys the Philistines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