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19</w:t>
      </w:r>
    </w:p>
    <w:p>
      <w:pPr>
        <w:keepNext/>
        <w:spacing w:after="40"/>
      </w:pPr>
      <w:r>
        <w:rPr>
          <w:rFonts w:ascii="Nirmala UI" w:hAnsi="Nirmala UI" w:cs="Nirmala UI"/>
          <w:b/>
          <w:color w:val="1F4E79"/>
          <w:sz w:val="52"/>
        </w:rPr>
        <w:t xml:space="preserve">ശിംശോന് തന്റെ അസാധാരണ ബലത്തിന്റെ വരം നഷ്ടപ്പെടുന്നു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നൽകിയ ഉദ്ദേശ്യത്തിന് ഉപയോഗിക്കാത്തപ്പോൾ ശിംശോന് തന്റെ വരം നഷ്ടപ്പെട്ടു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16:4-20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സദൃശവാക്യങ്ങൾ 14:16</w:t>
            </w:r>
          </w:p>
          <w:p>
            <w:pPr>
              <w:spacing w:after="40"/>
            </w:pPr>
            <w:r>
              <w:rPr>
                <w:rFonts w:ascii="Nirmala UI" w:hAnsi="Nirmala UI" w:cs="Nirmala UI"/>
                <w:b w:val="0"/>
                <w:i/>
                <w:sz w:val="22"/>
              </w:rPr>
              <w:t xml:space="preserve">ജ്ഞാനി ഭയപ്പെട്ടു ദോഷം വിട്ടകലുന്നു; ഭോഷനോ ദുരഭിമാനിയും അശ്രദ്ധനും ആകുന്നു.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നിങ്ങൾക്ക് ഉത്തരം പറയാൻ ഇഷ്ടമില്ലാത്ത ഒരു ചോദ്യം ആരെങ്കിലും ആവർത്തിച്ചു ചോദിച്ചാൽ, നിങ്ങൾ കേൾക്കാത്തതുപോലെ നടിക്കുകയോ നടന്നുപോവുകയോ ചെയ്തേക്കാം. ആ വ്യക്തി വീണ്ടും വീണ്ടും ചോദിച്ചുകൊണ്ടിരുന്നാൽ, നിങ്ങൾക്ക് മടുത്ത് അവനെ നിർത്താൻ വേണ്ടി ഒടുവിൽ ഉത്തരം പറഞ്ഞുപോയേക്കാം.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എല്ലാവരും ഒരേ ചോദ്യം ചോദിച്ചുകൊണ്ടിരുന്നു: “ശിംശോന്റെ അസാധാരണ ബലം എവിടെ നിന്നാണ്?” ശിംശോൻ ദെലീലാ എന്നൊരു സ്ത്രീയെ സ്നേഹിച്ചു. അവളും ശിംശോനോട് ഇതേ ചോദ്യം ചോദിച്ചുകൊണ്ടിരുന്നു: “നിന്റെ ബലത്തിന്റെ രഹസ്യം എന്താണ്?” (16:4, 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ദെലീലാ ശിംശോനോട് വിശ്വസ്തയായിരുന്നില്ല. ശിംശോന്റെ രഹസ്യം കണ്ടെത്തി, അവന്റെ ബലം എടുത്തുകളയാനുള്ള വഴി അറിയാൻ സഹായിച്ചാൽ പണം തരാമെന്ന് ഫെലിസ്ത്യ പ്രഭുക്കന്മാർ അവളോടു വാഗ്ദാനം ചെയ്തു (16:5).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ദെലീലാ ആദ്യമായി ഇതു ചോദിച്ചപ്പോൾ, ഏഴ് പുതിയ വില്ലുനരമ്പുകൾക്ക് തന്നെ പിടിച്ചുനിർത്താൻ കഴിയുമെന്ന് ശിംശോൻ അവളോടു പറഞ്ഞു. ദെലീലാ അവനെ കെട്ടിയിട്ട്, “ശിംശോനേ, ഫെലിസ്ത്യർ നിന്നെ പിടിക്കാൻ വരുന്നു!” എന്ന് വിളിച്ചുപറഞ്ഞു. ശിംശോൻ വില്ലുനരമ്പുകൾ എളുപ്പത്തിൽ പൊട്ടിച്ച് സ്വതന്ത്രനായി പോയി. ഫെലിസ്ത്യർ നിരാശരായി (16:6-9).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ഇതേ രീതിയിൽ കഥ തുടരുക; ദെലീലായുടെ ചോദ്യത്തിന് ശിംശോൻ നൽകിയ അടുത്ത രണ്ട് ഉത്തരങ്ങൾ വിവരിക്കുക: പുതിയ കയറുകൊണ്ട് കെട്ടുക (16:10-12), മുടി നെയ്ത്തുതറിയിൽ (തുണി നെയ്യുന്ന ഭാരമുള്ള യന്ത്രം; 16:13-14) ഉറപ്പിച്ചു കെട്ടുക. </w:t>
      </w:r>
      <w:r>
        <w:rPr>
          <w:rFonts w:ascii="Nirmala UI" w:hAnsi="Nirmala UI" w:cs="Nirmala UI"/>
          <w:b w:val="0"/>
          <w:sz w:val="22"/>
        </w:rPr>
        <w:t xml:space="preserve">ശിംശോനെ പിടിച്ചുനിർത്താൻ ഒന്നിനും കഴിഞ്ഞില്ല; അവന്റെ ബലത്തിന്റെ രഹസ്യം മറ്റൊരിടത്തായിരുന്നു.</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ശിംശോന്റെ കള്ള ഉത്തരങ്ങളിൽ ദെലീലാ കൂടുതൽ കൂടുതൽ അസ്വസ്ഥയായി; അവളുടെ അവസാനിക്കാത്ത ചോദ്യങ്ങളിൽ ശിംശോനും മടുത്തു. അവളെ മിണ്ടാതാക്കാൻ അവൻ സത്യം പറഞ്ഞു. ദൈവം നൽകിയ ബലത്തിന്റെ അടയാളമായിരുന്നു അവന്റെ നീണ്ട മുടി (16:15-17).</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sz w:val="22"/>
        </w:rPr>
        <w:t xml:space="preserve">തുടർന്ന് എന്തു സംഭവിച്ചു എന്ന് സ്വന്തം വാക്കുകളിൽ വിവരിക്കുക. </w:t>
      </w:r>
      <w:r>
        <w:rPr>
          <w:rFonts w:ascii="Nirmala UI" w:hAnsi="Nirmala UI" w:cs="Nirmala UI"/>
          <w:b w:val="0"/>
          <w:sz w:val="22"/>
        </w:rPr>
        <w:t xml:space="preserve">ശിംശോൻ ദെലീലായുടെ മടിയിൽ ഉറങ്ങിക്കിടക്കുമ്പോൾ ഒരാൾ വന്ന് അവന്റെ മുടി മുറിച്ചു. </w:t>
      </w:r>
      <w:r>
        <w:rPr>
          <w:rFonts w:ascii="Nirmala UI" w:hAnsi="Nirmala UI" w:cs="Nirmala UI"/>
          <w:b/>
          <w:sz w:val="22"/>
        </w:rPr>
        <w:t xml:space="preserve">ചിത്രം 19 കാണിക്കുക. </w:t>
      </w:r>
      <w:r>
        <w:rPr>
          <w:rFonts w:ascii="Nirmala UI" w:hAnsi="Nirmala UI" w:cs="Nirmala UI"/>
          <w:b w:val="0"/>
          <w:sz w:val="22"/>
        </w:rPr>
        <w:t xml:space="preserve">ഇത്തവണ ഫെലിസ്ത്യർ അവനെ പിടിക്കാൻ വന്നപ്പോൾ ശിംശോന് രക്ഷപ്പെടാൻ കഴിഞ്ഞില്ല. അവർ അവനെ തടവിലാക്കി (16:18-20).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ദൈവത്തെ മഹത്വപ്പെടുത്താനോ ദൈവത്തിന്റെ വേല ചെയ്യാനോ ശിംശോൻ ദൈവം നൽകിയ ബലം ഉപയോഗിച്ചില്ല. നൂറു രൂപയുടെ ഒരു നോട്ട് സമ്മാനമായി കിട്ടിയ ഒരാൾ അതു കീറി എറിഞ്ഞുകളഞ്ഞാൽ നിങ്ങൾ വളരെ അത്ഭുതപ്പെടും; നല്ലതുപോലെ ഉപയോഗിക്കാമായിരുന്ന ഒരു സമ്മാനം പാഴാക്കിയല്ലോ. ശിംശോൻ തന്റെ അസാധാരണ ബലത്തിന്റെ വരത്തോടു ചെയ്തത് ഇതുതന്നെയാണ്. അത് നന്നായി ഉപയോഗിക്കുന്നതിനു പകരം സ്വന്തം സ്വാർത്ഥ ലക്ഷ്യങ്ങൾക്കായി അവൻ പാഴാക്കി. ശിംശോൻ തന്റെ ബലം ദുരുപയോഗം ചെയ്യുന്നത് കണ്ടപ്പോൾ ദൈവം അത് എടുത്തുകളഞ്ഞു.</w:t>
      </w:r>
    </w:p>
    <w:p>
      <w:r>
        <w:rPr>
          <w:rFonts w:ascii="Nirmala UI" w:hAnsi="Nirmala UI" w:cs="Nirmala UI"/>
          <w:b w:val="0"/>
          <w:sz w:val="22"/>
        </w:rPr>
        <w:t xml:space="preserve">ദൈവത്തിന്റെ ശബ്ദം കേൾക്കുന്നതിനു പകരം ശിംശോൻ തന്റെ ദേഷ്യത്തെ തന്നെ ഭരിക്കാൻ അനുവദിച്ചു.</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19 – Samson Loses his Gift of Extraordinary Strength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19 – Samson Loses his Gift of Extraordinary Strength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