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ബലവാനായ ശിംശോൻ</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ആഗ്രഹിക്കുന്ന വേല ചെയ്യാൻ നമുക്ക് ആവശ്യമായ കഴിവുകൾ അവൻ നമുക്കു നൽകുന്നു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13:1-5, 24-25; 14:1-20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ന്യായാധിപന്മാർ 13:24-25</w:t>
            </w:r>
          </w:p>
          <w:p>
            <w:pPr>
              <w:spacing w:after="40"/>
            </w:pPr>
            <w:r>
              <w:rPr>
                <w:rFonts w:ascii="Nirmala UI" w:hAnsi="Nirmala UI" w:cs="Nirmala UI"/>
                <w:b w:val="0"/>
                <w:i/>
                <w:sz w:val="22"/>
              </w:rPr>
              <w:t xml:space="preserve">[ശിംശോനെ] യഹോവ അനുഗ്രഹിച്ചു; യഹോവയുടെ ആത്മാവ് അവനെ ഉണർത്തിത്തുടങ്ങി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നല്ല വ്യക്തി എങ്ങനെയുള്ളവനാണെന്ന് വിവരിക്കാൻ കുട്ടികളോടു ആവശ്യപ്പെടുക. </w:t>
      </w:r>
      <w:r>
        <w:rPr>
          <w:rFonts w:ascii="Nirmala UI" w:hAnsi="Nirmala UI" w:cs="Nirmala UI"/>
          <w:b w:val="0"/>
          <w:sz w:val="22"/>
        </w:rPr>
        <w:t xml:space="preserve">അവൻ അല്ലെങ്കിൽ അവൾ എങ്ങനെ പെരുമാറുന്നു? സാധ്യമായ ഉത്തരങ്ങൾ: ധീരൻ, കഠിനാധ്വാനി, ശക്തമായ സ്വഭാവമുള്ളവൻ.</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ഗിദെയോന്റെ മരണശേഷം ഇസ്രായേല്യർ വീണ്ടും ദൈവത്തിൽ നിന്ന് പിന്തിരിഞ്ഞു. അതുകൊണ്ട് ക്രൂരരായ ഫെലിസ്ത്യർ വർഷങ്ങളോളം അവരെ ഭരിക്കാൻ ദൈവം അനുവദിച്ചു (13:1-5). മനോഹ എന്ന ഒരു ഇസ്രായേല്യന് മക്കൾ ഉണ്ടായിരുന്നില്ല. ഒരു ദിവസം ഒരു ദൂതൻ മനോഹയുടെ ഭാര്യയോട് ഫെലിസ്ത്യരിൽ നിന്ന് ഇസ്രായേലിനെ രക്ഷിക്കുന്ന ഒരു വളരെ പ്രത്യേക പുത്രൻ അവൾക്കു ജനിക്കുമെന്ന് പറഞ്ഞു.</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അവർ തങ്ങളുടെ പുത്രന് ശിംശോൻ എന്ന് പേരിട്ടു. ദൈവത്തിന്റെ ആത്മാവ് അവനെ അസാധാരണമായി ബലവാനാക്കി (13:24-25). അവന്റെ ശക്തി ദൈവത്തിൽ നിന്നാണെന്ന് ഓർമ്മപ്പെടുത്താനുള്ള അടയാളമായിരുന്നു അവന്റെ നീണ്ട മുടി (13:5).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ശിംശോൻ വളർന്നപ്പോൾ ഒരു ഫെലിസ്ത്യ പെൺകുട്ടിയെ വിവാഹം ചെയ്യാൻ ആഗ്രഹിച്ചു. അത് അവന്റെ മാതാപിതാക്കളെ ദുഃഖിപ്പിച്ചു, എന്നാൽ ശിംശോൻ നിർബന്ധിച്ചതിനാൽ ഒടുവിൽ അവർ സമ്മതിച്ചു. ഫെലിസ്ത്യ ഭരണത്തിൽ നിന്ന് ഇസ്രായേല്യരെ വിടുവിക്കാൻ ഒരു കാരണം കിട്ടേണ്ടതിന് അവരുടെ ജനത്തോടു കലഹിക്കാൻ ഒരു ഫെലിസ്ത്യയെ വിവാഹം ചെയ്യണമെന്ന് ശിംശോൻ വിശ്വസിച്ചു (14:1-4).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ആ പെൺകുട്ടിയെ കാണാനുള്ള വഴിയിൽ ശിംശോൻ ഒരു സിംഹത്തെ കണ്ടുമുട്ടി. ദൈവത്തിന്റെ ശക്തി ശിംശോനെ വളരെ ബലവാനാക്കിയതിനാൽ ആയുധമൊന്നുമില്ലാതെ തന്റെ വെറും കൈകൾ കൊണ്ട് അവൻ ഒറ്റയ്ക്ക് സിംഹത്തെ കൊന്നു (14:5-6). </w:t>
      </w:r>
      <w:r>
        <w:rPr>
          <w:rFonts w:ascii="Nirmala UI" w:hAnsi="Nirmala UI" w:cs="Nirmala UI"/>
          <w:b/>
          <w:sz w:val="22"/>
        </w:rPr>
        <w:t xml:space="preserve">ചിത്രം 17 കാണിക്കുക.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കുറച്ചുകാലത്തിനുശേഷം, തന്റെ വിവാഹത്തിനു പോകുന്ന വഴിയിൽ ശിംശോൻ ചത്ത സിംഹത്തിന്റെ ശരീരത്തിനുള്ളിൽ തേനീച്ചകൾ കൂടുണ്ടാക്കിയിരിക്കുന്നതു കണ്ടു. അവൻ കുറച്ച് തേൻ കഴിച്ചു (14:8-9).</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വിവാഹത്തിൽ, അവിടേക്കുള്ള വഴിയിൽ താൻ കണ്ടത് ശിംശോൻ ഓർത്തു. അതിഥികളെ രസിപ്പിക്കാൻ അവൻ ആ കഥ ഒരു കടങ്കഥയായി മാറ്റി. ഉത്തരം ഊഹിക്കാൻ അവർക്കു കഴിഞ്ഞാൽ എല്ലാവർക്കും ഓരോ പുതിയ വസ്ത്രം കൊടുക്കാമെന്ന് ശിംശോൻ വാഗ്ദാനം ചെയ്തു. അവർക്കു കഴിഞ്ഞില്ലെങ്കിൽ അവരിൽ ഓരോരുത്തരും അവനു ഒരു പുതിയ വസ്ത്രം കൊടുക്കണമായിരുന്നു (14:11-14).</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അതിഥികൾക്ക് ഉത്തരം കണ്ടെത്താൻ കഴിഞ്ഞില്ല. അവർ കോപിച്ചു. “ശിംശോൻ ഞങ്ങളെ പറ്റിച്ച് അവനു പുതിയ വസ്ത്രങ്ങൾ വാങ്ങിക്കാൻ ശ്രമിക്കുകയാണ്,” അവർ പറഞ്ഞു. സഹായിക്കുന്നില്ലെങ്കിൽ വധുവിനെ പോലും അവർ ഭീഷണിപ്പെടുത്തി (14:15). </w:t>
      </w:r>
      <w:r>
        <w:rPr>
          <w:rFonts w:ascii="Nirmala UI" w:hAnsi="Nirmala UI" w:cs="Nirmala UI"/>
          <w:b/>
          <w:sz w:val="22"/>
        </w:rPr>
        <w:t xml:space="preserve">അവന്റെ പുതിയ ഭാര്യ ശിംശോനിൽ നിന്ന് ഉത്തരം തന്ത്രപൂർവ്വം വാങ്ങിയതെങ്ങനെ എന്ന് വിവരിക്കുക (14:16-17).</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അതിഥികൾ ശരിയായ ഉത്തരം പറഞ്ഞപ്പോൾ അത് തന്റെ ഭാര്യയിൽ നിന്നാണ് അവർ കേട്ടതെന്ന് ശിംശോൻ അറിഞ്ഞു. അവൻ വളരെ കോപിച്ചു. ശിംശോൻ മറ്റൊരു ഫെലിസ്ത്യ പട്ടണത്തിൽ ചെന്ന് മുപ്പതുപേരെ കൊന്ന് അവരുടെ വസ്ത്രങ്ങൾ എടുത്തു. അങ്ങനെയാണ് തന്റെ അതിഥികൾക്കു വാഗ്ദാനം ചെയ്ത പുതിയ വസ്ത്രങ്ങൾ അവൻ നേടിയത് (14:18-19).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ശിംശോന് എന്തു വരമാണ് നൽകിയത്? അസാധാരണമായ ബലത്തിന്റെ വരം, അത് ദൈവത്തിന്റെ വേല ചെയ്യാൻ ഉപയോഗിക്കണമായിരുന്നു. എന്നാൽ ശിംശോൻ അത് സ്വന്തം ആനന്ദത്തിനും ഫെലിസ്ത്യരോടുള്ള കോപം തീർക്കാനും ഉപയോഗിച്ചു. ഈ കഥ നമുക്ക് ഒരു മുന്നറിയിപ്പാണ്. ദൈവം നമുക്ക് കഴിവുകളും വരങ്ങളും തരുന്നത് ഒന്നാമതായി മറ്റുള്ളവരെ സഹായിക്കാനും അവന്റെ ഉദ്ദേശ്യങ്ങൾ നിറവേറ്റാനുമാണ്. ദൈവത്തെയും മറ്റു മനുഷ്യരെയും സേവിക്കാൻ നമ്മുടെ വരങ്ങൾ ഉപയോഗിക്കുമ്പോഴാണ് അവ നമുക്ക് ഏറ്റവും കൂടുതൽ സന്തോഷം നൽകുന്നത്.</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Samson the Strong Man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Samson the Strong Man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