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15</w:t>
      </w:r>
    </w:p>
    <w:p>
      <w:pPr>
        <w:keepNext/>
        <w:spacing w:after="40"/>
      </w:pPr>
      <w:r>
        <w:rPr>
          <w:rFonts w:ascii="Nirmala UI" w:hAnsi="Nirmala UI" w:cs="Nirmala UI"/>
          <w:b/>
          <w:color w:val="1F4E79"/>
          <w:sz w:val="52"/>
        </w:rPr>
        <w:t xml:space="preserve">ഗിദെയോൻ ഒരു പിടി ആളുകളെ മാത്രം തിരഞ്ഞെടുക്കാൻ ദൈവം അനുവദിക്കുന്നു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നമ്മുടെ സ്വന്തം ശക്തിയിലല്ല, ദൈവത്തിന്റെ ശക്തിയിൽ നാം ആശ്രയിക്കണമെന്ന്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7:1-7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98:1</w:t>
            </w:r>
          </w:p>
          <w:p>
            <w:pPr>
              <w:spacing w:after="40"/>
            </w:pPr>
            <w:r>
              <w:rPr>
                <w:rFonts w:ascii="Nirmala UI" w:hAnsi="Nirmala UI" w:cs="Nirmala UI"/>
                <w:b w:val="0"/>
                <w:i/>
                <w:sz w:val="22"/>
              </w:rPr>
              <w:t xml:space="preserve">[യഹോവയുടെ] വലങ്കയ്യും വിശുദ്ധഭുജവും രക്ഷ വരുത്തിയിരിക്കുന്നു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പടയാളി എങ്ങനെയുള്ളവനായിരിക്കണം എന്ന് അവർ കരുതുന്നു എന്ന് ക്ലാസിനോടു ചോദിക്കുക. </w:t>
      </w:r>
      <w:r>
        <w:rPr>
          <w:rFonts w:ascii="Nirmala UI" w:hAnsi="Nirmala UI" w:cs="Nirmala UI"/>
          <w:b w:val="0"/>
          <w:sz w:val="22"/>
        </w:rPr>
        <w:t xml:space="preserve">ഉദാഹരണങ്ങൾ: അവൻ ധീരനും നന്നായി പരിശീലനം നേടിയവനും ജാഗ്രതയുള്ളവനും തന്റെ കമാൻഡർമാരെ അനുസരിക്കുന്നവനുമായിരിക്കണം.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തങ്ങളുടെ ശത്രുക്കളായ മിദ്യാന്യരുടെ വളരെ വലിയ സൈന്യത്തിനെതിരെ ഇസ്രായേൽ പടയാളികളെ നയിക്കാൻ ദൈവം ഗിദെയോനെ വിളിച്ചു (7:1). തന്റെ പടയാളികളെ അസാധാരണമായ ഒരു രീതിയിൽ തിരഞ്ഞെടുക്കാൻ ദൈവം ഗിദെയോനോടു നിർദ്ദേശിച്ചു.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ഇസ്രായേലിൽ നിന്ന് പല പുരുഷന്മാരും ഗിദെയോന്റെ സൈന്യത്തിൽ ചേരാൻ വന്നു, എന്നാൽ ദൈവം ഗിദെയോനോടു പറഞ്ഞു: “നിന്റെ കൂടെ വളരെയധികം പുരുഷന്മാരുണ്ട്. അവർ മിദ്യാന്യരെ തോല്പിച്ചാൽ തങ്ങൾ തനിയെ അതു ചെയ്തു എന്ന് അവർ കരുതും. ഭയമുള്ള എല്ലാവരെയും വീട്ടിലേക്ക് അയയ്ക്കുക.” അപ്പോൾ 22,000 പുരുഷന്മാർ വീട്ടിലേക്കു മടങ്ങി (7:2-3).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 വീണ്ടും ഗിദെയോനോടു പറഞ്ഞു: “ഇനിയും വളരെയധികം പുരുഷന്മാരുണ്ട്. അവരെ നദിക്കരയിലേക്ക് കൊണ്ടുപോയി വെള്ളം കുടിക്കാൻ പറയുക; യുദ്ധത്തിനായി ആരെ തിരഞ്ഞെടുക്കണമെന്ന് ഞാൻ നിനക്കു കാണിച്ചുതരാം” (7:4).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ഗിദെയോൻ പുരുഷന്മാരെ വെള്ളം കുടിക്കാൻ നദിക്കരയിലേക്കു കൊണ്ടുപോയി. </w:t>
      </w:r>
      <w:r>
        <w:rPr>
          <w:rFonts w:ascii="Nirmala UI" w:hAnsi="Nirmala UI" w:cs="Nirmala UI"/>
          <w:b/>
          <w:sz w:val="22"/>
        </w:rPr>
        <w:t xml:space="preserve">ചിത്രം 15 കാണിക്കുക. </w:t>
      </w:r>
      <w:r>
        <w:rPr>
          <w:rFonts w:ascii="Nirmala UI" w:hAnsi="Nirmala UI" w:cs="Nirmala UI"/>
          <w:b w:val="0"/>
          <w:sz w:val="22"/>
        </w:rPr>
        <w:t xml:space="preserve">അവരിൽ മിക്കവരും മുട്ടുകുത്തി നായ കുടിക്കുന്നതുപോലെ കുടിച്ചു. 300 പേർ മാത്രം കൈകളിൽ വെള്ളം കോരി കുടിച്ചു. ശക്തരായ മിദ്യാന്യ സൈന്യത്തോടു യുദ്ധം ചെയ്യാൻ ഈ 300 പടയാളികളെ മാത്രം കൊണ്ടുപോകാൻ ദൈവം ഗിദെയോനോടു പറഞ്ഞു (7:5-7).</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ഇസ്രായേൽ തങ്ങളുടെ സ്വന്തം ശക്തിയിലല്ല, ദൈവത്തിന്റെ ശക്തിയിൽ ആശ്രയിക്കണമെന്ന് കാണേണ്ടതിന് മിദ്യാന്യരെല്ലാം എതിരെ ഗിദെയോന് 300 പടയാളികളെ മാത്രമേ ദൈവം അനുവദിച്ചുള്ളൂ. അങ്ങനെ അവനില്ലാതെ കഴിയാമെന്ന് കരുതുന്നതിനു പകരം, തങ്ങളെ രക്ഷിച്ചതിന് അവർ ദൈവത്തെ ബഹുമാനിക്കും (7:2). തന്റെ വേല ചെയ്യാൻ ദൈവത്തിന് അനേകം ആളുകളോ ശക്തരായ ആളുകളോ വേണ്ട; മനസ്സൊരുക്കവും അനുസരണവുമുള്ള ആളുകളെയാണ് അവനു വേണ്ടത്.</w:t>
      </w:r>
    </w:p>
    <w:p>
      <w:r>
        <w:rPr>
          <w:rFonts w:ascii="Nirmala UI" w:hAnsi="Nirmala UI" w:cs="Nirmala UI"/>
          <w:b w:val="0"/>
          <w:sz w:val="22"/>
        </w:rPr>
        <w:t xml:space="preserve">സയർ സ്വാതന്ത്ര്യം നേടി അധികം കഴിയുംമുമ്പേ ഒരു ആഭ്യന്തരയുദ്ധം പൊട്ടിപ്പുറപ്പെട്ടു. സിംബാസ് എന്നു വിളിക്കപ്പെടുന്ന വിമത പടയാളികൾ ക്രിസ്തുമതത്തെ എതിർത്തു. ക്രിസ്ത്യാനികൾ ഭയപ്പെട്ടു, സിംബാസ് തങ്ങളെ കൊല്ലുമെന്ന് അവർ വിശ്വസിച്ചു. “ദൈവം ഇവിടെ പ്രവർത്തിക്കുന്നു,” ഒരു സഭാനേതാവായ യോവാനെ അകുദ്രി പറഞ്ഞു. “നാം സിംബാസിനോടു പ്രസംഗിക്കും. നമ്മുടെ ആളുകളെക്കാൾ അവർക്ക് അതു കൂടുതൽ ആവശ്യമാണ്.” യോവാനെ അറസ്റ്റ് ചെയ്യപ്പെട്ടു, അവനെതിരെ ആറു വെടിയുതിർത്തു. എല്ലാം ലക്ഷ്യം തെറ്റി. പിന്നീട്, മോചിതനായ ശേഷം യോവാനെ പ്രസംഗം തുടർന്നു. അപ്രത്യക്ഷമാകുന്നതിനു പകരം സയറിലെ ക്രിസ്ത്യൻ സഭ വളർന്നു.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God Lets Gideon Choose Only a Handful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God Lets Gideon Choose Only a Handful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