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13</w:t>
      </w:r>
    </w:p>
    <w:p>
      <w:pPr>
        <w:keepNext/>
        <w:spacing w:after="40"/>
      </w:pPr>
      <w:r>
        <w:rPr>
          <w:rFonts w:ascii="Nirmala UI" w:hAnsi="Nirmala UI" w:cs="Nirmala UI"/>
          <w:b/>
          <w:color w:val="1F4E79"/>
          <w:sz w:val="52"/>
        </w:rPr>
        <w:t xml:space="preserve">ഗിദെയോനും കർത്താവിന്റെ ദൂതനും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തന്റെ ജനത്തെ രക്ഷിക്കാൻ ചെറുപ്പക്കാരനും പ്രാധാന്യമില്ലാത്തവനുമായ ഗിദെയോനെ വിളിച്ചു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ന്യായാധിപന്മാർ 6:1-23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2 കൊരിന്ത്യർ 12:9</w:t>
            </w:r>
          </w:p>
          <w:p>
            <w:pPr>
              <w:spacing w:after="40"/>
            </w:pPr>
            <w:r>
              <w:rPr>
                <w:rFonts w:ascii="Nirmala UI" w:hAnsi="Nirmala UI" w:cs="Nirmala UI"/>
                <w:b w:val="0"/>
                <w:i/>
                <w:sz w:val="22"/>
              </w:rPr>
              <w:t xml:space="preserve">“എന്റെ കൃപ നിനക്കു മതി; ബലഹീനതയിൽ എന്റെ ശക്തി പൂർണ്ണതയിൽ എത്തുന്നു.”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കുടുംബത്തിലെ വിവിധ അംഗങ്ങളുടെ സ്ഥാനത്തെയും പ്രാധാന്യത്തെയും കുറിച്ച് ക്ലാസിനോടു സംസാരിക്കുക. </w:t>
      </w:r>
      <w:r>
        <w:rPr>
          <w:rFonts w:ascii="Nirmala UI" w:hAnsi="Nirmala UI" w:cs="Nirmala UI"/>
          <w:b w:val="0"/>
          <w:sz w:val="22"/>
        </w:rPr>
        <w:t xml:space="preserve">ഒരാൾക്ക് ഉള്ള സ്ഥാനം നിമിത്തം അയാൾ പ്രധാനിയാകുന്നത് പതിവാണ്. മൂത്തമകൻ പ്രധാന സ്ഥാനത്താണെന്ന് പലരും കരുതുന്നു. ചില സംസ്കാരങ്ങളിൽ ഏറ്റവും പ്രായമുള്ളവർക്ക് ഏറ്റവും വലിയ ബഹുമാനം ലഭിക്കുന്നു.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ഇസ്രായേലിൽ എല്ലായിടത്തും സ്ഥിതി വളരെ മോശമായിരുന്നു. ദെബോരാ ദൈവത്തെക്കുറിച്ച് അവരെ പഠിപ്പിച്ചതെല്ലാം ജനം മറന്നിരുന്നു. ഇപ്പോൾ ഏതാനും വർഷങ്ങൾക്കു ശേഷം മിദ്യാന്യർ എന്ന മറ്റൊരു ശത്രു അവരെ വീണ്ടും കീഴടക്കി, അവരെ കൊള്ളയടിക്കുകയും ജീവിതം വളരെ ദുഷ്കരമാക്കുകയും ചെയ്തു. </w:t>
      </w:r>
      <w:r>
        <w:rPr>
          <w:rFonts w:ascii="Nirmala UI" w:hAnsi="Nirmala UI" w:cs="Nirmala UI"/>
          <w:b/>
          <w:sz w:val="22"/>
        </w:rPr>
        <w:t xml:space="preserve">ന്യായാധിപന്മാർ 6:16 നിങ്ങളുടെ സ്വന്തം വാക്കുകളിൽ പറയുക.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പിന്നെ ഇസ്രായേല്യർ ദൈവത്തിലേക്കു തിരിഞ്ഞ് അവന്റെ സഹായത്തിനായി നിലവിളിച്ചു. അവരെ ശത്രുക്കളിൽ നിന്ന് രക്ഷിക്കാൻ ഒരു നേതാവിനെ വിളിച്ച് പരിശീലിപ്പിച്ചുകൊണ്ട് ദൈവം പ്രതികരിച്ചു. ദൈവം വിളിച്ചപ്പോൾ ഈ ചെറുപ്പക്കാരനായ ഗിദെയോൻ കുറച്ചു ധാന്യം മെതിക്കുകയായിരുന്നു (തണ്ടുകളിൽ നിന്ന് ധാന്യമണികൾ അടിച്ചു വേർതിരിക്കൽ). ശത്രുക്കൾ തന്റെ വിളവ് എടുത്തുകൊണ്ടുപോകുമെന്ന് ഭയന്നതിനാൽ അവൻ അത് തുറസ്സായ സ്ഥലത്തു ചെയ്യാതെ ഒരു മുന്തിരിച്ചക്കിനുള്ളിൽ ചെയ്യുകയായിരുന്നു (6:11).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പെട്ടെന്ന് കർത്താവിന്റെ ദൂതൻ ഗിദെയോന് പ്രത്യക്ഷനായി അവനോടു പറഞ്ഞു: “നീ ശക്തനും ധീരനുമായ ഒരു യോദ്ധാവാണ്. പോയി നിന്റെ ശത്രുക്കളായ മിദ്യാന്യരിൽ നിന്ന് ഇസ്രായേലിനെ രക്ഷിക്കുക” (6:12-14 കാണുക).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ഗിദെയോൻ അത്ഭുതപ്പെട്ടു. “എനിക്ക് എങ്ങനെ ഇസ്രായേലിനെ രക്ഷിക്കാനാകും? ഞാൻ ആരുമല്ല. എന്റെ സ്വന്തം കുടുംബത്തിൽ പോലും എനിക്ക് ഒരു സ്ഥാനവുമില്ല, ഇസ്രായേൽ മുഴുവന്റെ മുമ്പിൽ പറയേണ്ടതില്ല.” ഒരർത്ഥത്തിൽ ഗിദെയോൻ പറഞ്ഞത് ശരിയായിരുന്നു. ചെറുതും പ്രാധാന്യമില്ലാത്തതുമായ ഒരു ഗോത്രത്തിലെ ഏറ്റവും പ്രാധാന്യം കുറഞ്ഞ അംഗങ്ങളിൽ ഒരാളായിരുന്നു അവൻ. ദൈവം അവനോടുകൂടെ ഉണ്ടാകുമെന്നതിനാൽ അവന് അതു ചെയ്യാൻ കഴിയും എന്ന് വിശുദ്ധ ദൂതൻ മറുപടി നൽകി (6:15-16).</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സന്ദേശം യഥാർത്ഥത്തിൽ ദൈവത്തിൽ നിന്നുള്ളതാണെന്ന് ഉറപ്പായി അറിയാൻ ഗിദെയോൻ ആഗ്രഹിച്ചു, അതിനാൽ അവൻ ഭക്ഷണ വഴിപാട് ഒരുക്കാൻ പോയി. കർത്താവ് ഗിദെയോനോട് വലിയ ക്ഷമ കാണിക്കുകയും ഗിദെയോൻ വഴിപാട് ഒരുക്കുന്നതുവരെ കാത്തിരിക്കാൻ സമ്മതിക്കുകയും ചെയ്തു (6:17-19).</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ഗിദെയോൻ ദൂതന് ഭക്ഷണം സമർപ്പിച്ചു, ദൂതൻ തന്റെ കയ്യിലുണ്ടായിരുന്ന വടികൊണ്ട് അതിൽ തൊട്ടു. വഴിപാട് തീജ്വാലയായി ജ്വലിച്ചു! </w:t>
      </w:r>
      <w:r>
        <w:rPr>
          <w:rFonts w:ascii="Nirmala UI" w:hAnsi="Nirmala UI" w:cs="Nirmala UI"/>
          <w:b/>
          <w:sz w:val="22"/>
        </w:rPr>
        <w:t xml:space="preserve">ചിത്രം 13 കാണിക്കുക. </w:t>
      </w:r>
      <w:r>
        <w:rPr>
          <w:rFonts w:ascii="Nirmala UI" w:hAnsi="Nirmala UI" w:cs="Nirmala UI"/>
          <w:b w:val="0"/>
          <w:sz w:val="22"/>
        </w:rPr>
        <w:t xml:space="preserve">പിന്നെ ദൂതൻ അപ്രത്യക്ഷനായി. സന്ദേശം ദൈവത്തിൽ നിന്നുള്ളതാണെന്നതിന് ഗിദെയോന് ഇനി തെളിവ് ആവശ്യമില്ലായിരുന്നു (6:20-24).</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തന്റെ പ്രവൃത്തി ചെയ്യാൻ ദൈവം പലപ്പോഴും പ്രാധാന്യമില്ലാത്തവരെയോ ബലഹീനരെയോ തിരഞ്ഞെടുക്കുന്നു. സാധാരണക്കാർ സ്വന്തം ശക്തിയിൽ ആശ്രയിക്കാതെ ദൈവത്തിന്റെ ശക്തിയിൽ പ്രവർത്തിക്കുമ്പോൾ അവർക്കു വലിയ കാര്യങ്ങൾ ചെയ്യാൻ കഴിയും. ആഫ്രിക്കൻ സഭാ നേതാക്കളിൽ നമുക്ക് ഉദാഹരണങ്ങൾ കാണാം:</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സിലിവാനസ് വാനി പ്രൈമറി സ്കൂളിൽ പോകാൻ പണം കണ്ടെത്താൻ വീട്ടുജോലിക്കാരനായി ജോലി ചെയ്തു. ദൈവം അവനെ ഉഗാണ്ട സഭയുടെ ആർച്ച്ബിഷപ്പ് ആകാൻ നയിച്ചു.</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അങ്ങപോസ എത്സിയ ഒരു അനാഥനായിരുന്നു. ദൈവം അവനെ സയറിലെ ആഫ്രിക്ക ഇൻലാൻഡ് ചർച്ചിന്റെ (CECA) പ്രസിഡന്റ് ആകാൻ നയിച്ചു.</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പാസ്റ്റർ പീറ്റർ മ്വാലുകോ ഒരു ജാതീയ കുടുംബത്തിൽ നിന്നുള്ള കല്ലുവെട്ടുകാരനായിരുന്നു. ദൈവം അവനെ കെനിയയിലെ തുർക്കാനകളുടെയും സുഡാനിലെ ടാപോസകളുടെയും ഇടയിൽ മിഷനറിയാകാൻ നയിച്ചു.</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13 – Gideon and the Angel of the Lord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13 – Gideon and the Angel of the Lord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